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- 14/01/2022 - ISSUE"</w:t>
      </w:r>
      <w:r>
        <w:br/>
      </w:r>
      <w:r>
        <w:rPr>
          <w:b w:val="0"/>
          <w:i w:val="0"/>
        </w:rPr>
        <w:br/>
        <w:t>date_original: "14/01/2022 - ISSUE"</w:t>
      </w:r>
      <w:r>
        <w:br/>
      </w:r>
      <w:r>
        <w:rPr>
          <w:b w:val="0"/>
          <w:i w:val="0"/>
        </w:rPr>
        <w:br/>
        <w:t>source_url: "https://www.ourdogs.co.uk/members/breednotes/RetrieverLabradorMain.php"</w:t>
      </w:r>
      <w:r>
        <w:br/>
      </w:r>
      <w:r>
        <w:rPr>
          <w:b w:val="0"/>
          <w:i w:val="0"/>
        </w:rPr>
        <w:br/>
        <w:t>scraped_at: "2026-09-13T15:13:10"</w:t>
      </w:r>
      <w:r>
        <w:br/>
      </w:r>
      <w:r>
        <w:rPr>
          <w:b w:val="0"/>
          <w:i w:val="0"/>
        </w:rPr>
        <w:br/>
        <w:t>word_count: 1507</w:t>
      </w:r>
    </w:p>
    <w:p>
      <w:r>
        <w:t>――――――――――――――――――――――――――――――</w:t>
      </w:r>
    </w:p>
    <w:p>
      <w:r>
        <w:rPr>
          <w:b w:val="0"/>
          <w:i w:val="0"/>
        </w:rPr>
        <w:t>NEWS MEMBERS' AREA SHOP SUBSCRIBE UPCOMING SHOWS MORE</w:t>
      </w:r>
    </w:p>
    <w:p>
      <w:r>
        <w:rPr>
          <w:b w:val="0"/>
          <w:i w:val="0"/>
        </w:rPr>
        <w:t>RETRIEVER LABRADOR</w:t>
      </w:r>
    </w:p>
    <w:p>
      <w:r>
        <w:rPr>
          <w:b w:val="0"/>
          <w:i w:val="0"/>
        </w:rPr>
        <w:t>Issue: 14/01/2022</w:t>
      </w:r>
    </w:p>
    <w:p>
      <w:r>
        <w:rPr>
          <w:b w:val="0"/>
          <w:i w:val="0"/>
        </w:rPr>
        <w:t xml:space="preserve">I was very sorry to read of the death of Jo Coulson, longstanding and greatly respected Secretary and Treasurer of the Labrador Retriever Club for very many years.  She brought to the position an air of responsibility and sheer competence, thoroughly in touch with the job,  yet all done with great kindness. </w:t>
      </w:r>
    </w:p>
    <w:p>
      <w:r>
        <w:rPr>
          <w:b w:val="0"/>
          <w:i w:val="0"/>
        </w:rPr>
        <w:t xml:space="preserve">She successfully showed Labradors making up champions under the Linerswood prefix. Jo awarded CCs in the breed, always judging the dogs standing before her on merit, whether or not the handlers were famous or newcomers at their very first show; if you were just starting or had been showing for a lifetime and had a good dog in the ring, you stood a good chance of winning or being highly placed in the huge classes of those days when entries were averaging 250 to 300 dogs and bitches per show. </w:t>
      </w:r>
    </w:p>
    <w:p>
      <w:r>
        <w:rPr>
          <w:b w:val="0"/>
          <w:i w:val="0"/>
        </w:rPr>
        <w:t xml:space="preserve">Following the sad news of JoÃ¢â‚¬â„¢s passing there have been very many sympathetic comments posted on Facebook from far and wide, all round the Labrador world. </w:t>
      </w:r>
    </w:p>
    <w:p>
      <w:r>
        <w:rPr>
          <w:b w:val="0"/>
          <w:i w:val="0"/>
        </w:rPr>
        <w:t>I have copied some to reproduce here. The first is from Sheelin Cuthbert, (Ballyduff),  daughter of Bridget Docking. Sheelin wrote, Ã¢â‚¬Å"My MotherÃ¢â‚¬â„¢s last journey to London was to make sure that Jo became Secretary of the LRC. The trip was worthwhile as Jo became to best possible Secretary of our prestigious club. As others have stated she was dedicated, knowledgeable, respected and a leader of our Labrador world for many years.Ã¢â‚¬Â</w:t>
      </w:r>
    </w:p>
    <w:p>
      <w:r>
        <w:rPr>
          <w:b w:val="0"/>
          <w:i w:val="0"/>
        </w:rPr>
        <w:t>Karl Gawthorpe who now holds the LRC SecretaryÃ¢â‚¬â„¢s post  wrote, Ã¢â‚¬Å"It is with great sadness that I have to inform you that sadly Mrs Jo Coulson passed away on the 27th December. Jo was Secretary/Treasurer of the club for 20 years, as well as being a committee member before that. The club and its members owe Mrs Coulson great thanks for all she did while she held the position of LRC Secretary. I for one thought she was one of the most hard working secretaries, nothing was ever too much trouble for her and she always met the exhibitors with a lovely smile. My thoughts are with her husband Derek at this sad time.Ã¢â‚¬Â</w:t>
      </w:r>
    </w:p>
    <w:p>
      <w:r>
        <w:rPr>
          <w:b w:val="0"/>
          <w:i w:val="0"/>
        </w:rPr>
        <w:t>From Australia, Sylvia Power wrote:  Ã¢â‚¬Å"Such very sad news. Derek and Jo were wonderful guests when Jo first judged in Australia in the late 90Ã¢â‚¬â„¢s and then when Derek judged the National in Melbourne in 2002. They were very kind in welcoming me into their home in 2003. Jo was warm, generous and had outstanding organisational abilities. My very sincere condolences to Derek.Ã¢â‚¬Â</w:t>
      </w:r>
    </w:p>
    <w:p>
      <w:r>
        <w:rPr>
          <w:b w:val="0"/>
          <w:i w:val="0"/>
        </w:rPr>
        <w:t xml:space="preserve">Jo will never be forgotten by those who fondly knew her. At this very sad time our condolences go to her dear husband Derek. </w:t>
      </w:r>
    </w:p>
    <w:p>
      <w:r>
        <w:rPr>
          <w:b w:val="0"/>
          <w:i w:val="0"/>
        </w:rPr>
        <w:t xml:space="preserve">Exhibitors are getting back to dog shows which are slowly under way again. Having entered a few shows, my nerve was a bit blunted and I chickened out of attending, when two fully vaccinated and boostered pals went down badly with Covid, whilst having clear, negative Lateral Flow Tests for five days whilst they were already very ill in bed! The tests then became positive, confirmed by PCR tests. They are still ill in bed! </w:t>
      </w:r>
    </w:p>
    <w:p>
      <w:r>
        <w:rPr>
          <w:b w:val="0"/>
          <w:i w:val="0"/>
        </w:rPr>
        <w:t xml:space="preserve">So how accurate are these tests and how safe are those relying on them not to spread Covid around the dog showing world. One TV programme recently said Ã¢â‚¬Å"if youÃ¢â‚¬â„¢ve got cold symptoms, its more than likely itÃ¢â‚¬â„¢s Covid, so stay at home!Ã¢â‚¬Â </w:t>
      </w:r>
    </w:p>
    <w:p>
      <w:r>
        <w:rPr>
          <w:b w:val="0"/>
          <w:i w:val="0"/>
        </w:rPr>
        <w:t>As I write these notes, IÃ¢â‚¬â„¢ve just received a call informing me that a fully vaccinated and boostered pal went as an inpatient to hospital for routine tests on Dec 17th, caught Covid in the hospital and never came home. He tragically died on Jan  9th.</w:t>
      </w:r>
    </w:p>
    <w:p>
      <w:r>
        <w:rPr>
          <w:b w:val="0"/>
          <w:i w:val="0"/>
        </w:rPr>
        <w:t xml:space="preserve">All this is rather putting me off attending shows especially as there is only me to look after the dogs here, so my return to the early events is on hold. Better to lose entry fees than get Covid. </w:t>
      </w:r>
    </w:p>
    <w:p>
      <w:r>
        <w:rPr>
          <w:b w:val="0"/>
          <w:i w:val="0"/>
        </w:rPr>
        <w:t xml:space="preserve">I did watch the excellent Our Dogs videos of Boston Ch Show. The barking sounds got my dogs very interested. Was their domain being invaded? I noticed on the  first day there were loads of exhibitors not wearing masks. On the second day I gather nearly everyone wore their masks. I do find masks horrid things. They make my specs steam up and raise the varifocal lenses too high, so Im walking round with my head bend down trying to see through the right part of the lense. </w:t>
      </w:r>
    </w:p>
    <w:p>
      <w:r>
        <w:rPr>
          <w:b w:val="0"/>
          <w:i w:val="0"/>
        </w:rPr>
        <w:t>Hopefully, please, please, this might be over in the coming months?</w:t>
      </w:r>
    </w:p>
    <w:p>
      <w:r>
        <w:rPr>
          <w:b w:val="0"/>
          <w:i w:val="0"/>
        </w:rPr>
        <w:t xml:space="preserve">Erica Jayes and Ed  Casey did brilliantly at Boston winning the CC with their young bitch Lapema Masquerade at Sandylands and then going Group 2 under Jill Peak. </w:t>
      </w:r>
    </w:p>
    <w:p>
      <w:r>
        <w:rPr>
          <w:b w:val="0"/>
          <w:i w:val="0"/>
        </w:rPr>
        <w:t>The Breed judge was Sian Ellis. The main winners were:- Dog CC -Sh Ch Naiken Elite Envoy (ai) JW Irjch (Mr &amp; Mrs A R V &amp; Miss R Hodge)</w:t>
      </w:r>
    </w:p>
    <w:p>
      <w:r>
        <w:rPr>
          <w:b w:val="0"/>
          <w:i w:val="0"/>
        </w:rPr>
        <w:t>Dog RCC- Saranden Shadeuxplay (Mr D N &amp; Mrs S A Mclellan), Bitch CC BOB and Group 2 Lapema Masquerade at Sandylands (Mr E &amp; Mrs E Casey &amp; Jayes), Bitch RCC RCC Carriegame Precious Jewel (Mr W &amp; Mrs G Dodd), Best Puppy - Balladoole Skyline Mis K Druggan and Best Soecial Beginners -  Kimbajak Full Golden Monty of Waggador (Mr A F &amp; Mrs J F Hill)</w:t>
      </w:r>
    </w:p>
    <w:p>
      <w:r>
        <w:rPr>
          <w:b w:val="0"/>
          <w:i w:val="0"/>
        </w:rPr>
        <w:t>West of England Lab Club held their Open show the day after Gundog day at Boston.  Many thanks to Anne Hoban who has sent in her report on the successful show: Ã¢â‚¬Å"With a great entry for our judge Elaine Grummitt ( Manorwell) it was all hands on deck for the first West of England LRC Open Show of the New Year, held on Saturday 8th January at Woolavington Village Hall, near Bridgewater, Somerset.</w:t>
      </w:r>
    </w:p>
    <w:p>
      <w:r>
        <w:rPr>
          <w:b w:val="0"/>
          <w:i w:val="0"/>
        </w:rPr>
        <w:t xml:space="preserve">Ã¢â‚¬Å"We would have all wished for better weather because it was wet &amp; rainy for most of the day but there was a warm welcome for our exhibitors and friends and once folks were recognised, it was great to see familiar cheery expressions coming from under those masks! </w:t>
      </w:r>
    </w:p>
    <w:p>
      <w:r>
        <w:rPr>
          <w:b w:val="0"/>
          <w:i w:val="0"/>
        </w:rPr>
        <w:t>Ã¢â‚¬Å"The refreshments were Ã¢â‚¬ËœoutstandingÃ¢â‚¬â„¢...so we were informed! and congratulations go to all who who gained the Top Spots and indeed, to everybodyÃ¢â‚¬â„¢s placed dogs.</w:t>
      </w:r>
    </w:p>
    <w:p>
      <w:r>
        <w:rPr>
          <w:b w:val="0"/>
          <w:i w:val="0"/>
        </w:rPr>
        <w:t>Ã¢â‚¬Å"The principal winners were: Best Dog &amp; RBIS    Lucy KentÃ¢â‚¬â„¢s yellow, Trewinnard The Tailor (Ir Sh Ch Dromtacker Made To Order (IKC) x Trewinnard Picadilly), Reserve Best Dog   Claire &amp; Chris MillsÃ¢â‚¬â„¢ black, Lembas Maui (Ch Ir Sh Ch Meadowleigh Brown Sugar SGWC x Lembas I Am Moana), Best Puppy Dog &amp; BPIS went to David CoodeÃ¢â‚¬â„¢s chocolate, Streamanda Balla Balla With Warringah (Sh Ch Naiken East Meets West x Warringahs Ora Banda With Streamanda), Best Bitch &amp; BIS was awarded to a delighted Liz Peggs with her yellow, Janet Aurora (Sh Ch Linjor Cassablanca x Jancet Little Miss Sunshine), Reserve Best Bitch was Lynne MinchellaÃ¢â‚¬â„¢s black, Abbeystead Psion At Haslelorhill (Am Ch Paradocs Bellwether Heath (Imp USA) x Haslelorhill Encore, Best Puppy Bitch went to Miss PorterÃ¢â‚¬â„¢s yellow, Winnellands Vanilla Sky (Carromer Jack Flash To Baileydale JW x Winnellands Dolly Daydream), Best Veteran in Show was Jayne &amp; Becca MillsÃ¢â‚¬â„¢ Linjor Magnolia At Jaybec (Sh Ch Sandylands Wait And See x Trendlewood Play Me Linjor), Best Chocolate went to Linda MilesÃ¢â‚¬â„¢s Llanstinan Adora  (my Linjor Des Landes DÃ¢â‚¬â„¢Eole (IMP Fra) JW x Llanstinan Pwdin)</w:t>
      </w:r>
    </w:p>
    <w:p>
      <w:r>
        <w:rPr>
          <w:b w:val="0"/>
          <w:i w:val="0"/>
        </w:rPr>
        <w:t>Ã¢â‚¬Å"Understandably and with concerns over recent Covid numbers having risen, there were inevitably going to be absentees which included folks who had taken second thoughts and decided after all, not to come along but we hope a good day was had by all who attended and we shall look forward to welcoming you and others, back to our next Open Show on Saturday  May 14 th at the same venue.Ã¢â‚¬Â</w:t>
      </w:r>
    </w:p>
    <w:p>
      <w:r>
        <w:rPr>
          <w:b w:val="0"/>
          <w:i w:val="0"/>
        </w:rPr>
        <w:t>More encouraging news. Congratulations to Caroline Smith who writes, Ã¢â‚¬Å"At Heywood &amp; Radcliffe open show, the Labrador, Flyenpig Porky Pig JW owned by Miss C Smith was Gundog Group whilst Gundog Puppy Group 1 was won by Oakhouse George Orwell owned by Richard Disley who went on to get RBPIS  at just 6 and half months and his first show! Ã¢â‚¬Å"</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