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- 30/10/2015 - ISSUE"</w:t>
      </w:r>
      <w:r>
        <w:br/>
      </w:r>
      <w:r>
        <w:rPr>
          <w:b w:val="0"/>
          <w:i w:val="0"/>
        </w:rPr>
        <w:br/>
        <w:t>date_original: "30/10/2015 - ISSUE"</w:t>
      </w:r>
      <w:r>
        <w:br/>
      </w:r>
      <w:r>
        <w:rPr>
          <w:b w:val="0"/>
          <w:i w:val="0"/>
        </w:rPr>
        <w:br/>
        <w:t>source_url: "https://www.ourdogs.co.uk/members/breednotes/RetrieverLabradorMain.php"</w:t>
      </w:r>
      <w:r>
        <w:br/>
      </w:r>
      <w:r>
        <w:rPr>
          <w:b w:val="0"/>
          <w:i w:val="0"/>
        </w:rPr>
        <w:br/>
        <w:t>scraped_at: "2026-09-13T15:30:16"</w:t>
      </w:r>
      <w:r>
        <w:br/>
      </w:r>
      <w:r>
        <w:rPr>
          <w:b w:val="0"/>
          <w:i w:val="0"/>
        </w:rPr>
        <w:br/>
        <w:t>word_count: 972</w:t>
      </w:r>
    </w:p>
    <w:p>
      <w:r>
        <w:t>――――――――――――――――――――――――――――――</w:t>
      </w:r>
    </w:p>
    <w:p>
      <w:r>
        <w:rPr>
          <w:b w:val="0"/>
          <w:i w:val="0"/>
        </w:rPr>
        <w:t>NEWS MEMBERS' AREA SHOP SUBSCRIBE UPCOMING SHOWS MORE</w:t>
      </w:r>
    </w:p>
    <w:p>
      <w:r>
        <w:rPr>
          <w:b w:val="0"/>
          <w:i w:val="0"/>
        </w:rPr>
        <w:t>RETRIEVER LABRADOR</w:t>
      </w:r>
    </w:p>
    <w:p>
      <w:r>
        <w:rPr>
          <w:b w:val="0"/>
          <w:i w:val="0"/>
        </w:rPr>
        <w:t>Issue: 30/10/2015</w:t>
      </w:r>
    </w:p>
    <w:p>
      <w:r>
        <w:rPr>
          <w:b w:val="0"/>
          <w:i w:val="0"/>
        </w:rPr>
        <w:t>Retriever Labrador</w:t>
      </w:r>
      <w:r>
        <w:br/>
      </w:r>
      <w:r>
        <w:rPr>
          <w:b w:val="0"/>
          <w:i w:val="0"/>
        </w:rPr>
        <w:br/>
        <w:t>Completed the breed notes, all ready to send and they disappeared off the screen. I searched high and low but they were nowhere to be found! So here goes for the second time! Thats not happened for many a year.</w:t>
      </w:r>
      <w:r>
        <w:br/>
      </w:r>
      <w:r>
        <w:rPr>
          <w:b w:val="0"/>
          <w:i w:val="0"/>
        </w:rPr>
        <w:br/>
        <w:t>Midland Counties Canine Society show was held in late October as the reasonably dry Autumn progressed. The show is always held on the weekend the UK clocks go back and usually Gundog Day is Sunday with an accompanying extra hour in bed.</w:t>
      </w:r>
      <w:r>
        <w:br/>
      </w:r>
      <w:r>
        <w:rPr>
          <w:b w:val="0"/>
          <w:i w:val="0"/>
        </w:rPr>
        <w:br/>
        <w:t>This year, Gundogs were on the Friday, day two of the show, so no lie in, but a tussle with heavy motorway business traffic both coming and going.</w:t>
      </w:r>
      <w:r>
        <w:br/>
      </w:r>
      <w:r>
        <w:rPr>
          <w:b w:val="0"/>
          <w:i w:val="0"/>
        </w:rPr>
        <w:br/>
        <w:t>I was lucky enough to be invited to judge the Labradors and rewarded with a splendid entry of 238 dogs and bitches.</w:t>
      </w:r>
      <w:r>
        <w:br/>
      </w:r>
      <w:r>
        <w:rPr>
          <w:b w:val="0"/>
          <w:i w:val="0"/>
        </w:rPr>
        <w:br/>
        <w:t>This was the second time I have judged at Midland Counties. The first time doesn't seem long ago. Time flies and on checking it was actually nineteen years ago that I last officiated here and the day before I moved house from Sutton Coldfield to Ross on Wye, relaying down the M5 in several journeys between the two houses, moving fourteen dogs and a litter of 5 week old, very active puppies. A never forgotten journey!</w:t>
      </w:r>
      <w:r>
        <w:br/>
      </w:r>
      <w:r>
        <w:rPr>
          <w:b w:val="0"/>
          <w:i w:val="0"/>
        </w:rPr>
        <w:br/>
        <w:t>I havent attended many shows this year so was pleased to see the entry with fresh eyes and enthusiasm. Judging started at 9am and we were done and dusted by 4pm. Having efficient reliable stewards is always a joy.</w:t>
      </w:r>
      <w:r>
        <w:br/>
      </w:r>
      <w:r>
        <w:rPr>
          <w:b w:val="0"/>
          <w:i w:val="0"/>
        </w:rPr>
        <w:br/>
        <w:t>Tony Floyd was taken poorly whilst showing his dog. Excellent on site ringside medical attention, the threat of a visit to the well-publicised Stafford Hospital, but saved by being driven home by kindly fellow exhibitors, David and Carole Coode, saw him comfortably resting at home over the weekend.</w:t>
      </w:r>
      <w:r>
        <w:br/>
      </w:r>
      <w:r>
        <w:rPr>
          <w:b w:val="0"/>
          <w:i w:val="0"/>
        </w:rPr>
        <w:br/>
        <w:t>We send him our best wishes for his quick return to the show-ring.</w:t>
      </w:r>
      <w:r>
        <w:br/>
      </w:r>
      <w:r>
        <w:rPr>
          <w:b w:val="0"/>
          <w:i w:val="0"/>
        </w:rPr>
        <w:br/>
        <w:t>I found going over the entry very interesting. One thing to note, the brick wall of the Sandylands building with its horizontal mortar joints is a sure give away for any slack, saggy toplines of which there were rather too many.</w:t>
      </w:r>
      <w:r>
        <w:br/>
      </w:r>
      <w:r>
        <w:rPr>
          <w:b w:val="0"/>
          <w:i w:val="0"/>
        </w:rPr>
        <w:br/>
        <w:t>Fat Labradors are old news now and most were the correct weight and shown in good clean hard condition. I was amazed that a few exhibits stank and were filthy dirty with urine stained rears and quarters encrusted with old grass stains and dry dirt.</w:t>
      </w:r>
      <w:r>
        <w:br/>
      </w:r>
      <w:r>
        <w:rPr>
          <w:b w:val="0"/>
          <w:i w:val="0"/>
        </w:rPr>
        <w:br/>
        <w:t>This will just not do. It is unpleasant for the judge to go over such dirty dogs. Showing is a beauty competition and exhibits must be clean to stand any chance at all of being in the cards.</w:t>
      </w:r>
      <w:r>
        <w:br/>
      </w:r>
      <w:r>
        <w:rPr>
          <w:b w:val="0"/>
          <w:i w:val="0"/>
        </w:rPr>
        <w:br/>
        <w:t>One other thing I did notice, where have all the television-mast vertical tails come from? Yes the breed standard says the tail may be carried gaily, but vertical...I dont think so!</w:t>
      </w:r>
      <w:r>
        <w:br/>
      </w:r>
      <w:r>
        <w:rPr>
          <w:b w:val="0"/>
          <w:i w:val="0"/>
        </w:rPr>
        <w:br/>
        <w:t>Sadly someone thought fit to bring a coughing dog. I heard it whilst I was judging, so there will probably be loads more in a few days time. How inconsiderate.</w:t>
      </w:r>
      <w:r>
        <w:br/>
      </w:r>
      <w:r>
        <w:rPr>
          <w:b w:val="0"/>
          <w:i w:val="0"/>
        </w:rPr>
        <w:br/>
        <w:t>Having been absent from shows both my CC winners were completely new to me. The dog CC winner was the Browns and Greasley Adams yellow Ramsayville Rock Solid JW with David Coodes yellow Ch Warringahs Perth JW ShCM taking the RCC. The Bitch CC winner, Best of Breed and shortlisted in the first cut of the Group under Andrew Brace, was Marion Hopkinsons yellow Kilburnpark Miss Maureen at Rocheby winning her first CC after two RCCs and ably shown by David Hopkinson whilst Marion was running in her new hip.</w:t>
      </w:r>
      <w:r>
        <w:br/>
      </w:r>
      <w:r>
        <w:rPr>
          <w:b w:val="0"/>
          <w:i w:val="0"/>
        </w:rPr>
        <w:br/>
        <w:t>She is a daughter of Sh Ch Silver Suede over Rocheby and grand-daughter on her dams side of Sh Ch Suttonpark Manifesto.</w:t>
      </w:r>
      <w:r>
        <w:br/>
      </w:r>
      <w:r>
        <w:rPr>
          <w:b w:val="0"/>
          <w:i w:val="0"/>
        </w:rPr>
        <w:br/>
        <w:t>For me this bitch is a delight, such a traditional, mid yellow, correctly made bitch, level topline, level headed but so biddable and happy to please. On the day, she had the best of all front and back movement and in profile too. Everything the standard calls for, she stood out.</w:t>
      </w:r>
      <w:r>
        <w:br/>
      </w:r>
      <w:r>
        <w:rPr>
          <w:b w:val="0"/>
          <w:i w:val="0"/>
        </w:rPr>
        <w:br/>
        <w:t>Shortlisted initially, in the Group under Andrew Brace, she looked grand to Labrador fanciers ringside and showed like an old hand, but despite her true movement at the correct Labrador pace, against the fashionable flash and dash speedmasters, as happens to the Labrador so often, she did not make the final cut, but I am sure we will see a lot more of her as the years go by.</w:t>
      </w:r>
      <w:r>
        <w:br/>
      </w:r>
      <w:r>
        <w:rPr>
          <w:b w:val="0"/>
          <w:i w:val="0"/>
        </w:rPr>
        <w:br/>
        <w:t>The Bitch RCC was won by another eye-catching bitch, Carole and Mervyn Reynolds yellow, Carromer Hot off the Press JW.</w:t>
      </w:r>
      <w:r>
        <w:br/>
      </w:r>
      <w:r>
        <w:rPr>
          <w:b w:val="0"/>
          <w:i w:val="0"/>
        </w:rPr>
        <w:br/>
        <w:t>Best Puppy plus the Societyâ€™s Â£20 Best Puppy in Breed prize was Marion Hopkinsons yellow dog, Rocheby Hornblower.</w:t>
      </w:r>
      <w:r>
        <w:br/>
      </w:r>
      <w:r>
        <w:rPr>
          <w:b w:val="0"/>
          <w:i w:val="0"/>
        </w:rPr>
        <w:br/>
        <w:t>Congratulations to Shaun Williamson whose puppy dog Sharouns Smart Alec was also in the money, winning the AV Puppy Dog Stakes under Peter Jolley and the accompanying Â£50 prize money; a pity for me that he missed his earlier breed class as I have yet to see him.</w:t>
      </w:r>
      <w:r>
        <w:br/>
      </w:r>
      <w:r>
        <w:rPr>
          <w:b w:val="0"/>
          <w:i w:val="0"/>
        </w:rPr>
        <w:br/>
        <w:t>Thus came to an end a most enjoyable day for me. Thank you to the Society for asking me to judge and to the exhibitors for entering. The journey home was two hours longer than normal due to the Friday traffic. All I have to do now, is write it all up!</w:t>
      </w:r>
      <w:r>
        <w:br/>
      </w:r>
      <w:r>
        <w:rPr>
          <w:b w:val="0"/>
          <w:i w:val="0"/>
        </w:rPr>
        <w:br/>
        <w:t>Ann Britton</w:t>
      </w:r>
      <w:r>
        <w:br/>
      </w:r>
      <w:r>
        <w:rPr>
          <w:b w:val="0"/>
          <w:i w:val="0"/>
        </w:rPr>
        <w:br/>
        <w:t>01989720665</w:t>
      </w:r>
      <w:r>
        <w:br/>
      </w:r>
      <w:r>
        <w:rPr>
          <w:b w:val="0"/>
          <w:i w:val="0"/>
        </w:rPr>
        <w:b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