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Jun 2005"</w:t>
      </w:r>
      <w:r>
        <w:br/>
      </w:r>
      <w:r>
        <w:rPr>
          <w:b w:val="0"/>
          <w:i w:val="0"/>
        </w:rPr>
        <w:br/>
        <w:t>date_original: "3 Jun 2005"</w:t>
      </w:r>
      <w:r>
        <w:br/>
      </w:r>
      <w:r>
        <w:rPr>
          <w:b w:val="0"/>
          <w:i w:val="0"/>
        </w:rPr>
        <w:br/>
        <w:t>source_url: "https://www.ourdogs.co.uk/members/breednotes/2005/RetrieverLabrador/RetrieverLabrador-jun3.htm"</w:t>
      </w:r>
      <w:r>
        <w:br/>
      </w:r>
      <w:r>
        <w:rPr>
          <w:b w:val="0"/>
          <w:i w:val="0"/>
        </w:rPr>
        <w:br/>
        <w:t>archive_type: "static_html"</w:t>
      </w:r>
      <w:r>
        <w:br/>
      </w:r>
      <w:r>
        <w:rPr>
          <w:b w:val="0"/>
          <w:i w:val="0"/>
        </w:rPr>
        <w:br/>
        <w:t>scraped_at: "2026-09-13T22:12:22"</w:t>
      </w:r>
      <w:r>
        <w:br/>
      </w:r>
      <w:r>
        <w:rPr>
          <w:b w:val="0"/>
          <w:i w:val="0"/>
        </w:rPr>
        <w:br/>
        <w:t>word_count: 1981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so sad to hear that Tom Bowman of Kincrosse Labradors had died suddenly and unexpectedly. Such a kind, courteous and gentle man, Tom was a Committee member of the Labrador Club of Scotland for many years and was a past member of the executive council of the Scottish Kennel Club. Our thoughts and great sympathy are with his wife Norma and family at this sad time.</w:t>
      </w:r>
    </w:p>
    <w:p>
      <w:r>
        <w:rPr>
          <w:b w:val="0"/>
          <w:i w:val="0"/>
        </w:rPr>
        <w:t>The Scottish Kennel Club Championship show was held at Ingleston, Edinburgh. During the previous two weeks Scotland had been enjoying lovely sunny weather, far better than in the south of England, but sadly Sunday, the Gundog day of the championship show, was one of the wettest days of the year, with torrential rain falling from before dawn until well into mid-afternoon. One could easily be forgiven for imagining that Noah had just sailed past in his ark; he certainly wouldn’t have looked out of place!</w:t>
      </w:r>
    </w:p>
    <w:p>
      <w:r>
        <w:rPr>
          <w:b w:val="0"/>
          <w:i w:val="0"/>
        </w:rPr>
        <w:t>With every show, the same amount of preparation is required from show organisers; however, we are all in the lap of the gods where the weather is concerned. If the sun shines, all is well, the showground looks beautiful and everyone is happy, but if it rains, the best-laid plans of every organizing committee are tested to the very limit.</w:t>
      </w:r>
    </w:p>
    <w:p>
      <w:r>
        <w:rPr>
          <w:b w:val="0"/>
          <w:i w:val="0"/>
        </w:rPr>
        <w:t>At SKC the breed rings were under-cover, in open sided pavilions, however, because of the persistent rain, some rings were completely under water by the start of judging, alternative arrangements had to be swiftly put in place. Luckily the Best in Show ring was one of the dry rings and was used throughout the day for breed judging, as well as for the stakes classes. The useable rings were somewhat soggy, but to preserve the gangways, bright yellow plastic matting had been laid over the wettest patches, although by mid morning even these mats were swamped with lapping, brown muddy water.</w:t>
      </w:r>
    </w:p>
    <w:p>
      <w:r>
        <w:rPr>
          <w:b w:val="0"/>
          <w:i w:val="0"/>
        </w:rPr>
        <w:t>The Labrador ring was probably one of the best and surprisingly, the benching tents, which were almost adjacent to the breed rings, were a haven of pleasant dryness and shelter. Even so, it was amazing to see that the majority of Golden Retriever owners still preferred to abandon the dry, comfortable benching tent for their “campsite”, which they unofficially set up in the wet, boggy gangway along one complete side of the Labrador ring. The camping Goldens were just about in our ring, and got so close that our judge, Pat Gill, had to move the Labrador exhibits further into the center of her large ring in order to get a more uncluttered view, without interference from a hoard of bored, wet and presumably very chilly Golden Retrievers!</w:t>
      </w:r>
    </w:p>
    <w:p>
      <w:r>
        <w:rPr>
          <w:b w:val="0"/>
          <w:i w:val="0"/>
        </w:rPr>
        <w:t>Sussie Wiles yellow bitch Richbourne Starlight,(Jayncourt Star Striker x Lenches Graceful of Richbourne), won her first CC and Best of Breed on the day. The Bitch RCC was won by Linda McGillivray’s yellow Junior, Antonine Allure (Ramseyville Route Sixty Six JW x Trailblazer of Antonine JW).</w:t>
      </w:r>
    </w:p>
    <w:p>
      <w:r>
        <w:rPr>
          <w:b w:val="0"/>
          <w:i w:val="0"/>
        </w:rPr>
        <w:t>The Dog CC was a first for Shaun Williamson and Dobson’s yellow Post Graduate winner, Lakemeadow Look No Further than Sharouns (Rocheby Old Smokey x Sharouns My Girl of Lakemeadow), whilst the Dog RCC went to another yellow, Stormrose Royal Gold JW ShCm (Sh Ch Braunspath Discovery x Stormrose Sweet Dreams), owned by Mr and Mrs BF Roberts. Best Puppy was Diana Downey Tulloch’s yellow dog, Tullochmohr Final Star (Lenches Mackintosh x Tullochmohr Venus).</w:t>
      </w:r>
    </w:p>
    <w:p>
      <w:r>
        <w:rPr>
          <w:b w:val="0"/>
          <w:i w:val="0"/>
        </w:rPr>
        <w:t>Interestingly, I note that three of the winners, BOB and Bitch CC, Dog CC and Dog RCC were all born within a few months of each other in 2000.</w:t>
      </w:r>
    </w:p>
    <w:p>
      <w:r>
        <w:rPr>
          <w:b w:val="0"/>
          <w:i w:val="0"/>
        </w:rPr>
        <w:t>Joyce and Les Brabban, (Cambremer) have recently been to Russia and I have persuaded them to share the memories of this wonderful trip with us.</w:t>
      </w:r>
    </w:p>
    <w:p>
      <w:r>
        <w:rPr>
          <w:b w:val="0"/>
          <w:i w:val="0"/>
        </w:rPr>
        <w:t>Visit To Russia by Joyce and Les Brabban</w:t>
      </w:r>
      <w:r>
        <w:br/>
      </w:r>
      <w:r>
        <w:rPr>
          <w:b w:val="0"/>
          <w:i w:val="0"/>
        </w:rPr>
        <w:br/>
        <w:t>“This year we were invited to judge the Russian Labrador Club Show to be held in Moscow on Sat 9th April. We looked forward to our visit very much. Russia is a country whose interest in dog showing during the last 10 years has come to the notice of the rest of Europe and we were curious to see how the show would be run and the quality of the dogs.</w:t>
      </w:r>
    </w:p>
    <w:p>
      <w:r>
        <w:rPr>
          <w:b w:val="0"/>
          <w:i w:val="0"/>
        </w:rPr>
        <w:t>“We arrived on the Friday and were met by a very enthusiastic committee, who looked after us so very well. They told us we had an entry of 175 dogs to judge between us. They said that they imported some of their dogs from Finland and also used a number of Finnish stud dogs, as Finland is one of the closest countries to Russia. There were also a small number of dogs from other European Union countries.</w:t>
      </w:r>
    </w:p>
    <w:p>
      <w:r>
        <w:rPr>
          <w:b w:val="0"/>
          <w:i w:val="0"/>
        </w:rPr>
        <w:t>“They were very knowledgeable about the dogs in the rest of Europe and in particular the UK. One of the exhibitors had travelled for 36 hrs by train from the north of Russia to show his dogs, (and we moan when we have to get out of bed at 5-00 am and motor for 4 hrs to a show), and another person flew in from Vladivostok (3000 miles) just to watch!</w:t>
      </w:r>
    </w:p>
    <w:p>
      <w:r>
        <w:rPr>
          <w:b w:val="0"/>
          <w:i w:val="0"/>
        </w:rPr>
        <w:t>“We need not have worried about the quality of the dogs; they were as good as most countries in Europe, with the possible exception of Scandinavia. The dogs were well presented; handling and temperament were good.</w:t>
      </w:r>
    </w:p>
    <w:p>
      <w:r>
        <w:rPr>
          <w:b w:val="0"/>
          <w:i w:val="0"/>
        </w:rPr>
        <w:t>They have a different system of judging from any that we have encountered in other countries; they judge by colour. All the yellows are judged together and likewise the blacks and the chocolates. The best of each colour is picked out from all the unbeaten dogs of each class and finally the two judges for Best in Show jointly judge the three winners. The same applies to all the other awards.</w:t>
      </w:r>
    </w:p>
    <w:p>
      <w:r>
        <w:rPr>
          <w:b w:val="0"/>
          <w:i w:val="0"/>
        </w:rPr>
        <w:t>“Joyce judged 94 blacks and chocolates and Les did 81 yellows.</w:t>
      </w:r>
    </w:p>
    <w:p>
      <w:r>
        <w:rPr>
          <w:b w:val="0"/>
          <w:i w:val="0"/>
        </w:rPr>
        <w:t>“Joyce said she had never seen so many quality chocolates at one time. They were in hard condition, nice size and with good confirmation, but the one thing that impressed her above all else was the quality of the coats. They were the most lovely, dark colour, harsh to the touch and with lots of good undercoat. She realises this is due to good breeding, but wondered if the harsh Russian weather also plays a big part in creating these super coats. Best of colour was the male “Vinny Puh from Magnificos Kingdom’’</w:t>
      </w:r>
    </w:p>
    <w:p>
      <w:r>
        <w:rPr>
          <w:b w:val="0"/>
          <w:i w:val="0"/>
        </w:rPr>
        <w:t>“The blacks were of good type and quality and again the best of colour was a male “Ch Timantti Solid Blackbery Magic Frederick.”</w:t>
      </w:r>
    </w:p>
    <w:p>
      <w:r>
        <w:rPr>
          <w:b w:val="0"/>
          <w:i w:val="0"/>
        </w:rPr>
        <w:t>“Les judged the Yellows and the junior handling.</w:t>
      </w:r>
    </w:p>
    <w:p>
      <w:r>
        <w:rPr>
          <w:b w:val="0"/>
          <w:i w:val="0"/>
        </w:rPr>
        <w:t>“He says overall they were full of quality and again these lovely coats. No bad mouths and eye colours was good. Best of colour was a male, Ch.Timantti Solid Davidson. He had the most superb head, front and feet. This kennel won many classes and exhibited some lovely dogs.</w:t>
      </w:r>
      <w:r>
        <w:br/>
      </w:r>
      <w:r>
        <w:rPr>
          <w:b w:val="0"/>
          <w:i w:val="0"/>
        </w:rPr>
        <w:br/>
        <w:t>“They then judged the three males for Best in Show and this was won the chocolate, Vinny Puh from Magnificos Kingdom. There was no Best Opposite Sex or Res BIS or Best Puppy. There was, however, a Best Junior, which Les judged and said “This young yellow impressed me very much and I would have loved to have brought him home. He should have a bright future. He was called Midnight Escape”.</w:t>
      </w:r>
    </w:p>
    <w:p>
      <w:r>
        <w:rPr>
          <w:b w:val="0"/>
          <w:i w:val="0"/>
        </w:rPr>
        <w:t>“The Show was held at a special centre called “Ordinci; The Centre for Supporting Children, Invalids and Sportsmen”. This is the only one in Russia and it is where invalid children with cerebral palsy and other afflictions are interactive with dogs; to teach them to do things with the dogs and to give the children confidence. It is a marvellous place and the results were astounding, with one child actually learning to walk through this therapy. It was wonderful to see the glow on the children’s faces when they were with the dogs. The Centre, which receives no state funding is superbly run by expert staff; the children’s parents have to pay for their treatment.</w:t>
      </w:r>
    </w:p>
    <w:p>
      <w:r>
        <w:rPr>
          <w:b w:val="0"/>
          <w:i w:val="0"/>
        </w:rPr>
        <w:t>“After the show we stayed over for a couple of days to sightsee.</w:t>
      </w:r>
      <w:r>
        <w:br/>
      </w:r>
      <w:r>
        <w:rPr>
          <w:b w:val="0"/>
          <w:i w:val="0"/>
        </w:rPr>
        <w:br/>
        <w:t>“We went to see the Kremlin and saw all the gold, diamonds and jewels of the Tsars; we visited Red Square and the Monastery where all the Russian priests are trained, but the highlight was our visit to see The Nutcracker Suite at the Bolshoi Ballet. It was absolutely magnificent.</w:t>
      </w:r>
      <w:r>
        <w:br/>
      </w:r>
      <w:r>
        <w:rPr>
          <w:b w:val="0"/>
          <w:i w:val="0"/>
        </w:rPr>
        <w:br/>
        <w:t>“We thank the Russian Lab Club for their great hospitality. It was a most wonderful few days, which we will never forget.” Joyce and Les Brabban</w:t>
      </w:r>
      <w:r>
        <w:br/>
      </w:r>
      <w:r>
        <w:rPr>
          <w:b w:val="0"/>
          <w:i w:val="0"/>
        </w:rPr>
        <w:br/>
        <w:t>Ann Britton</w:t>
      </w:r>
      <w:r>
        <w:br/>
      </w:r>
      <w:r>
        <w:rPr>
          <w:b w:val="0"/>
          <w:i w:val="0"/>
        </w:rPr>
        <w:br/>
        <w:t>01989 720665 email bowstones@btinternet.com</w:t>
      </w:r>
    </w:p>
    <w:p>
      <w:r>
        <w:rPr>
          <w:b w:val="0"/>
          <w:i w:val="0"/>
        </w:rPr>
        <w:t>We had to give SKC a miss due to none of the dogs being in a fit state to show and it seems we missed some interesting weather. It’s a long way to Edinburgh from Strachur and we decided to watch the rain falling on the loch enjoying our coffee rather than risk the possibility of a real soaking from the car to the ring. The car park at Ingliston being made of red ash gets so filthy. Must be getting old it never stopped us going in the past. A quagmire was how the showground was described to me on the phone but nevertheless there is always someone very happy they turned up. Judge Pat Gill had a good entry and Sussie Wiles had a wonderful day winning the Bitch CC with her yellow, RICHBOURNE STAR LIGHT, I believe this is her second CC and she later went BOB. Reserve CC was awarded to Linda McGillivray’s ANTONINE ALLURE JW. The dog CC went to Williamson and Dobson’s LAKEMEADOW LOOK NO FURTHER THAN SHAROUNS and the RCC to Roberts’ STORMROSE ROYAL GOLD JW ShCM . Best Puppy was TULLOCHMOHR FINAL STAR, owned by Diana Downey-Tulloch.</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