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- 01/02/2002"</w:t>
      </w:r>
      <w:r>
        <w:br/>
      </w:r>
      <w:r>
        <w:rPr>
          <w:b w:val="0"/>
          <w:i w:val="0"/>
        </w:rPr>
        <w:br/>
        <w:t>date_original: "01/02/2002"</w:t>
      </w:r>
      <w:r>
        <w:br/>
      </w:r>
      <w:r>
        <w:rPr>
          <w:b w:val="0"/>
          <w:i w:val="0"/>
        </w:rPr>
        <w:br/>
        <w:t>source_url: "https://www.ourdogs.co.uk/members/breednotes/2002/RetrieverLabrador/February2002/RetrieverLabrador010202.htm"</w:t>
      </w:r>
      <w:r>
        <w:br/>
      </w:r>
      <w:r>
        <w:rPr>
          <w:b w:val="0"/>
          <w:i w:val="0"/>
        </w:rPr>
        <w:br/>
        <w:t>archive_type: "static_html"</w:t>
      </w:r>
      <w:r>
        <w:br/>
      </w:r>
      <w:r>
        <w:rPr>
          <w:b w:val="0"/>
          <w:i w:val="0"/>
        </w:rPr>
        <w:br/>
        <w:t>scraped_at: "2026-09-13T22:18:24"</w:t>
      </w:r>
      <w:r>
        <w:br/>
      </w:r>
      <w:r>
        <w:rPr>
          <w:b w:val="0"/>
          <w:i w:val="0"/>
        </w:rPr>
        <w:br/>
        <w:t>word_count: 1146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my resume of last year’s winners, Les and Joyce Brabban’s yellow bitch Sh Ch Cambremer Call My Bluff won the most CCs, receiving five more CCs in 2001 plus two good Group wins.She now has 9CCs. The next highest CC winner was the black bitch of David Craig and Angela Williams, Sh Ch Foulby Agatha Christie, who added four more CCs to her score, making a total of 8.</w:t>
      </w:r>
    </w:p>
    <w:p>
      <w:r>
        <w:rPr>
          <w:b w:val="0"/>
          <w:i w:val="0"/>
        </w:rPr>
        <w:t>In the dog ring Sh Ch Foulby Mountain King, Sh Ch Trentwith Sir Winston, Sh Ch Dakross Daniel Widden and Poolstead Plan of Action all won two CCs during the year. There are nine new Show Champions, four dogs and five bitches, six blacks and three yellows.</w:t>
      </w:r>
    </w:p>
    <w:p>
      <w:r>
        <w:rPr>
          <w:b w:val="0"/>
          <w:i w:val="0"/>
        </w:rPr>
        <w:t>Isobel Keys made up her second show champion, the black dog Sh Ch Keydella Keswick</w:t>
      </w:r>
      <w:r>
        <w:br/>
      </w:r>
      <w:r>
        <w:rPr>
          <w:b w:val="0"/>
          <w:i w:val="0"/>
        </w:rPr>
        <w:br/>
        <w:t>(Hawkesmoor Webster ex Keydella Karousel) at Birmingham National under Mrs Ivy Hurst who was giving CCs for the first time. His other CCs came from Mr Dave Wilmshurst and Mr Gordon Howells.</w:t>
      </w:r>
    </w:p>
    <w:p>
      <w:r>
        <w:rPr>
          <w:b w:val="0"/>
          <w:i w:val="0"/>
        </w:rPr>
        <w:t>Mrs Jackie Hodge made up her first UK show champion the black dog Sh Ch Naiken Kris (Hawkesmoor Webster ex Naiken Hickory) under Mrs Jane Palmer at Three Counties Ch Show. His other CCs came from Miss Mary Cox, and Mrs Erica Jayes.</w:t>
      </w:r>
    </w:p>
    <w:p>
      <w:r>
        <w:rPr>
          <w:b w:val="0"/>
          <w:i w:val="0"/>
        </w:rPr>
        <w:t>The only yellow dog to be made up last year was Vic and Janet Coles Sh Ch Stajantors Robin ( Sh Ch Rocheby Whisky Mac ex Stajantors Primrose). He won CCs at Kent, Surrey and Sussex under Mrs Jean Allen, Mrs Zena Thorn-Andrews at Bournemouth and finally under Mrs Linda Redmile (Sutcliffe) at Windsor, all in 2001.</w:t>
      </w:r>
    </w:p>
    <w:p>
      <w:r>
        <w:rPr>
          <w:b w:val="0"/>
          <w:i w:val="0"/>
        </w:rPr>
        <w:t>Dr Margaret Wood and her brother, Rev Brian Jone,s were delighted to make up their black dog Sh Ch Lymelyn Cormorant of Coleg at LKA under Miss Mary Cox. His other CCs were won at Cotswold and Wyevern Lab Club under Mrs Margaret Brown and at City of Birmingham under Mrs Pat Harrison. He is by Balrion Ring Around the World ex Lymelyn Springtyme. His CCs were also all won in 2001. His sire Balrion Ring Around the World, owned by John and Saudjie Crook in California, is a Hawkesmoor Webster son. The latter’s recent influence on the breed has been very noticeable and three of the four dogs made up in 2001 are either by him or directly descended from him.</w:t>
      </w:r>
    </w:p>
    <w:p>
      <w:r>
        <w:rPr>
          <w:b w:val="0"/>
          <w:i w:val="0"/>
        </w:rPr>
        <w:t>In the bitch ring Mrs Christine Bailiss made up her first show champion, the black bitch Sh Ch Newinn Old Hinney at Tissalian, whom she purchased from the Newinn kennel of Rosemary and Michael Hewitt. Old Hinney won CCs from Richard Stafford at West of England Lab Club in 2000, Brian Lowe at Manchester 2001 and finally took her important third at Birmingham National a couple of months later under Richard Wiles. Newinn Old Hinney at Tissalian is by Rocheby Old Smokey ex Sh Ch Newinn Tish Hinojosa.</w:t>
      </w:r>
    </w:p>
    <w:p>
      <w:r>
        <w:rPr>
          <w:b w:val="0"/>
          <w:i w:val="0"/>
        </w:rPr>
        <w:t>Marilyn Prior made up the black bitch bred by the late and sadly missed Dot Gardner, Sh Ch Novacroft Phoebe. Her CCs were won at Kent Surrey and Sussex Lab Club under Mrs Jennifer Brown, Jim Keizer at Southern Counties and Mrs Margaret Litherland at Windsor, all in 2001. Phoebe is by Ch and Am Ch Perfick Gent of Priorise ex Norcis Branky from Novacroft.</w:t>
      </w:r>
    </w:p>
    <w:p>
      <w:r>
        <w:rPr>
          <w:b w:val="0"/>
          <w:i w:val="0"/>
        </w:rPr>
        <w:t>Tom and Margaret Grant completed the title of their black bitch Simandem Solitaire at South Wales Kennel Association Ch Show under Mr M Quinn. Solitaire is by Simandem Jumpin Jack Flash ex Simandem Sequence. Her other CCs were won under Mrs Marlene Hepper, and Mrs Jean Allen.</w:t>
      </w:r>
    </w:p>
    <w:p>
      <w:r>
        <w:rPr>
          <w:b w:val="0"/>
          <w:i w:val="0"/>
        </w:rPr>
        <w:t>The Rocheby kennel made up another show champion, this time Sh Ch Rocheby Powder Blue. Her CCs have been won under Mrs Jean Harris, Mrs Pat Gill and the important third under Mrs Winifred Fleming at the Yellow Lab Club Ch Show. Powder Blue is by Rocheby Navy Blue ex Sh Ch Rocheby Polkadot.</w:t>
      </w:r>
    </w:p>
    <w:p>
      <w:r>
        <w:rPr>
          <w:b w:val="0"/>
          <w:i w:val="0"/>
        </w:rPr>
        <w:t>The last bitch in my list of this year’s show champions is Bob and Didi Hepworth’s yellow Sh Ch Poolstead Porridge Oats, the Best of Breed winner at Crufts 2001. She is by Greenworth Master Oats ex Poolstead Prestige and her CCs came from Mrs Janet Cole at Crufts, Mrs Margaret Rooth at Cotswold and Wyevern Lab Club, and Mr Vic Cole at Driffield., once again all in 2001.</w:t>
      </w:r>
    </w:p>
    <w:p>
      <w:r>
        <w:rPr>
          <w:b w:val="0"/>
          <w:i w:val="0"/>
        </w:rPr>
        <w:t>This completes the summary of the major winners of 2001. Next week I will detail the twenty three winners of single CCs in 2001. As I have said before, a most unusual situation.</w:t>
      </w:r>
    </w:p>
    <w:p>
      <w:r>
        <w:rPr>
          <w:b w:val="0"/>
          <w:i w:val="0"/>
        </w:rPr>
        <w:t>Ann Britton</w:t>
      </w:r>
    </w:p>
    <w:p>
      <w:r>
        <w:rPr>
          <w:b w:val="0"/>
          <w:i w:val="0"/>
        </w:rPr>
        <w:t>If you have any stories, news or relevant information that you would like to contribute to this breed note writer, please use the following contact details;</w:t>
      </w:r>
    </w:p>
    <w:p>
      <w:r>
        <w:rPr>
          <w:b w:val="0"/>
          <w:i w:val="0"/>
        </w:rPr>
        <w:t>Ann Britton</w:t>
      </w:r>
      <w:r>
        <w:br/>
      </w:r>
      <w:r>
        <w:rPr>
          <w:b w:val="0"/>
          <w:i w:val="0"/>
        </w:rPr>
        <w:br/>
        <w:t>01989 720665</w:t>
      </w:r>
      <w:r>
        <w:br/>
      </w:r>
      <w:r>
        <w:rPr>
          <w:b w:val="0"/>
          <w:i w:val="0"/>
        </w:rPr>
        <w:br/>
        <w:t>Fax 01989 720550</w:t>
      </w:r>
      <w:r>
        <w:br/>
      </w:r>
      <w:r>
        <w:rPr>
          <w:b w:val="0"/>
          <w:i w:val="0"/>
        </w:rPr>
        <w:br/>
        <w:t>email bowstones@btinternet.com</w:t>
      </w:r>
      <w:r>
        <w:br/>
      </w:r>
      <w:r>
        <w:rPr>
          <w:b w:val="0"/>
          <w:i w:val="0"/>
        </w:rPr>
        <w:br/>
        <w:t>Jim Nolan,</w:t>
      </w:r>
      <w:r>
        <w:br/>
      </w:r>
      <w:r>
        <w:rPr>
          <w:b w:val="0"/>
          <w:i w:val="0"/>
        </w:rPr>
        <w:br/>
        <w:t>nolan@veyatie.freeserve.co.uk</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