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- 09/08/2019 - ISSUE"</w:t>
      </w:r>
      <w:r>
        <w:br/>
      </w:r>
      <w:r>
        <w:rPr>
          <w:b w:val="0"/>
          <w:i w:val="0"/>
        </w:rPr>
        <w:br/>
        <w:t>date_original: "09/08/2019 - ISSUE"</w:t>
      </w:r>
      <w:r>
        <w:br/>
      </w:r>
      <w:r>
        <w:rPr>
          <w:b w:val="0"/>
          <w:i w:val="0"/>
        </w:rPr>
        <w:br/>
        <w:t>source_url: "https://www.ourdogs.co.uk/members/breednotes/RetrieverLabradorMain.php"</w:t>
      </w:r>
      <w:r>
        <w:br/>
      </w:r>
      <w:r>
        <w:rPr>
          <w:b w:val="0"/>
          <w:i w:val="0"/>
        </w:rPr>
        <w:br/>
        <w:t>scraped_at: "2026-09-13T15:19:39"</w:t>
      </w:r>
      <w:r>
        <w:br/>
      </w:r>
      <w:r>
        <w:rPr>
          <w:b w:val="0"/>
          <w:i w:val="0"/>
        </w:rPr>
        <w:br/>
        <w:t>word_count: 1734</w:t>
      </w:r>
    </w:p>
    <w:p>
      <w:r>
        <w:t>――――――――――――――――――――――――――――――</w:t>
      </w:r>
    </w:p>
    <w:p>
      <w:r>
        <w:rPr>
          <w:b w:val="0"/>
          <w:i w:val="0"/>
        </w:rPr>
        <w:t>NEWS MEMBERS' AREA SHOP SUBSCRIBE UPCOMING SHOWS MORE</w:t>
      </w:r>
    </w:p>
    <w:p>
      <w:r>
        <w:rPr>
          <w:b w:val="0"/>
          <w:i w:val="0"/>
        </w:rPr>
        <w:t>RETRIEVER LABRADOR</w:t>
      </w:r>
    </w:p>
    <w:p>
      <w:r>
        <w:rPr>
          <w:b w:val="0"/>
          <w:i w:val="0"/>
        </w:rPr>
        <w:t>Issue: 09/08/2019</w:t>
      </w:r>
    </w:p>
    <w:p>
      <w:r>
        <w:rPr>
          <w:b w:val="0"/>
          <w:i w:val="0"/>
        </w:rPr>
        <w:t xml:space="preserve">To start with this week, a correction to last weeks notes and thank you Lorraine for helpfully notifying me, so that our Breed notes are as accurate as possible. </w:t>
      </w:r>
    </w:p>
    <w:p>
      <w:r>
        <w:rPr>
          <w:b w:val="0"/>
          <w:i w:val="0"/>
        </w:rPr>
        <w:t xml:space="preserve">Contrary to my belief that Amanda Deane was judging for her first time at the recent Leeds Ch Show, it was in fact her third appointment, her others being at SKC and National Gundog. My profuse apologies to Amanda, such a kind, knowledgeable and gentle person who takes everything this unfair world chucks at her with such amazing grace. </w:t>
      </w:r>
    </w:p>
    <w:p>
      <w:r>
        <w:rPr>
          <w:b w:val="0"/>
          <w:i w:val="0"/>
        </w:rPr>
        <w:t>A continued Ã¢â‚¬Å"Thank YouÃ¢â‚¬Â to readers, some who no longer show their dogs but enjoy my Breed notes, who have sent so many lovely cards and letters in memory of Lily, my companion black Labrador who, at just a few days off 16 years, passed away recently. It is so kind of you and greatly appreciated.</w:t>
      </w:r>
    </w:p>
    <w:p>
      <w:r>
        <w:rPr>
          <w:b w:val="0"/>
          <w:i w:val="0"/>
        </w:rPr>
        <w:t xml:space="preserve">Last weekend, the first in August, the roads were busy with holiday makers and those attempting to get to and from two Championship dog shows, Paignton and National Gundog. The weather was mainly hot and sunny but somewhat humid too. </w:t>
      </w:r>
    </w:p>
    <w:p>
      <w:r>
        <w:rPr>
          <w:b w:val="0"/>
          <w:i w:val="0"/>
        </w:rPr>
        <w:t>On Saturday 3rd August it was Paignton Championship show with judge Jenny Miller officiating. From an entry of 135, the Dog CC winner was David Coodes yellow, Ch WarringahÃ¢â‚¬â„¢s Perth JW ShCM</w:t>
      </w:r>
    </w:p>
    <w:p>
      <w:r>
        <w:rPr>
          <w:b w:val="0"/>
          <w:i w:val="0"/>
        </w:rPr>
        <w:t>The Dog RCC went to Ben Gaskells yellow, Sharouns Ventriloquist For Tempaskell JW</w:t>
      </w:r>
    </w:p>
    <w:p>
      <w:r>
        <w:rPr>
          <w:b w:val="0"/>
          <w:i w:val="0"/>
        </w:rPr>
        <w:t xml:space="preserve">The Bitch CC winner and Best of Breed went to Richard Staffords yellow, Sh Ch Arrowmoy Fairytale Of New York Farnfield JW </w:t>
      </w:r>
    </w:p>
    <w:p>
      <w:r>
        <w:rPr>
          <w:b w:val="0"/>
          <w:i w:val="0"/>
        </w:rPr>
        <w:t>The Res Bitch CC was won by the Hodge familyÃ¢â‚¬â„¢s Naiken Classic Cliche.</w:t>
      </w:r>
    </w:p>
    <w:p>
      <w:r>
        <w:rPr>
          <w:b w:val="0"/>
          <w:i w:val="0"/>
        </w:rPr>
        <w:t xml:space="preserve">Best Puppy in Breed was Sharon Lamberts Mattand This Is Me whilst </w:t>
      </w:r>
    </w:p>
    <w:p>
      <w:r>
        <w:rPr>
          <w:b w:val="0"/>
          <w:i w:val="0"/>
        </w:rPr>
        <w:t>Best Veteran was Mrs J Wallaces Richbourne Signature Tune Of Tiaja whose owner also won Best Special Beginner with Tiaja Love In The Sun. Well done everyone.</w:t>
      </w:r>
    </w:p>
    <w:p>
      <w:r>
        <w:rPr>
          <w:b w:val="0"/>
          <w:i w:val="0"/>
        </w:rPr>
        <w:t>Good to hear news from Nicola Hutchinson (Glosmere) Ã¢â‚¬Å"Very proud to say that at the Blackpool show a week after winning the RCC, Wilfred picked up his last points towards his Junior Warrant and is now confirmed Ã¢â‚¬ËœGlosmere The Grenadier JWÃ¢â‚¬â„¢. Well done!</w:t>
      </w:r>
    </w:p>
    <w:p>
      <w:r>
        <w:rPr>
          <w:b w:val="0"/>
          <w:i w:val="0"/>
        </w:rPr>
        <w:t>The day after Paignton exhibitors assembled at Malvern for National Gundog Ch Show with an entry from all the Gundog breeds totalling 2199. Labrador judges, Chris Rose, (Leospring) awarding Dog CCs for the first time and Anne Lavelle (Crosscroyde) judging Bitches, had an entry of 217 dogs and bitches.</w:t>
      </w:r>
    </w:p>
    <w:p>
      <w:r>
        <w:rPr>
          <w:b w:val="0"/>
          <w:i w:val="0"/>
        </w:rPr>
        <w:t xml:space="preserve">It was another hot, sunny, humid day, with little shade in the ring. I recall in the past when class entries were numerically very much larger than they are nowadays we were all permitted to leave the ring to give our dogs some shade, once the judge had seen them, only to return in a bit of a jumble for the final selection. Certainly an exercise in tip-top concentration for the judges of those days. </w:t>
      </w:r>
    </w:p>
    <w:p>
      <w:r>
        <w:rPr>
          <w:b w:val="0"/>
          <w:i w:val="0"/>
        </w:rPr>
        <w:t>The winners at this years show were:- Dog CC, his second, Gary Johnsons yellow, Cremino Chilly Pepper. The Dog RCC went to Penny Carpaninis black Carpemmy Primo.</w:t>
      </w:r>
    </w:p>
    <w:p>
      <w:r>
        <w:rPr>
          <w:b w:val="0"/>
          <w:i w:val="0"/>
        </w:rPr>
        <w:t>The Bitch CC winner, her third, Best of Breed and made up on the day was the OBriens Maxfield Arabella. (Fin Ch Devonshires London Edition x Mandursans Miss Demeanour of Maxfield). Her first CC was from Erica Jayes, her second from Ed Casey and now her third from Anne Lavelle. Many congratulations.</w:t>
      </w:r>
    </w:p>
    <w:p>
      <w:r>
        <w:rPr>
          <w:b w:val="0"/>
          <w:i w:val="0"/>
        </w:rPr>
        <w:t>The Bitch RCC winner and what a thrill for her owner/breeder Chris Woods, who only has a very occasional litter, was her home bred black youngster, just rising two years of age, Sundyke Secret Steps (Sh Ch Antonine Cinderfella x Lougin Secret Spy at Sundyke).</w:t>
      </w:r>
    </w:p>
    <w:p>
      <w:r>
        <w:rPr>
          <w:b w:val="0"/>
          <w:i w:val="0"/>
        </w:rPr>
        <w:t>Best Puppy was the Hodge familyÃ¢â‚¬â„¢s chocolate dog Naiken Elite Envoy (Am Gr Ch Nipntuck Blame it on Fame x Naiken Alize), who later won Puppy Group 3 under judge Tom Graham.</w:t>
      </w:r>
    </w:p>
    <w:p>
      <w:r>
        <w:rPr>
          <w:b w:val="0"/>
          <w:i w:val="0"/>
        </w:rPr>
        <w:t>Best Special Beginner was Mr and Mrs Allens Warringahs Wirrabara at Timouron</w:t>
      </w:r>
    </w:p>
    <w:p>
      <w:r>
        <w:rPr>
          <w:b w:val="0"/>
          <w:i w:val="0"/>
        </w:rPr>
        <w:t>Best Veteran in Breed was my own yellow Sh Ch Martinstide Pastiche of Bowstones JW who at eight years of age is certainly not a matronly Veteran but is very sound and on top top form. Thrilled to be in the showring again. I rarely show Champions once made up and she is the first one I have shown in Veteran but It was lovely to hear the ringside comments and appreciation for such a classic bitch standing out in such great condition and energetic form!</w:t>
      </w:r>
    </w:p>
    <w:p>
      <w:r>
        <w:rPr>
          <w:b w:val="0"/>
          <w:i w:val="0"/>
        </w:rPr>
        <w:t>Which brings me on to my next topic. Years ago the CC was often awarded to the winner of Veteran. I recall Ch Kupros Master Mariner, Sh Ch Blondella Balance, Sh Ch Marcella Seafarer all won several from the Veteran class in entries far greater in number than today.</w:t>
      </w:r>
    </w:p>
    <w:p>
      <w:r>
        <w:rPr>
          <w:b w:val="0"/>
          <w:i w:val="0"/>
        </w:rPr>
        <w:t>Nowadays Veterans are rarely given a cursory glance even if outstanding. It seems the Veteran class at Ã‚Â£30 for a first entry, is currently regarded as a bit of a novelty joke class by some judges. In fact I now purposely watch the judges appraisal of the Veteran winner in the challenge. It tells a lot. I watch the judgeÃ¢â‚¬â„¢s face and where exactly their eyes are looking. Try it!</w:t>
      </w:r>
    </w:p>
    <w:p>
      <w:r>
        <w:rPr>
          <w:b w:val="0"/>
          <w:i w:val="0"/>
        </w:rPr>
        <w:t>In general, the Veteran however outstanding appears not to get a single split seconds appraisal, whilst others down the line are given full further assessment wherever their type, condition or soundness.</w:t>
      </w:r>
    </w:p>
    <w:p>
      <w:r>
        <w:rPr>
          <w:b w:val="0"/>
          <w:i w:val="0"/>
        </w:rPr>
        <w:t>This brought me round to reading my responses to a questionnaire on Veterans sent out by the KC to some judges in about 2003. I have reproduced it below. Looks like I didnÃ¢â‚¬â„¢t hold back any punches even then!</w:t>
      </w:r>
    </w:p>
    <w:p>
      <w:r>
        <w:rPr>
          <w:b w:val="0"/>
          <w:i w:val="0"/>
        </w:rPr>
        <w:t>Ã¢â‚¬Å"2003. Answers to questions on the subject of Showing Veterans from Ann Britton.</w:t>
      </w:r>
    </w:p>
    <w:p>
      <w:pPr>
        <w:pStyle w:val="ListNumber"/>
      </w:pPr>
      <w:r>
        <w:rPr>
          <w:b w:val="0"/>
          <w:i w:val="0"/>
        </w:rPr>
        <w:t>Do you enjoy judging veteran classes.</w:t>
      </w:r>
    </w:p>
    <w:p>
      <w:r>
        <w:rPr>
          <w:b w:val="0"/>
          <w:i w:val="0"/>
        </w:rPr>
        <w:t xml:space="preserve">Yes, if the exhibits are sound and healthy and are typical of the breed. </w:t>
      </w:r>
    </w:p>
    <w:p>
      <w:r>
        <w:rPr>
          <w:b w:val="0"/>
          <w:i w:val="0"/>
        </w:rPr>
        <w:t xml:space="preserve">No, if they are unsound, unhealthy and untypical and are purely being exhibited because of the great number of years they have seen.. In this case, I feel they would be better off left at home. </w:t>
      </w:r>
    </w:p>
    <w:p>
      <w:pPr>
        <w:pStyle w:val="ListNumber"/>
      </w:pPr>
      <w:r>
        <w:rPr>
          <w:b w:val="0"/>
          <w:i w:val="0"/>
        </w:rPr>
        <w:t>Why/Why not?</w:t>
      </w:r>
    </w:p>
    <w:p>
      <w:r>
        <w:rPr>
          <w:b w:val="0"/>
          <w:i w:val="0"/>
        </w:rPr>
        <w:t xml:space="preserve">In my opinion the Veteran class should be a serious class with as much importance as any other. It is not a novelty class, but unfortunately, there seems to be a tendency to sentimentalise the Veteran Class, which leads to the oft read critique Ã¢â‚¬Å"the winner was enjoying his day outÃ¢â‚¬Â. </w:t>
      </w:r>
    </w:p>
    <w:p>
      <w:r>
        <w:rPr>
          <w:b w:val="0"/>
          <w:i w:val="0"/>
        </w:rPr>
        <w:t xml:space="preserve">We donÃ¢â‚¬â„¢t say the Juniors are Ã¢â‚¬Å"enjoying their day outÃ¢â‚¬Â, so why the Veterans? </w:t>
      </w:r>
    </w:p>
    <w:p>
      <w:r>
        <w:rPr>
          <w:b w:val="0"/>
          <w:i w:val="0"/>
        </w:rPr>
        <w:t>To my mind the Labrador should be a slow maturing breed, with adults reaching final maturity at about four to five years of age. They should then retain most of their classic looks for the rest of their days, mine certainly do.</w:t>
      </w:r>
    </w:p>
    <w:p>
      <w:r>
        <w:rPr>
          <w:b w:val="0"/>
          <w:i w:val="0"/>
        </w:rPr>
        <w:t>The Veteran class begins at seven years of age in some instances and eight in others. At seven years of age a slow maturing animal may well be looking in tip top condition, sound and fit. Several of our breed Champions have won CCÃ¢â‚¬â„¢s from the Veteran class, Marion and Peter HartÃ¢â‚¬â„¢s black, Ch Kupros Master Mariner, Ken and Hazel BurtonÃ¢â‚¬â„¢s black Sh Ch Blondella Balance and Clive MargerrisonÃ¢â‚¬â„¢s black, Ch Marfell Seafarer immediately come to mind. These sound, typical, slow maturing animals should be an example to newcomers of what their Labradors ought to resemble when they mature in later years.</w:t>
      </w:r>
    </w:p>
    <w:p>
      <w:r>
        <w:rPr>
          <w:b w:val="0"/>
          <w:i w:val="0"/>
        </w:rPr>
        <w:t>Hopefully, when one is judging these are the type of Veteran exhibit one has the satisfaction of going over.</w:t>
      </w:r>
    </w:p>
    <w:p>
      <w:pPr>
        <w:pStyle w:val="ListNumber"/>
      </w:pPr>
      <w:r>
        <w:rPr>
          <w:b w:val="0"/>
          <w:i w:val="0"/>
        </w:rPr>
        <w:t>Why donÃ¢â‚¬â„¢t more people show Veterans?</w:t>
      </w:r>
    </w:p>
    <w:p>
      <w:r>
        <w:rPr>
          <w:b w:val="0"/>
          <w:i w:val="0"/>
        </w:rPr>
        <w:t xml:space="preserve">Probably because the type of Labrador, which is popular in some quarters at the moment, being very advanced, over- boned and heavy for its age, just does not last. There is a well- known phrase Ã¢â‚¬Å"sooner ripe, sooner rottenÃ¢â‚¬Â and this can well be applied to these overdone animals. This type of Labrador looks adult at nine months of age, wins precociously as a Puppy or Junior but, in my opinion, does not last, and by the time it is four years of age will have completely gone over the top, resembling more a hippopotamus than a Labrador! </w:t>
      </w:r>
    </w:p>
    <w:p>
      <w:r>
        <w:rPr>
          <w:b w:val="0"/>
          <w:i w:val="0"/>
        </w:rPr>
        <w:t>In all likelihood it will also be unsound by the time it is eligible for Veteran, if not well before, due to the excessive bulk it carried around when it was immature. Hence, in answer to the question why donÃ¢â‚¬â„¢t people show more Veterans, probably the dogs havenÃ¢â‚¬â„¢t lasted and by seven years of age look utterly over the top, heavy headed, thick necked, saggy in body and topline, and feeble in movement.</w:t>
      </w:r>
    </w:p>
    <w:p>
      <w:pPr>
        <w:pStyle w:val="ListNumber"/>
      </w:pPr>
      <w:r>
        <w:rPr>
          <w:b w:val="0"/>
          <w:i w:val="0"/>
        </w:rPr>
        <w:t>Is there any point in showing our Veterans when some Judges donÃ¢â‚¬â„¢t seem to view the Veteran Class with the same consideration as other classes?</w:t>
      </w:r>
    </w:p>
    <w:p>
      <w:r>
        <w:rPr>
          <w:b w:val="0"/>
          <w:i w:val="0"/>
        </w:rPr>
        <w:t>Unfortunately, I find that if a particular judgeÃ¢â‚¬â„¢s stock doesnÃ¢â‚¬â„¢t last long enough to compete in the Veteran class, then, in all probability, when that person is judging a Veteran class he/she may take the Ã¢â‚¬Å"sentimentalÃ¢â‚¬Â route and put up the oldest in the class, which may not necessarily be the best. To my mind this Ã¢â‚¬Å"Never mind the quality Ã¢â‚¬â€œ look at the yearsÃ¢â‚¬Â, is no way to judge a class at a Championship Show and I certainly would not enter under that judge. I would enter under judges who will judge the dogs as they stand in front of them regardless of ownership or age.</w:t>
      </w:r>
    </w:p>
    <w:p>
      <w:r>
        <w:rPr>
          <w:b w:val="0"/>
          <w:i w:val="0"/>
        </w:rPr>
        <w:t xml:space="preserve">Interesting to read this again, especially now I am showing a Veteran Champion sixteen years later. </w:t>
      </w:r>
    </w:p>
    <w:p>
      <w:r>
        <w:rPr>
          <w:b w:val="0"/>
          <w:i w:val="0"/>
        </w:rPr>
        <w:t xml:space="preserve">Ann Britton </w:t>
      </w:r>
    </w:p>
    <w:p>
      <w:r>
        <w:rPr>
          <w:b w:val="0"/>
          <w:i w:val="0"/>
        </w:rPr>
        <w:t>01989720665</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