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May 2003"</w:t>
      </w:r>
      <w:r>
        <w:br/>
      </w:r>
      <w:r>
        <w:rPr>
          <w:b w:val="0"/>
          <w:i w:val="0"/>
        </w:rPr>
        <w:br/>
        <w:t>date_original: "30 May 2003"</w:t>
      </w:r>
      <w:r>
        <w:br/>
      </w:r>
      <w:r>
        <w:rPr>
          <w:b w:val="0"/>
          <w:i w:val="0"/>
        </w:rPr>
        <w:br/>
        <w:t>source_url: "https://www.ourdogs.co.uk/members/breednotes/2003/RetrieverLabrador/RetrieverLabrador-may30.htm"</w:t>
      </w:r>
      <w:r>
        <w:br/>
      </w:r>
      <w:r>
        <w:rPr>
          <w:b w:val="0"/>
          <w:i w:val="0"/>
        </w:rPr>
        <w:br/>
        <w:t>archive_type: "static_html"</w:t>
      </w:r>
      <w:r>
        <w:br/>
      </w:r>
      <w:r>
        <w:rPr>
          <w:b w:val="0"/>
          <w:i w:val="0"/>
        </w:rPr>
        <w:br/>
        <w:t>scraped_at: "2026-09-13T22:17:08"</w:t>
      </w:r>
      <w:r>
        <w:br/>
      </w:r>
      <w:r>
        <w:rPr>
          <w:b w:val="0"/>
          <w:i w:val="0"/>
        </w:rPr>
        <w:br/>
        <w:t>word_count: 1142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Scottish Kennel Club has two Championship shows each year. The May 2003 show was held over 3 days for the first time, it having been a 2-day show in recent years.</w:t>
      </w:r>
      <w:r>
        <w:br/>
      </w:r>
      <w:r>
        <w:rPr>
          <w:b w:val="0"/>
          <w:i w:val="0"/>
        </w:rPr>
        <w:br/>
        <w:t>I understand that the Ingleston show-ground is being re-vamped and that this year there was only room for 20 rings (most Ch shows need between 27 to 45 rings), hence the reason to extend the show to three days.</w:t>
      </w:r>
    </w:p>
    <w:p>
      <w:r>
        <w:rPr>
          <w:b w:val="0"/>
          <w:i w:val="0"/>
        </w:rPr>
        <w:t>Gundogs were on the first day, Friday, which is not so easy for those exhibitors travelling north to Scotland from the south of England, via the M6 through the Midlands, (a bad place to be on most days, but more especially on a Friday. I know, I have been “parked” there too many times to want to repeat the journey, unless it is absolutely necessary!)</w:t>
      </w:r>
      <w:r>
        <w:br/>
      </w:r>
      <w:r>
        <w:rPr>
          <w:b w:val="0"/>
          <w:i w:val="0"/>
        </w:rPr>
        <w:br/>
        <w:t>Consequently, it appeared that the Friday scheduling of Gundogs affected the Labrador entry figures, which were somewhat down on the norm.</w:t>
      </w:r>
    </w:p>
    <w:p>
      <w:r>
        <w:rPr>
          <w:b w:val="0"/>
          <w:i w:val="0"/>
        </w:rPr>
        <w:t>I am told that the weather was pretty chilly throughout the show and that by the time the Groups were held, the usual stalwarts, who normally stay on to support the Best of Breed Winners in the Gundog Group, had more or less forsaken the showground for warmer surroundings.</w:t>
      </w:r>
    </w:p>
    <w:p>
      <w:r>
        <w:rPr>
          <w:b w:val="0"/>
          <w:i w:val="0"/>
        </w:rPr>
        <w:t>Elise Nolan was the judge and her winners were;- Dog CC and Best of Breed - the Rawlinson’s black Sh Ch Fulwell Frolic with Halshimoor, who is having a most consistent 2003, Res Dog CC Diana Downey-Tulloch’s black Sh Ch Tullochmohr Final Edition, Bitch CC and Best Puppy Angela Williams and David Craig’s black Foulby Paper Lace (Sh Ch Tullochmohr Final Edition ex Sh Ch Foulby I Spy) and Res Bitch CC Caron Mortons black Dakross Billie Holiday.</w:t>
      </w:r>
    </w:p>
    <w:p>
      <w:r>
        <w:rPr>
          <w:b w:val="0"/>
          <w:i w:val="0"/>
        </w:rPr>
        <w:t>Preparations are well under way for the Labrador Two Day Centenary Celebrations at Belvoir Castle on Saturday and Sunday June 7th and 8th 2003.</w:t>
      </w:r>
    </w:p>
    <w:p>
      <w:r>
        <w:rPr>
          <w:b w:val="0"/>
          <w:i w:val="0"/>
        </w:rPr>
        <w:t>On Saturday 7th there is an Open Show with a whopping entry topping 450 dogs. I now understand a third judge has had to be appointed to judge all the puppy classes, there being just too many dogs entered under the two original judges with such a very busy programme planned for the whole day. In addition to the Open Show there will be Working tests, a most interesting talk by Janice Pritchard on the Breed Standard, an Agility demonstration, a Heelwork to Music demonstration, a Champagne Reception, a Parade of Champions, (94 in all) followed by a Hog Roast on site at 6pm. Certainly, something for all to enjoy and a smashing day out for anyone interested in Labradors.</w:t>
      </w:r>
    </w:p>
    <w:p>
      <w:r>
        <w:rPr>
          <w:b w:val="0"/>
          <w:i w:val="0"/>
        </w:rPr>
        <w:t>The following day the Championship show will be held on the same site and here there will be in excess of 550 dogs competing. For those exhibitors, who survive this mammoth weekend, there is then a one day break and then they are off again, this time to the Three Counties Ch Show at Malvern. As I shall not be at the Championship show I shall be interested to note which exhibitors have stamina enough to stay the course of all three events. Certainly a case for the Three Shredded Wheat brigade!</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At SKC we had rather inclement weather on day one but with the benefit of dry firm ground to walk around in. Except for the car park, Ingliston is a much-improved showground with an enormous number of changes still being carried out. The entry fee of £21 seems horrific but that of course paid for the wonderful Marquees we sheltered under and could walk from ring to ring keeping completely dry. Today we expect so much more than exhibitors of earlier days and it seems we just have to stump up to keep our precious pooches and ourselves in the style we have become accustomed to. Elise Nolan found a new star in the Puppy bitch, Foulby Paper Lace, (Sh.Ch. Tullochmohr Final Edition x Sh.Ch. Foulby I Spy) owned by Angela Williams and David Craig, awarding her the Bitch CC, yet another Foulby puppy hopefully destined to go all the way. Her dog CC winner was the Rawlinson family's Sh Ch Fullwell Frolic With Halshimoor who on a previous occasion won a Reserve CC from Elise. He also was BoB. Reserve CC Dog was Diana Downey-Tulloch's Sh Ch Tullochmohr Final Edition, and the Bitch Reserve CC was awarded to Caron Morton's Dakross Billie Holiday. Best Puppy was F. Paper Lace. It was good to see Linda McGillivray (Antonine Labradors) getting her 3rd CC with her Clumber Spaniel bitch, Heibax Sunrise Special of Antonine, her 3rd Clumber Spaniel Champion in three generations.</w:t>
      </w:r>
    </w:p>
    <w:p>
      <w:r>
        <w:rPr>
          <w:b w:val="0"/>
          <w:i w:val="0"/>
        </w:rPr>
        <w:t>Jim Nolan.</w:t>
      </w:r>
      <w:r>
        <w:br/>
      </w:r>
      <w:r>
        <w:rPr>
          <w:b w:val="0"/>
          <w:i w:val="0"/>
        </w:rPr>
        <w:br/>
        <w:t>Email: 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