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- 05/07/2002"</w:t>
      </w:r>
      <w:r>
        <w:br/>
      </w:r>
      <w:r>
        <w:rPr>
          <w:b w:val="0"/>
          <w:i w:val="0"/>
        </w:rPr>
        <w:br/>
        <w:t>date_original: "05/07/2002"</w:t>
      </w:r>
      <w:r>
        <w:br/>
      </w:r>
      <w:r>
        <w:rPr>
          <w:b w:val="0"/>
          <w:i w:val="0"/>
        </w:rPr>
        <w:br/>
        <w:t>source_url: "https://www.ourdogs.co.uk/members/breednotes/2002/RetrieverLabrador/July2002/RetrieverLabrador050702.htm"</w:t>
      </w:r>
      <w:r>
        <w:br/>
      </w:r>
      <w:r>
        <w:rPr>
          <w:b w:val="0"/>
          <w:i w:val="0"/>
        </w:rPr>
        <w:br/>
        <w:t>archive_type: "static_html"</w:t>
      </w:r>
      <w:r>
        <w:br/>
      </w:r>
      <w:r>
        <w:rPr>
          <w:b w:val="0"/>
          <w:i w:val="0"/>
        </w:rPr>
        <w:br/>
        <w:t>scraped_at: "2026-09-13T22:18:51"</w:t>
      </w:r>
      <w:r>
        <w:br/>
      </w:r>
      <w:r>
        <w:rPr>
          <w:b w:val="0"/>
          <w:i w:val="0"/>
        </w:rPr>
        <w:br/>
        <w:t>word_count: 1205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 lovely positive and amusing note from Sheila Saunt, (Glenorrell), Secretary of the North West Lab Club, who has now returned home from hospital following treatment for cancer.</w:t>
      </w:r>
    </w:p>
    <w:p>
      <w:r>
        <w:rPr>
          <w:b w:val="0"/>
          <w:i w:val="0"/>
        </w:rPr>
        <w:t>Through these notes Sheila would like to thank all those who have sent her cards, etc, they are too numerous to reply to individually, but are all really appreciated. To quote Sheila, ‘Labrador folk are great, aren’t they? Never realised how many good friends, until times like these.’</w:t>
      </w:r>
    </w:p>
    <w:p>
      <w:r>
        <w:rPr>
          <w:b w:val="0"/>
          <w:i w:val="0"/>
        </w:rPr>
        <w:t>Having already undergone a course of chemotherapy prior to her operation, Sheila will later require some more hospital treatment, including physio, plus 3 weeks of radiotherapy. Ever the comedienne, she says my eyebrows are just coming back, also eye lashes, which I really missed, plus of course hair (might be long, curly or blonde? That would be a shock especially to Brian!) She also relates how she came home from hospital and went straight out with the dogs in the paddock, falling flat on her back in the process, (wig up in the air!). Luckily, her operation stitches were strong and no damage was done, but a salutary lesson learnt.</w:t>
      </w:r>
    </w:p>
    <w:p>
      <w:r>
        <w:rPr>
          <w:b w:val="0"/>
          <w:i w:val="0"/>
        </w:rPr>
        <w:t>We all wish you quickly restored to full health, Sheila, blonde or not!</w:t>
      </w:r>
    </w:p>
    <w:p>
      <w:r>
        <w:rPr>
          <w:b w:val="0"/>
          <w:i w:val="0"/>
        </w:rPr>
        <w:t>News of two eye- testing sessions. The first session is on the morning of Saturday13th July at Glencarn, Gorsley, Herefordshire. The venue is one mile off M50 junction 3 and only twenty minutes from the Three Counties Show ground. Open to all breeds, to arrange appointments please telephone Penny Carpanini on 01989 720790. The opthamologist will be Hugh Williams issuing BVA/KC eye certificates.</w:t>
      </w:r>
    </w:p>
    <w:p>
      <w:r>
        <w:rPr>
          <w:b w:val="0"/>
          <w:i w:val="0"/>
        </w:rPr>
        <w:t>The second eye testing session, organised by Marion Hopkinson, will be held at Styrrup Village Hall on Monday 5th August from 3pm onwards. Dr Keith Barnett will be issuing European certificates. All results will be published. For appointments contact Marion on 01302 742 791.</w:t>
      </w:r>
    </w:p>
    <w:p>
      <w:r>
        <w:rPr>
          <w:b w:val="0"/>
          <w:i w:val="0"/>
        </w:rPr>
        <w:t>Border Union Ch show at Kelso is undoubtedly one of my favourites. The atmosphere is always pleasant and the surroundings really beautiful. Highly recommended if you are staying locally and have an hour to spare is a visit to Floors castle, which is only one mile away on the other side of the river from the showground. There is plenty of cool, shady car-parking adjacent to the castle, long dog-walks by the river (if the dogs are on leads), a beautifully maintained stately home stashed with glorious paintings and works of art, plus a yummily scrumptious tea shop. Believe me it is well worth a visit.</w:t>
      </w:r>
    </w:p>
    <w:p>
      <w:r>
        <w:rPr>
          <w:b w:val="0"/>
          <w:i w:val="0"/>
        </w:rPr>
        <w:t>Having been wet the previous day, on Gundog day we were lucky and it stayed dry. This year it was the turn of Robin Pollock, the husband of long serving Lab Club of Scotland Secretary, Agnes May, to take the centre of the ring. His CC winners were Dog CC Margaret and Andrew Browns 7 year old black Ramseyville Raith, looking in fine fettle and winning his very first CC having been only lightly shown whilst his litter brother, Sh Ch Ramseyville Raindance took the limelight in their youth. He is by Sh Ch Mardas Master Mariner ex Raising Hell at Ramseyville.</w:t>
      </w:r>
    </w:p>
    <w:p>
      <w:r>
        <w:rPr>
          <w:b w:val="0"/>
          <w:i w:val="0"/>
        </w:rPr>
        <w:t>The Res Dog CC went to Janet and Vic Coles yellow Sh Ch Stajantors Robin.(Sh Ch Rocheby Whisky Mac ex Stajantors Primrose)</w:t>
      </w:r>
    </w:p>
    <w:p>
      <w:r>
        <w:rPr>
          <w:b w:val="0"/>
          <w:i w:val="0"/>
        </w:rPr>
        <w:t>The Bitch CC and Best of Breed was won by Caron Mortons black Dakross Billie Holiday (Rocheby Navy Blue ex Charway Ballymary), Res Bitch CC went to Mrs Hallums Sh Ch Keenes Pride and Prejudice (Sh Ch Cambremer Tom Sawyer ex Keenes Surprise Surprise)..</w:t>
      </w:r>
    </w:p>
    <w:p>
      <w:r>
        <w:rPr>
          <w:b w:val="0"/>
          <w:i w:val="0"/>
        </w:rPr>
        <w:t>Best Puppy was Mr and Mrs Gilroys Claychalk Costa Cedi.(Trendlewood Take That ex Ramseyville Riyal cum Claychalk)</w:t>
      </w:r>
    </w:p>
    <w:p>
      <w:r>
        <w:rPr>
          <w:b w:val="0"/>
          <w:i w:val="0"/>
        </w:rPr>
        <w:t>The following weekend Blackpool Ch Show saw Anne Lavelle judging dogs and Dale Elliott, who has recently retired as Secretary of the Kent Surrey and Sussex Lab Club, judging the bitches.Once again the weather was dry, although rain had been forecast. Their CC winners were Dog CC Erica Jayes and Garner Anthonys yellow Sh Ch Tapeatom Gadding around to Sandylands ( Sh Ch Sandylands Gadabout ex Tapeatom Lucy Locket )Res Dog CC Mrs Downey-Tullochs black Tullochmohr Final Edition (Ch, Int Ch Carpenny Walpole ex Briensco Emerald at Tullochmohr)</w:t>
      </w:r>
    </w:p>
    <w:p>
      <w:r>
        <w:rPr>
          <w:b w:val="0"/>
          <w:i w:val="0"/>
        </w:rPr>
        <w:t>Bitch CC and Best of Breed Erica Jayes and Garner Anthonys yellow Sh Ch Tapeatom Ginantonic at Sandylands (Sh Ch Sandylands Gadabout ex Tapeatom Shooting Star), making it a double for this kennel on the day. Res Bitch CC went to Caron Mortons black Dakross Billie Holiday whilst Best Puppy was Brian and Trish Parrotts chocolate dog Lougin Loomis.</w:t>
      </w:r>
    </w:p>
    <w:p>
      <w:r>
        <w:rPr>
          <w:b w:val="0"/>
          <w:i w:val="0"/>
        </w:rPr>
        <w:t>Diana Beckett was celebrating a big ..0th birthday on the day and her many friends arranged an impromptu birthday party at her bench, with an enormous and exceedingly tasty birthday cake especially made for the occasion by wonder cook, Erica Jayes.</w:t>
      </w:r>
    </w:p>
    <w:p>
      <w:r>
        <w:rPr>
          <w:b w:val="0"/>
          <w:i w:val="0"/>
        </w:rPr>
        <w:t>It was really good to see Marlene Hepper back exhibiting at Blackpool following her horrendous car accident last summer, which resulted in a long hospital stay and very prolonged recuperation at home. Her fortitude is to be greatly admired and it was marvellous to see how well she has triumphed in the face of such adversity. Keep it up Marlene.</w:t>
      </w:r>
    </w:p>
    <w:p>
      <w:r>
        <w:rPr>
          <w:b w:val="0"/>
          <w:i w:val="0"/>
        </w:rPr>
        <w:t>Ann Britton</w:t>
      </w:r>
      <w:r>
        <w:br/>
      </w:r>
      <w:r>
        <w:rPr>
          <w:b w:val="0"/>
          <w:i w:val="0"/>
        </w:rPr>
        <w:b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