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- 21 May 2004"</w:t>
      </w:r>
      <w:r>
        <w:br/>
      </w:r>
      <w:r>
        <w:rPr>
          <w:b w:val="0"/>
          <w:i w:val="0"/>
        </w:rPr>
        <w:br/>
        <w:t>date_original: "21 May 2004"</w:t>
      </w:r>
      <w:r>
        <w:br/>
      </w:r>
      <w:r>
        <w:rPr>
          <w:b w:val="0"/>
          <w:i w:val="0"/>
        </w:rPr>
        <w:br/>
        <w:t>source_url: "https://www.ourdogs.co.uk/members/breednotes/2004/RetrieverLabrador/RetrieverLabrador-may21.htm"</w:t>
      </w:r>
      <w:r>
        <w:br/>
      </w:r>
      <w:r>
        <w:rPr>
          <w:b w:val="0"/>
          <w:i w:val="0"/>
        </w:rPr>
        <w:br/>
        <w:t>archive_type: "static_html"</w:t>
      </w:r>
      <w:r>
        <w:br/>
      </w:r>
      <w:r>
        <w:rPr>
          <w:b w:val="0"/>
          <w:i w:val="0"/>
        </w:rPr>
        <w:br/>
        <w:t>scraped_at: "2026-09-13T22:14:37"</w:t>
      </w:r>
      <w:r>
        <w:br/>
      </w:r>
      <w:r>
        <w:rPr>
          <w:b w:val="0"/>
          <w:i w:val="0"/>
        </w:rPr>
        <w:br/>
        <w:t>word_count: 979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National Dog Show was held at Stafford and judged by Sheelin Cuthbert (Dogs) and Rosemary Hewitt (Bitches). There was an entry of 250. Labradors were benched outside for the first time at Stafford in one of the large Pavilions with in and out grass rings, which were first utilised by the National at Perry Park some ten years ago. Since that time the National has been held once at Arbury Hall and following that, indoors at the NEC.</w:t>
      </w:r>
    </w:p>
    <w:p>
      <w:r>
        <w:rPr>
          <w:b w:val="0"/>
          <w:i w:val="0"/>
        </w:rPr>
        <w:t>With the move to Stafford last year the breed was once again judged indoors, but this year it was good to be able to locate Labradors outside once again. I must say, however that as Show Architect for this show for the past twenty years, I was mightily relieved when, having taken the gamble to move my own breed outside, that the weather on this years Gundog Day stayed dry, contrary to the local weather forecast for rain all day.</w:t>
      </w:r>
    </w:p>
    <w:p>
      <w:r>
        <w:rPr>
          <w:b w:val="0"/>
          <w:i w:val="0"/>
        </w:rPr>
        <w:t>For Mervyn and Carole Reynolds (Carromer) and Dave and Sue Forington (Trentwith), Gundog Day at the National 2004 was certainly a day of celebration. The two CC winners are litter brother and sister, both bred by the Reynolds out of Jeroben Precious Pearl by Carromer and sired by the Foringtons black dog Sh Ch Trentwith Sir Winston. The Reynolds won the Dog CC and Best of Breed from Mid-Limit with their black Carromers Spitfire and the Foringtons won the Bitch CC from Post Grad with Carromer Gracie Fields by Trentwith. A truly thrilling day for all concerned. I understand that the bitch can also credit her CC win, in part, to the unsettled weather forecast for that day, as, had it been a brighter more set fair forecast, Mr Forington had already planned to do a full days work on his farm and would not have attended the show at all. As it was, the forecast was rain and farming was abandoned for a day at a dog show. (Thank goodness the rain held off until about 5pm).</w:t>
      </w:r>
    </w:p>
    <w:p>
      <w:r>
        <w:rPr>
          <w:b w:val="0"/>
          <w:i w:val="0"/>
        </w:rPr>
        <w:t>The Dog RCC was won by Mr and Mrs Neals Sh Ch Amberstope Blue Moon. The Bitch RCC was won by Margaret and Andrew Browns black Sh Ch Ramsayville Riosin.</w:t>
      </w:r>
    </w:p>
    <w:p>
      <w:r>
        <w:rPr>
          <w:b w:val="0"/>
          <w:i w:val="0"/>
        </w:rPr>
        <w:t>Elaine Saunderson, Secretary of Kent Surrey and Sussex LRC, writes "Further to Gunilla Andersson's critique on Labrador bitches at the KSS LRC Championship show, where she stated that she was surprised and disappointed that Mrs Walton's bitch puppy Gallybob Parminder was not allowed to challenge for the Best Bitch Puppy award, the Club would like to advise that Mrs Walton's bitch did in fact enter the ring and challenge for the award. The Club has written to Mrs Andersson to confirm this fact ".</w:t>
      </w:r>
    </w:p>
    <w:p>
      <w:r>
        <w:rPr>
          <w:b w:val="0"/>
          <w:i w:val="0"/>
        </w:rPr>
        <w:t>Jane Lilley recently judged the black Labrador bitch puppy of Mr and Mrs Harrington, Oakingham Love in the Mist (Lenches Mackintosh x Oakingham Uisca Beatha) Best Puppy in Show at the Mid Herts Gundog Club Open show. Another Labrador winner was the Best Overall Special Beginner in Show; this was awarded to Mr and Mrs Jones black dog, Newinn Babe Magnet bred by Rosemary Hewitt. The Labrador classes were judged by David Bell, who had an excellent entry of 69 dogs. Best of Breed was Jean Allens yellow bitch Allenie Machattie.</w:t>
      </w:r>
    </w:p>
    <w:p>
      <w:r>
        <w:rPr>
          <w:b w:val="0"/>
          <w:i w:val="0"/>
        </w:rPr>
        <w:t>Lynda Major has some Limited Edition Labrador prints by American Artist, Jane Partin, for sale. They depict a yellow Labrador with a Wesh Fairytale Castle in the background. For details contact Lynda on 01495775177.</w:t>
      </w:r>
    </w:p>
    <w:p>
      <w:r>
        <w:rPr>
          <w:b w:val="0"/>
          <w:i w:val="0"/>
        </w:rPr>
        <w:t>Donna and Phil Goodall have an, as new, good quality Lintran car cage for the large Peugeot 406 Estate car for sale. (It will also fit many other estate cars) It takes three Labradors. For further details, ring 01905 767335 (Worcester).</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