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- 24/01/2020 - ISSUE"</w:t>
      </w:r>
      <w:r>
        <w:br/>
      </w:r>
      <w:r>
        <w:rPr>
          <w:b w:val="0"/>
          <w:i w:val="0"/>
        </w:rPr>
        <w:br/>
        <w:t>date_original: "24/01/2020 - ISSUE"</w:t>
      </w:r>
      <w:r>
        <w:br/>
      </w:r>
      <w:r>
        <w:rPr>
          <w:b w:val="0"/>
          <w:i w:val="0"/>
        </w:rPr>
        <w:br/>
        <w:t>source_url: "https://www.ourdogs.co.uk/members/breednotes/RetrieverLabradorMain.php"</w:t>
      </w:r>
      <w:r>
        <w:br/>
      </w:r>
      <w:r>
        <w:rPr>
          <w:b w:val="0"/>
          <w:i w:val="0"/>
        </w:rPr>
        <w:br/>
        <w:t>scraped_at: "2026-09-13T15:18:26"</w:t>
      </w:r>
      <w:r>
        <w:br/>
      </w:r>
      <w:r>
        <w:rPr>
          <w:b w:val="0"/>
          <w:i w:val="0"/>
        </w:rPr>
        <w:br/>
        <w:t>word_count: 1053</w:t>
      </w:r>
    </w:p>
    <w:p>
      <w:r>
        <w:t>――――――――――――――――――――――――――――――</w:t>
      </w:r>
    </w:p>
    <w:p>
      <w:r>
        <w:rPr>
          <w:b w:val="0"/>
          <w:i w:val="0"/>
        </w:rPr>
        <w:t>NEWS MEMBERS' AREA SHOP SUBSCRIBE UPCOMING SHOWS MORE</w:t>
      </w:r>
    </w:p>
    <w:p>
      <w:r>
        <w:rPr>
          <w:b w:val="0"/>
          <w:i w:val="0"/>
        </w:rPr>
        <w:t>RETRIEVER LABRADOR</w:t>
      </w:r>
    </w:p>
    <w:p>
      <w:r>
        <w:rPr>
          <w:b w:val="0"/>
          <w:i w:val="0"/>
        </w:rPr>
        <w:t>Issue: 24/01/2020</w:t>
      </w:r>
    </w:p>
    <w:p>
      <w:r>
        <w:rPr>
          <w:b w:val="0"/>
          <w:i w:val="0"/>
        </w:rPr>
        <w:t xml:space="preserve">Manchester Championship show was held at Stafford. Labradors were on the final day, Sunday 18th January. The drive to and from the venue was through thick dense fog, which was a reminder to slow down and that we still have a fair bit of winter to get through. For those of us coming from the southerly M5  and M6 direction, it was good to see that at last some of the Midland motorway roadworks appear to be near completion. </w:t>
      </w:r>
    </w:p>
    <w:p>
      <w:r>
        <w:rPr>
          <w:b w:val="0"/>
          <w:i w:val="0"/>
        </w:rPr>
        <w:t>The judges were Fiona Coward Scholes (Dogs) and from Sweden, Moa Persson (Bitches)</w:t>
      </w:r>
    </w:p>
    <w:p>
      <w:r>
        <w:rPr>
          <w:b w:val="0"/>
          <w:i w:val="0"/>
        </w:rPr>
        <w:t xml:space="preserve">From a splendid entry of 263 from well filled classes the winners were </w:t>
      </w:r>
    </w:p>
    <w:p>
      <w:r>
        <w:rPr>
          <w:b w:val="0"/>
          <w:i w:val="0"/>
        </w:rPr>
        <w:t>Best of Breed, Dog CC his second, and Group 2( under Ron James), Ed Casey and Erica Jayes yellow Sandylands Hit the Road.</w:t>
      </w:r>
    </w:p>
    <w:p>
      <w:r>
        <w:rPr>
          <w:b w:val="0"/>
          <w:i w:val="0"/>
        </w:rPr>
        <w:t xml:space="preserve">The Res Dog CC winner was Shaun Williamsons yellow Sharouns Vetriloquist For Tempaskell JW </w:t>
      </w:r>
    </w:p>
    <w:p>
      <w:r>
        <w:rPr>
          <w:b w:val="0"/>
          <w:i w:val="0"/>
        </w:rPr>
        <w:t xml:space="preserve">The Bitch CC, Best Puppy and Puppy Group winner was Marion Hopkinsons yellow  Rocheby String Of Pearls whilst the Res Bitch CC went to Christine BailissÃ¢â‚¬â„¢s yellow, Tissalian Hi Society JW. Best Veteran was  Mrs J Wallaces yellow, Richbourne Signature Tune Of Tiaja </w:t>
      </w:r>
    </w:p>
    <w:p>
      <w:r>
        <w:rPr>
          <w:b w:val="0"/>
          <w:i w:val="0"/>
        </w:rPr>
        <w:t xml:space="preserve">At Manchester, many of us were alarmed when a dog entered the benching hall during the morning, loudly coughing its head off from the depths of its chest. Like other exhibitors, I thought, Ã¢â‚¬Å"Oh no, thatÃ¢â‚¬â„¢s all we need to start the year off, a really bad case of highly infectious Kennel coughÃ¢â‚¬Â. </w:t>
      </w:r>
    </w:p>
    <w:p>
      <w:r>
        <w:rPr>
          <w:b w:val="0"/>
          <w:i w:val="0"/>
        </w:rPr>
        <w:t>David Coode was sufficiently alarmed to write the following to anyone whose dog is coughing :-</w:t>
      </w:r>
    </w:p>
    <w:p>
      <w:r>
        <w:rPr>
          <w:b w:val="0"/>
          <w:i w:val="0"/>
        </w:rPr>
        <w:t xml:space="preserve">Ã¢â‚¬Å"Once again coughing dogs were brought to a show, with Crufts now being just 7 weeks this is totally inconsiderate of the offenders and also contrary to Kennel Club rules. We are all anxious to qualify our dogs for Crufts, but the health of the dog and those that it may come into contact with, should be of prime importance. It is both selfish and reprehensible. One should remember that in entering for a show one makes signed declaration regarding the dogs health, the extract is given below: </w:t>
      </w:r>
    </w:p>
    <w:p>
      <w:r>
        <w:rPr>
          <w:b w:val="0"/>
          <w:i w:val="0"/>
        </w:rPr>
        <w:t>I/We also undertake to abide by the Regulations of this Show and not to bring to the Show any dog which has contracted or been knowingly exposed to any infectious or contagious disease during the 21 days prior to the Show, or which is suffering from a visible condition which adversely affects its health.....</w:t>
      </w:r>
    </w:p>
    <w:p>
      <w:r>
        <w:rPr>
          <w:b w:val="0"/>
          <w:i w:val="0"/>
        </w:rPr>
        <w:t>If you have coughing dogs please do not bring them or their kennel mates to shows until they are completely clear.Ã¢â‚¬Â</w:t>
      </w:r>
    </w:p>
    <w:p>
      <w:r>
        <w:rPr>
          <w:b w:val="0"/>
          <w:i w:val="0"/>
        </w:rPr>
        <w:t xml:space="preserve">Great news for Joan Woodall whose yellow bitch Ã¢â‚¬Å"Mattand a Million Dreams for ThirlmereÃ¢â‚¬Â (bred by Sharon Lambert by Ch Mattand Exodus JW x Mattand Rio) has gained her JW (subject to KC confirmation). Thirlmere is a small kennel that breeds the occasional litter and are proud to have acquired eight stud book numbers, five of which were home bred dogsÃ¢â‚¬Â. </w:t>
      </w:r>
    </w:p>
    <w:p>
      <w:r>
        <w:rPr>
          <w:b w:val="0"/>
          <w:i w:val="0"/>
        </w:rPr>
        <w:t xml:space="preserve">As the saying goes, if you want a job done, ask a busy person. John Jackson has recently retired from the organisation of the Discover Dogs breed-stand at Crufts.  Busy people, Jackie Hodge, Lisa Finney and Shirley Bean have nobly taken on the job. They do however need assistance and willing helpers are required. </w:t>
      </w:r>
    </w:p>
    <w:p>
      <w:r>
        <w:rPr>
          <w:b w:val="0"/>
          <w:i w:val="0"/>
        </w:rPr>
        <w:t xml:space="preserve">Jackie writes Ã¢â‚¬Å" if there are any Labrador enthusiasts who would like to give some of their time to help out on the Crufts Labrador Discover Dogs Stand please do get in touch; it can be any day or part of a day/days. We have a group of enthusiasts who run the stand each year. They thoroughly enjoy it, but we do need more people to become involved; either with their dogs or without. </w:t>
      </w:r>
    </w:p>
    <w:p>
      <w:r>
        <w:rPr>
          <w:b w:val="0"/>
          <w:i w:val="0"/>
        </w:rPr>
        <w:t>We have a numerically large and very popular breed. Hopefully there may be a few who would enjoy promoting our lovely Breed and chatting to the public about it. It is hoped volunteers will come forward to offer some of their time.</w:t>
      </w:r>
    </w:p>
    <w:p>
      <w:r>
        <w:rPr>
          <w:b w:val="0"/>
          <w:i w:val="0"/>
        </w:rPr>
        <w:t>For more information please contact me, Jackie Hodge, either by email or phone and I will happily go through what is involved. My number is 01926 843114</w:t>
      </w:r>
    </w:p>
    <w:p>
      <w:r>
        <w:rPr>
          <w:b w:val="0"/>
          <w:i w:val="0"/>
        </w:rPr>
        <w:t>Email jackiesidai@btinternet.comÃ¢â‚¬Â</w:t>
      </w:r>
    </w:p>
    <w:p>
      <w:r>
        <w:rPr>
          <w:b w:val="0"/>
          <w:i w:val="0"/>
        </w:rPr>
        <w:t xml:space="preserve">Three Ridings Open Show will be held at Netherton Village Hall Wakefield WF4 4LT on Sunday 26th January. There is an entry of 78 dogs and bitches for judge David Howarth (Arkview) to go over. Judging starts at 11am. </w:t>
      </w:r>
    </w:p>
    <w:p>
      <w:r>
        <w:rPr>
          <w:b w:val="0"/>
          <w:i w:val="0"/>
        </w:rPr>
        <w:t>Kent Surrey and Sussex Open Show at Bletchingly Village Hall RH1 4PA has drawn an entry of 91 dogs and Bitches for judge Mr R McDonald (Roanjora)</w:t>
      </w:r>
    </w:p>
    <w:p>
      <w:r>
        <w:rPr>
          <w:b w:val="0"/>
          <w:i w:val="0"/>
        </w:rPr>
        <w:t>Northumberland and Durham Lab Club Open Show on Sunday 9th February at Bowburn Community Centre DH6 5AT will be judged by Gail Dodd ( Carriegame). Online entries via fossedata close on 26th January. Enquires to Mrs D Bratton 07794 412 761</w:t>
      </w:r>
    </w:p>
    <w:p>
      <w:r>
        <w:rPr>
          <w:b w:val="0"/>
          <w:i w:val="0"/>
        </w:rPr>
        <w:t xml:space="preserve">Cotswold and Wyevern 36th Open Show will be held on Saturday February 29th at Three Counties showground in conjunction with Mid Western Gundog Society Open Show. The Cots and Wye judge is Lee Cox (Vanitonia). Postal entries close on 25th January and online via fossedata on 6th February. </w:t>
      </w:r>
    </w:p>
    <w:p>
      <w:r>
        <w:rPr>
          <w:b w:val="0"/>
          <w:i w:val="0"/>
        </w:rPr>
        <w:t>Labradors at Mid Western Gundog Premier Open Show will be judged at the same venue in the adjacent ring, by Lynne Stringer. There are 12 Labradors classes. Entries close on Monday 3rd February or online via fosse date on Monday 10th February. For more information contact Penny Lane-Ridyard 01564 823838 email mwgs@kulawand.com</w:t>
      </w:r>
    </w:p>
    <w:p>
      <w:r>
        <w:rPr>
          <w:b w:val="0"/>
          <w:i w:val="0"/>
        </w:rPr>
        <w:t>The NorthWest Lab Club Limited Show on 16th February at Scarisbrick Village Hall, L40 8HH will be judged by Caroline Edwards (Kimbajak). Entries close on 24th January. Send them to Miss G Oulton, 35 Summersgill Road, Lancaster, LA1 2RT</w:t>
      </w:r>
    </w:p>
    <w:p>
      <w:r>
        <w:rPr>
          <w:b w:val="0"/>
          <w:i w:val="0"/>
        </w:rPr>
        <w:t xml:space="preserve">Ann Britton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