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- 06/07/2012"</w:t>
      </w:r>
      <w:r>
        <w:br/>
      </w:r>
      <w:r>
        <w:rPr>
          <w:b w:val="0"/>
          <w:i w:val="0"/>
        </w:rPr>
        <w:br/>
        <w:t>date_original: "06/07/2012"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"2026-09-13T22:45:59"</w:t>
      </w:r>
      <w:r>
        <w:br/>
      </w:r>
      <w:r>
        <w:rPr>
          <w:b w:val="0"/>
          <w:i w:val="0"/>
        </w:rPr>
        <w:br/>
        <w:t>word_count: 819</w:t>
      </w:r>
    </w:p>
    <w:p>
      <w:r>
        <w:t>――――――――――――――――――――――――――――――</w:t>
      </w:r>
    </w:p>
    <w:p>
      <w:r>
        <w:rPr>
          <w:b w:val="0"/>
          <w:i w:val="0"/>
        </w:rPr>
        <w:t>NEWS MEMBERS' AREA SHOP SUBSCRIBE UPCOMING SHOWS MORE</w:t>
      </w:r>
    </w:p>
    <w:p>
      <w:r>
        <w:rPr>
          <w:b w:val="0"/>
          <w:i w:val="0"/>
        </w:rPr>
        <w:t>RETRIEVER LABRADOR</w:t>
      </w:r>
    </w:p>
    <w:p>
      <w:r>
        <w:rPr>
          <w:b w:val="0"/>
          <w:i w:val="0"/>
        </w:rPr>
        <w:t>Issue: 06/07/2012</w:t>
      </w:r>
    </w:p>
    <w:p>
      <w:r>
        <w:rPr>
          <w:b w:val="0"/>
          <w:i w:val="0"/>
        </w:rPr>
        <w:t>A reminder that on Saturday 14th July at 1-00pm, Midland Counties Labrador Club are holding their annual Puppy Party at Wellfield House, Orgreave, Alrewas, Burton on Trent,  DE13 7DH. It is easy to find being just a couple of miles off the A38.</w:t>
      </w:r>
    </w:p>
    <w:p>
      <w:r>
        <w:rPr>
          <w:b w:val="0"/>
          <w:i w:val="0"/>
        </w:rPr>
        <w:t>There will be 4 Classes for puppies; 12wks - 4 mths, 4mths - 6mths, 6mth - 9 mths, 9 mths -12 mths.</w:t>
      </w:r>
    </w:p>
    <w:p>
      <w:r>
        <w:rPr>
          <w:b w:val="0"/>
          <w:i w:val="0"/>
        </w:rPr>
        <w:t>Party bags for all puppies, also for your enjoyment a Scurry, Dog Olympics, Good Citizen (Bronze) and plenty of refreshments including BBQ, Hog Roast, Salads &amp; Home Made Cakes.</w:t>
      </w:r>
    </w:p>
    <w:p>
      <w:r>
        <w:rPr>
          <w:b w:val="0"/>
          <w:i w:val="0"/>
        </w:rPr>
        <w:t>There will also be eye-testing session by John Goodyear BVMS Cert V Ophthal MRCVS at Â£30-00 per dog.</w:t>
      </w:r>
    </w:p>
    <w:p>
      <w:r>
        <w:rPr>
          <w:b w:val="0"/>
          <w:i w:val="0"/>
        </w:rPr>
        <w:t>On the following day, Sunday 15th August at 1-00pm at the same venue Lab Rescue South &amp; East Central are holding a Companion Dog Show open to all breeds with 5 pedigree classes and 10 novelty classes. Home made refreshments available.</w:t>
      </w:r>
    </w:p>
    <w:p>
      <w:r>
        <w:rPr>
          <w:b w:val="0"/>
          <w:i w:val="0"/>
        </w:rPr>
        <w:t>More details of both events from Michael &amp; Judi Neachell 01283 790434 or michaelandjudi@wellfieldhouse.freeserve.co.uk</w:t>
      </w:r>
    </w:p>
    <w:p>
      <w:r>
        <w:rPr>
          <w:b w:val="0"/>
          <w:i w:val="0"/>
        </w:rPr>
        <w:t>Nearly restored to full health, I ventured to my first championship show since Bath, which was Windsor, on Friday 29th June. We had a generous well mown "in and out" ring. Christine Bailiss was our judge with an entry of 135 dogs and bitches. The weather was absolutely perfect for dog showing; warm sun, gentle breeze, blue sky, white puffy clouds, no sign of any deluge and certainly no mud.</w:t>
      </w:r>
    </w:p>
    <w:p>
      <w:r>
        <w:rPr>
          <w:b w:val="0"/>
          <w:i w:val="0"/>
        </w:rPr>
        <w:t>Michael and Judi Neachell's yellow Sh Ch Adoraden Hallmark at Suttonpark won the Dog CC and Best of Breed. Mrs Hess's well travelled yellow, Am Ch Sh Ch Salty Dog of Tampa Bay won the Dog RCC; Sue Marskells black Berolee Starlet JW won her first Bitch CC; (she already has two RCCs to her name), whilst the Bitch RCC went the Hodge's black Lindall Nadia at Naiken. Best Puppy was the Allens yellow bitch Allenies Salt Biscuit.</w:t>
      </w:r>
    </w:p>
    <w:p>
      <w:r>
        <w:rPr>
          <w:b w:val="0"/>
          <w:i w:val="0"/>
        </w:rPr>
        <w:t>I was thrilled to win Limit and Junior with my dog and my bitch, but my memories of the event were certainly mixed, not from a show organisation point of view because everything on that front was excellent; even the weather behaved at last, but the aggressiveness of some of the Labradors in the benching tent and even during one of the classes in the breed ring was absolutely evil, with two completely unprovoked biting incidents which had to be reported to the KC as both bitten dogs, one a puppy bitch at its very first championship show required urgent Veterinary treatment from the show Vet. There were dogs flying off the benches at other dogs as they tried to pass; dogs off their own benches just being continuously walked up and down the narrow 2metre wide gangways, growling loudly with hackles raised and tails vertical, jumping on each bench they passed and going hammer and tongs for the quiet animals dozing on those benches.</w:t>
      </w:r>
    </w:p>
    <w:p>
      <w:r>
        <w:rPr>
          <w:b w:val="0"/>
          <w:i w:val="0"/>
        </w:rPr>
        <w:t>It was an absolute disgrace. The owners, some from abroad so perhaps not so well used to benched events, need to take action. These apparently vicious dogs are not welcome and should not be anywhere near a dog show, putting everyone elses good-natured animals and the humans themselves at risk of being bitten.</w:t>
      </w:r>
    </w:p>
    <w:p>
      <w:r>
        <w:rPr>
          <w:b w:val="0"/>
          <w:i w:val="0"/>
        </w:rPr>
        <w:t>Whatever has happened to the laid back trust-worthy Labrador temperament most of us take as normal?</w:t>
      </w:r>
    </w:p>
    <w:p>
      <w:r>
        <w:rPr>
          <w:b w:val="0"/>
          <w:i w:val="0"/>
        </w:rPr>
        <w:t>In the desire to breed 'the technically perfect Labrador', with low hip scores and 0:0 elbow scores, clear eye tests, plus perfect DNA tests for every disease imaginable (including some probably not even yet invented) it would appear that the normal, kind, biddable, generous Labrador temperament (which doesn't receive a score that can be emblazoned proudly all over the place) has been relegated right down to the bottom of the list of 'requirements' in some quarters.</w:t>
      </w:r>
    </w:p>
    <w:p>
      <w:r>
        <w:rPr>
          <w:b w:val="0"/>
          <w:i w:val="0"/>
        </w:rPr>
        <w:t>Well, I can assure you that breeding excellent non-aggressive, laid back temperament needs restoring right to the top of the tree; to the premier place on that list of requirements and pretty FAST too.</w:t>
      </w:r>
    </w:p>
    <w:p>
      <w:r>
        <w:rPr>
          <w:b w:val="0"/>
          <w:i w:val="0"/>
        </w:rPr>
        <w:t>Perhaps the owners are unaware but in the worst cases these vicious dogs can be disqualified for life by the KC, and this disqualification may well be extended to include ALL their progeny so that the bad temperament gene they possibly carry is stamped out once and for all from any future breeding programme.</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