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- 23/09/2011"</w:t>
      </w:r>
      <w:r>
        <w:br/>
      </w:r>
      <w:r>
        <w:rPr>
          <w:b w:val="0"/>
          <w:i w:val="0"/>
        </w:rPr>
        <w:br/>
        <w:t>date_original: "23/09/2011"</w:t>
      </w:r>
      <w:r>
        <w:br/>
      </w:r>
      <w:r>
        <w:rPr>
          <w:b w:val="0"/>
          <w:i w:val="0"/>
        </w:rPr>
        <w:br/>
        <w:t>source_url: "https://www.ourdogs.co.uk/members/breednotes/retlabarchive.php"</w:t>
      </w:r>
      <w:r>
        <w:br/>
      </w:r>
      <w:r>
        <w:rPr>
          <w:b w:val="0"/>
          <w:i w:val="0"/>
        </w:rPr>
        <w:br/>
        <w:t>archive_type: "retlabarchive_post"</w:t>
      </w:r>
      <w:r>
        <w:br/>
      </w:r>
      <w:r>
        <w:rPr>
          <w:b w:val="0"/>
          <w:i w:val="0"/>
        </w:rPr>
        <w:br/>
        <w:t>scraped_at: "2026-09-13T22:47:51"</w:t>
      </w:r>
      <w:r>
        <w:br/>
      </w:r>
      <w:r>
        <w:rPr>
          <w:b w:val="0"/>
          <w:i w:val="0"/>
        </w:rPr>
        <w:br/>
        <w:t>word_count: 909</w:t>
      </w:r>
    </w:p>
    <w:p>
      <w:r>
        <w:t>――――――――――――――――――――――――――――――</w:t>
      </w:r>
    </w:p>
    <w:p>
      <w:r>
        <w:rPr>
          <w:b w:val="0"/>
          <w:i w:val="0"/>
        </w:rPr>
        <w:t>NEWS MEMBERS' AREA SHOP SUBSCRIBE UPCOMING SHOWS MORE</w:t>
      </w:r>
    </w:p>
    <w:p>
      <w:r>
        <w:rPr>
          <w:b w:val="0"/>
          <w:i w:val="0"/>
        </w:rPr>
        <w:t>RETRIEVER LABRADOR</w:t>
      </w:r>
    </w:p>
    <w:p>
      <w:r>
        <w:rPr>
          <w:b w:val="0"/>
          <w:i w:val="0"/>
        </w:rPr>
        <w:t>Issue: 23/09/2011</w:t>
      </w:r>
    </w:p>
    <w:p>
      <w:r>
        <w:rPr>
          <w:b w:val="0"/>
          <w:i w:val="0"/>
        </w:rPr>
        <w:t>Anne Lavelle and Jean &amp; Gary Johnson would like to invite all their Labrador friends to join them for a celebratory drink at the Gundog Society of Wales Championship show at Malvern on Wednesday 12th October, to celebrate that both have just made up their 3rd homebred champions. Everyone will be welcome and bottles will be opened after the Dog CC has been awarded.</w:t>
      </w:r>
    </w:p>
    <w:p>
      <w:r>
        <w:rPr>
          <w:b w:val="0"/>
          <w:i w:val="0"/>
        </w:rPr>
        <w:t>This year certainly seems to have flown by. Darlington championship show heralded the start of autumn and goodbye to the summer that never really seemed to have got going this year.</w:t>
      </w:r>
    </w:p>
    <w:p>
      <w:r>
        <w:rPr>
          <w:b w:val="0"/>
          <w:i w:val="0"/>
        </w:rPr>
        <w:t>Gundogs were scheduled for the Sunday of the three-day show and Richard Morris judged the entry of 174 dogs and bitches. The Neal family had a grand day and Mrs and Mrs P Neal must have been thrilled to bits to win their first Dog CC with their consistent black yearling, Aardvar Lancaster JW (Ludalor Lunar Eclipse over Amberstope x Tissalian Gigi), whilst brother and sister-in-law, Lou and Janet Neal won the Dog RCC with their yellow, Sh Ch Amberstope Rebel Yell Sh Cm (Amberstope Glen Grant x Amberstope Georgia).</w:t>
      </w:r>
    </w:p>
    <w:p>
      <w:r>
        <w:rPr>
          <w:b w:val="0"/>
          <w:i w:val="0"/>
        </w:rPr>
        <w:t>The Bitch CC and Best of Breed was won by the black shown by the Browns and owned in the US by Miss E Martin and Mr and Mrs Shearer, Sh Ch Am and Can Ch Clearcreek Bonaventure Windjammer (Am Ch Bonaventure's Clipper x Clearcreek Bonaventure Aspens Run). The Bitch RCC went to Angela Williams and David Craigs black, Foulby The Duchess (Nz Gr Ch Croftsway First Knight x Sh Ch Foulby Buttons and Bows). Best Puppy was the Hodge family's Naiken Zephyr (Sh Ch Naiken Way out West x Ch Naiken Russian Rhythm.</w:t>
      </w:r>
    </w:p>
    <w:p>
      <w:r>
        <w:rPr>
          <w:b w:val="0"/>
          <w:i w:val="0"/>
        </w:rPr>
        <w:t>Amanda Stewart is continuing to do well with her young yellow dog, Streamanda Top Knotch  (Frankie). Amanda writes: 'on Saturday 10th September at Kington Horse Show &amp; Agricultural Society Open Show, Frankie won BOB under judge Tom Graham, then went on to win Gundog Group 2 under judge Andrew Brace'. Well done. Kington Show is one of the few remaining traditional country agricultural shows and is held in picturesque hilly area of north-west Herefordshire, towards the Welsh borders. The journey there takes you through glorious rolling countryside interspersed every so often with unspoilt black and white cottages which hug the roadside as you drive through olde world villages en route. Once arrived at Kington, the show is a most pleasant event with so much to see and do as well as the dog show. Well worth putting in your diary for next year.</w:t>
      </w:r>
    </w:p>
    <w:p>
      <w:r>
        <w:rPr>
          <w:b w:val="0"/>
          <w:i w:val="0"/>
        </w:rPr>
        <w:t>Donna Goodall writes: 'We attended Coventry Ladies' Kennel Society Members Limited Show on Saturday 10th September at Baginton Village Hall, Coventry. The Judge was Mr Jon Crossley (Crossridge), and what an absolute privilege it was to be awarded Best Veteran in Show and Best in Show with my black bitch 'Beaverbrook Sweet Honesty' (Sh Ch Trentwith Sir Winston x Bowstones Indianna of Beaverbrook), who will be 11 years old in January. I wonder how many 'senior veterans' from the over 10's class are awarded Best in Show? I'm quite sure Honor thinks she is still a pup; in fact the judge did refer to her as 'the puppy veteran'! This was the most wonderful and memorable moment, and was particularly poignant as Honor's dam won the Special Veteran class at this show back in 2007. Thank you so much to all concerned.'</w:t>
      </w:r>
    </w:p>
    <w:p>
      <w:r>
        <w:rPr>
          <w:b w:val="0"/>
          <w:i w:val="0"/>
        </w:rPr>
        <w:t>The most enjoyable television series written by Julian Fellows, Downton Abbey, has returned to our Sunday evening screens once again. The actual setting is Highclere Castle, which is situated near Newbury in Berkshire; the house is described as the finest occupied Victorian Castle in England and has been temporarily transferred into Downton Abbey where, this time, the period drama is set around the First World War.</w:t>
      </w:r>
    </w:p>
    <w:p>
      <w:r>
        <w:rPr>
          <w:b w:val="0"/>
          <w:i w:val="0"/>
        </w:rPr>
        <w:t>Amidst some gruelling scenes of the carnage of that war, which touched nearly every family in the land (my grandfather was killed in the trenches, aged just 27 years),  I did smile to see the return of the very pale, very waggy Labrador belonging to the present day owners of the fictional Downton Abbey.</w:t>
      </w:r>
    </w:p>
    <w:p>
      <w:r>
        <w:rPr>
          <w:b w:val="0"/>
          <w:i w:val="0"/>
        </w:rPr>
        <w:t>Their Labrador has managed yet again to secure a starring role and taken to the stage with continued confidence, greatly enjoying being filmed running up and down the stairs, greeting everyone with gusto and charging through the halls of her 'own' house, but also enjoying tasty extras such as eating spare crepes from the fictional 1915 kitchen in the drama. I bet there were no retakes of those scenes - one gulp and all gone!</w:t>
      </w:r>
    </w:p>
    <w:p>
      <w:r>
        <w:rPr>
          <w:b w:val="0"/>
          <w:i w:val="0"/>
        </w:rPr>
        <w:t>Well worth watching; the only downside is that for me the first of this series was subject to far too many advert slots which seemed to appear every few minutes and break up the flow; even so, it looks to be really good entertainment for Sunday evenings from 9pm.</w:t>
      </w:r>
    </w:p>
    <w:p>
      <w:r>
        <w:rPr>
          <w:b w:val="0"/>
          <w:i w:val="0"/>
        </w:rPr>
        <w:t>Ann Britton, 01989720665</w:t>
      </w:r>
    </w:p>
    <w:p>
      <w:r>
        <w:rPr>
          <w:b w:val="0"/>
          <w:i w:val="0"/>
        </w:rPr>
        <w:t>bowstones@btinternet.com</w:t>
      </w:r>
    </w:p>
    <w:p>
      <w:r>
        <w:rPr>
          <w:b w:val="0"/>
          <w:i w:val="0"/>
        </w:rPr>
        <w:t>Back to Archive</w:t>
      </w:r>
    </w:p>
    <w:p>
      <w:r>
        <w:rPr>
          <w:b w:val="0"/>
          <w:i w:val="0"/>
        </w:rPr>
        <w:t>Back to Breed Notes Index</w:t>
      </w:r>
    </w:p>
    <w:p>
      <w:r>
        <w:rPr>
          <w:b w:val="0"/>
          <w:i w:val="0"/>
        </w:rPr>
        <w:t>Tel</w:t>
      </w:r>
      <w:r>
        <w:br/>
      </w:r>
      <w:r>
        <w:rPr>
          <w:b w:val="0"/>
          <w:i w:val="0"/>
        </w:rPr>
        <w:br/>
        <w:t>0161 709 4550</w:t>
      </w:r>
      <w:r>
        <w:br/>
      </w:r>
      <w:r>
        <w:rPr>
          <w:b w:val="0"/>
          <w:i w:val="0"/>
        </w:rPr>
        <w:br/>
        <w:t>Advertising</w:t>
      </w:r>
      <w:r>
        <w:br/>
      </w:r>
      <w:r>
        <w:rPr>
          <w:b w:val="0"/>
          <w:i w:val="0"/>
        </w:rPr>
        <w:br/>
        <w:t>0161 709 4576</w:t>
      </w:r>
      <w:r>
        <w:br/>
      </w:r>
      <w:r>
        <w:rPr>
          <w:b w:val="0"/>
          <w:i w:val="0"/>
        </w:rPr>
        <w:br/>
        <w:t>Editorial</w:t>
      </w:r>
      <w:r>
        <w:br/>
      </w:r>
      <w:r>
        <w:rPr>
          <w:b w:val="0"/>
          <w:i w:val="0"/>
        </w:rPr>
        <w:br/>
        <w:t>0161 709 4550</w:t>
      </w:r>
      <w:r>
        <w:br/>
      </w:r>
      <w:r>
        <w:rPr>
          <w:b w:val="0"/>
          <w:i w:val="0"/>
        </w:rPr>
        <w:br/>
        <w:t>Subscriptions</w:t>
      </w:r>
      <w:r>
        <w:br/>
      </w:r>
      <w:r>
        <w:rPr>
          <w:b w:val="0"/>
          <w:i w:val="0"/>
        </w:rPr>
        <w:br/>
        <w:t>0161 709 4559</w:t>
      </w:r>
      <w:r>
        <w:br/>
      </w:r>
      <w:r>
        <w:rPr>
          <w:b w:val="0"/>
          <w:i w:val="0"/>
        </w:rPr>
        <w:br/>
        <w:t>Mail Order</w:t>
      </w:r>
      <w:r>
        <w:br/>
      </w:r>
      <w:r>
        <w:rPr>
          <w:b w:val="0"/>
          <w:i w:val="0"/>
        </w:rPr>
        <w:br/>
        <w:t>0161 709 4562</w:t>
      </w:r>
      <w:r>
        <w:br/>
      </w:r>
      <w:r>
        <w:rPr>
          <w:b w:val="0"/>
          <w:i w:val="0"/>
        </w:rPr>
        <w:br/>
        <w:t>Show Reports</w:t>
      </w:r>
      <w:r>
        <w:br/>
      </w:r>
      <w:r>
        <w:rPr>
          <w:b w:val="0"/>
          <w:i w:val="0"/>
        </w:rPr>
        <w:br/>
        <w:t>0161 709 4571</w:t>
      </w:r>
      <w:r>
        <w:br/>
      </w:r>
      <w:r>
        <w:rPr>
          <w:b w:val="0"/>
          <w:i w:val="0"/>
        </w:rPr>
        <w:br/>
        <w:t>SEND YOUR REPORT</w:t>
      </w:r>
      <w:r>
        <w:br/>
      </w:r>
      <w:r>
        <w:rPr>
          <w:b w:val="0"/>
          <w:i w:val="0"/>
        </w:rPr>
        <w:br/>
        <w:t>Competitions</w:t>
      </w:r>
      <w:r>
        <w:br/>
      </w:r>
      <w:r>
        <w:rPr>
          <w:b w:val="0"/>
          <w:i w:val="0"/>
        </w:rPr>
        <w:br/>
        <w:t>TOP DOG</w:t>
      </w:r>
      <w:r>
        <w:br/>
      </w:r>
      <w:r>
        <w:rPr>
          <w:b w:val="0"/>
          <w:i w:val="0"/>
        </w:rPr>
        <w:br/>
        <w:t>TOP PUPPY</w:t>
      </w:r>
      <w:r>
        <w:br/>
      </w:r>
      <w:r>
        <w:rPr>
          <w:b w:val="0"/>
          <w:i w:val="0"/>
        </w:rPr>
        <w:br/>
        <w:t>TOP BREEDER</w:t>
      </w:r>
      <w:r>
        <w:br/>
      </w:r>
      <w:r>
        <w:rPr>
          <w:b w:val="0"/>
          <w:i w:val="0"/>
        </w:rPr>
        <w:br/>
        <w:t>TOP STUD</w:t>
      </w:r>
      <w:r>
        <w:br/>
      </w:r>
      <w:r>
        <w:rPr>
          <w:b w:val="0"/>
          <w:i w:val="0"/>
        </w:rPr>
        <w:br/>
        <w:t>TOP BROOD</w:t>
      </w:r>
      <w:r>
        <w:br/>
      </w:r>
      <w:r>
        <w:rPr>
          <w:b w:val="0"/>
          <w:i w:val="0"/>
        </w:rPr>
        <w:br/>
        <w:t>Members' Area</w:t>
      </w:r>
      <w:r>
        <w:br/>
      </w:r>
      <w:r>
        <w:rPr>
          <w:b w:val="0"/>
          <w:i w:val="0"/>
        </w:rPr>
        <w:br/>
        <w:t>BREED NOTES</w:t>
      </w:r>
      <w:r>
        <w:br/>
      </w:r>
      <w:r>
        <w:rPr>
          <w:b w:val="0"/>
          <w:i w:val="0"/>
        </w:rPr>
        <w:br/>
        <w:t>CHAMP SHOWS</w:t>
      </w:r>
      <w:r>
        <w:br/>
      </w:r>
      <w:r>
        <w:rPr>
          <w:b w:val="0"/>
          <w:i w:val="0"/>
        </w:rPr>
        <w:br/>
        <w:t>GENERAL SHOWS</w:t>
      </w:r>
      <w:r>
        <w:br/>
      </w:r>
      <w:r>
        <w:rPr>
          <w:b w:val="0"/>
          <w:i w:val="0"/>
        </w:rPr>
        <w:br/>
        <w:t>REGULAR FEATURES</w:t>
      </w:r>
      <w:r>
        <w:br/>
      </w:r>
      <w:r>
        <w:rPr>
          <w:b w:val="0"/>
          <w:i w:val="0"/>
        </w:rPr>
        <w:br/>
        <w:t>DIGITAL EDITION</w:t>
      </w:r>
      <w:r>
        <w:br/>
      </w:r>
      <w:r>
        <w:rPr>
          <w:b w:val="0"/>
          <w:i w:val="0"/>
        </w:rPr>
        <w:br/>
        <w:t>Sign up for our newsletter</w:t>
      </w:r>
      <w:r>
        <w:br/>
      </w:r>
      <w:r>
        <w:rPr>
          <w:b w:val="0"/>
          <w:i w:val="0"/>
        </w:rPr>
        <w:br/>
        <w:t>Follow Us</w:t>
      </w:r>
    </w:p>
    <w:p>
      <w:r>
        <w:rPr>
          <w:b w:val="0"/>
          <w:i w:val="0"/>
        </w:rPr>
        <w:t>© Our Dogs Publishing All Rights Reserved. | Privacy Policy</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