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- 18 Jan 2008"</w:t>
      </w:r>
      <w:r>
        <w:br/>
      </w:r>
      <w:r>
        <w:rPr>
          <w:b w:val="0"/>
          <w:i w:val="0"/>
        </w:rPr>
        <w:br/>
        <w:t>date_original: "18 Jan 2008"</w:t>
      </w:r>
      <w:r>
        <w:br/>
      </w:r>
      <w:r>
        <w:rPr>
          <w:b w:val="0"/>
          <w:i w:val="0"/>
        </w:rPr>
        <w:br/>
        <w:t>source_url: "https://www.ourdogs.co.uk/members/breednotes/2008/RetrieverLabrador/RetrieverLabrador-jan18.htm"</w:t>
      </w:r>
      <w:r>
        <w:br/>
      </w:r>
      <w:r>
        <w:rPr>
          <w:b w:val="0"/>
          <w:i w:val="0"/>
        </w:rPr>
        <w:br/>
        <w:t>archive_type: "static_html"</w:t>
      </w:r>
      <w:r>
        <w:br/>
      </w:r>
      <w:r>
        <w:rPr>
          <w:b w:val="0"/>
          <w:i w:val="0"/>
        </w:rPr>
        <w:br/>
        <w:t>scraped_at: "2026-09-13T22:04:48"</w:t>
      </w:r>
      <w:r>
        <w:br/>
      </w:r>
      <w:r>
        <w:rPr>
          <w:b w:val="0"/>
          <w:i w:val="0"/>
        </w:rPr>
        <w:br/>
        <w:t>word_count: 1364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Would members of Midland Counties Lab Club still wishing to pay their 2008 subscriptions send them to the Membership Secretary, Mr Frank Gawthorpe, 19 Badger Road, Woodhouse, Sheffield, South Yorkshire, S13 7TQ (Joint subscription - £10, Single £8.00 and Junior £3.00).</w:t>
      </w:r>
      <w:r>
        <w:br/>
      </w:r>
      <w:r>
        <w:rPr>
          <w:b w:val="0"/>
          <w:i w:val="0"/>
        </w:rPr>
        <w:br/>
        <w:t>At the 2008 Boston show, in Lincolnshire on the first Saturday in January, there were CCs on offer for six Gundog breeds, Labradors being one of the breeds. Margaret Litherland judged Dogs and Margaret Coddington the Bitches and drew a splendid New Year entry of approximately 290 dogs and bitches.</w:t>
      </w:r>
    </w:p>
    <w:p>
      <w:r>
        <w:rPr>
          <w:b w:val="0"/>
          <w:i w:val="0"/>
        </w:rPr>
        <w:t>The winners were:-</w:t>
      </w:r>
      <w:r>
        <w:br/>
      </w:r>
      <w:r>
        <w:rPr>
          <w:b w:val="0"/>
          <w:i w:val="0"/>
        </w:rPr>
        <w:br/>
        <w:t>Dog CC and Best of Breed - Les and Joyce Brabbans yellow, made up on the day, Cambremer Craftsman (Rocheby Old Smokey x Sh Ch Cambremer Call My Bluff), providing the first points of 2008 for his sire, Rocheby Old Smokey, Top Sire of 2007. Les and Joyce’s yellow yearling, Sh Ch Cambremer Craftsman has now won 3 CCs all with BOB. He won at Windsor 2007 under Pat Gill and at Leeds 2007 under Jim Nolan, with his third at Boston 2008 under Margaret Litherland. Many congratulations. Dog RCC - Mrs M Greenwoods, Lakemeadow Cynan At Nigabee; Bitch CC - Mr A &amp; Mrs M &amp; Miss M Brown’s yellow, Sh Ch Alanwood Spring Breeze Over Ramsayville, (who also won the CC at this show last year) . Bitch RCC - Miss G Baillie’s yellow, Cambremer Ocean Breeze By Kilstron Sh CM. Best Puppy - Mr R J &amp; Mrs A C Lavelle’s yellow, Crosscroyde Lady Katinka.</w:t>
      </w:r>
    </w:p>
    <w:p>
      <w:r>
        <w:rPr>
          <w:b w:val="0"/>
          <w:i w:val="0"/>
        </w:rPr>
        <w:t>Good news from Marlene Hepper, who has started 2008 with top-class Open show success. In a very good entry of gundogs at Goyt Valley Gundog Club her black bitch, Mardas Vanity Fair won BOB and then went on to win Best in Show under judge Mrs Jackie Ward. Well done.</w:t>
      </w:r>
      <w:r>
        <w:br/>
      </w:r>
      <w:r>
        <w:rPr>
          <w:b w:val="0"/>
          <w:i w:val="0"/>
        </w:rPr>
        <w:br/>
        <w:t>This week it is the turn of the 2007 Bitch champions to be discussed.</w:t>
      </w:r>
    </w:p>
    <w:p>
      <w:r>
        <w:rPr>
          <w:b w:val="0"/>
          <w:i w:val="0"/>
        </w:rPr>
        <w:t>There were 2 yellow bitches and 4 black bitches made up whose ages ranged from three to six years of age. Two, Ch Naiken Russian Rhythm and Ch Warringah’s Bunya became full champions on the day they won their 3rd CC, having already completed their Show Gundog Working Certificate. Congratulations to you all.</w:t>
      </w:r>
    </w:p>
    <w:p>
      <w:r>
        <w:rPr>
          <w:b w:val="0"/>
          <w:i w:val="0"/>
        </w:rPr>
        <w:t>First on the 2007 list and made up in January at the new Boston Championship show was the Brown family’s 3 year old yellow Sh Ch Alanwood Spring Breeze over Ramsayville (Greenworth Odds Against x Alanwood Lady Jazzmine), bred by Mr A Mulligan and Ms G Marchant . She had previously won the CC and Best of Breed at Driffield 2006 under Judith Charlton, and at West of England Lab Club 2006 under Mr Alan Taylor, where she was Best in Show. Having gained her title in January, she continued her winning ways throughout 2007 and completed the year by taking the Bitch CC at LKA, the final show of 2007 under South African judge Mrs R Cabion. During 2007 she won 11 CCs and 6 BOB. She now has a total of 13 CCs and 8 BOBs and was top winning Labrador bitch in 2007.</w:t>
      </w:r>
    </w:p>
    <w:p>
      <w:r>
        <w:rPr>
          <w:b w:val="0"/>
          <w:i w:val="0"/>
        </w:rPr>
        <w:t>In April, Debbie Bishop made up her black bitch Sh Ch Demadon Diamond by Design, (Trendlewood Rainstorm x Trendlewood Rhythm N Blues in Demadon). She was six years old the same week, proving yet again that whilst many Labradors are fully mature at a young age, there are some excellent examples of the breed who mature slowly, improving year on year and keeping their good looks for the whole of their lives. Diamond by Design is Debbie’s first home-bred champion.</w:t>
      </w:r>
    </w:p>
    <w:p>
      <w:r>
        <w:rPr>
          <w:b w:val="0"/>
          <w:i w:val="0"/>
        </w:rPr>
        <w:t>Leigh Lesleys 5 year old black bitch Sh Ch Steeleigh Star Performer (Ch Keenes Seafarers Star x Steeleigh Worth the Wait JW) had an excellent day at the Lab Club of Northern Ireland on 5th May, winning her third CC on the day under Pat Harrison. Her previous CCs were awarded by Dave Wilmshurst at LKA in 2003 where she went Best of Breed, and at the Labrador Club of Scotland in 2006 where she went Best in Show under Audrey Hayward (B) and Isobel Key (D). Sh Ch S. Star Performer is Leigh’s first show champion.</w:t>
      </w:r>
    </w:p>
    <w:p>
      <w:r>
        <w:rPr>
          <w:b w:val="0"/>
          <w:i w:val="0"/>
        </w:rPr>
        <w:t>The Hodge family’s 3 year old black Ch Naiken Russian Rhythm JW (Ramsayville Rogue Trader x Naiken Old Curiosity) was made up at Paignton under Linda Harvey-Major. Born in 2003, she had already qualified for her working certificate and became a Ch on the day. She is the Hodge family’s second UK Show Champion, the first being the black, Sh Ch Naiken Kris. Ch N. Russian Rhythm won her first CC in 2005 at Richmond under Brian Parrott. Her second CC with Best of Breed came from Richard Stafford at Paignton in 2006 and her third, at Paignton 2007, which must surely be their lucky show.</w:t>
      </w:r>
    </w:p>
    <w:p>
      <w:r>
        <w:rPr>
          <w:b w:val="0"/>
          <w:i w:val="0"/>
        </w:rPr>
        <w:t>Another already with her working qualification was the 5 year old yellow, Ch Warringah’s Bunya JW (Ch Warringahs Digger x Warringah’s Bunyip) owned by David Coode. She was made up under Mrs Jackie Hodge at National Gundog 2007, which was held at Malvern during August. Her first CC was at Windsor in 2004 under Linda Heron. She then won her 2nd CC under Barry Rooth at Leeds in 2007 followed two weeks later by her 3rd CC and title at National Gundog 2007.</w:t>
      </w:r>
    </w:p>
    <w:p>
      <w:r>
        <w:rPr>
          <w:b w:val="0"/>
          <w:i w:val="0"/>
        </w:rPr>
        <w:t>It was not until October that we saw the next bitch champion to be crowned.</w:t>
      </w:r>
    </w:p>
    <w:p>
      <w:r>
        <w:rPr>
          <w:b w:val="0"/>
          <w:i w:val="0"/>
        </w:rPr>
        <w:t>Marlene Heppers 3 year old black, Sh Ch Mardas Sahara Silk (Brigburn Sedge x Mardas Café Noir) had an excellent day at Gundog Society of Wales under Mrs Ann Powell, winning the Bitch CC and her title on the day. She had won consistently well, right from her puppy days, picking up a few excellent RCCs on the way. Her 3 CCs were all won during 2007, under Gary Johnson at United Retriever Club; Anthony Allen at Driffield, plus her crowning 3rd under Mrs Powell.</w:t>
      </w:r>
      <w:r>
        <w:br/>
      </w:r>
      <w:r>
        <w:rPr>
          <w:b w:val="0"/>
          <w:i w:val="0"/>
        </w:rPr>
        <w:br/>
        <w:t>That concludes the Bitch champions made up in 2007. Next week is the turn of the Dog CC winners.</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