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- 20/05/2016 - ISSUE"</w:t>
      </w:r>
      <w:r>
        <w:br/>
      </w:r>
      <w:r>
        <w:rPr>
          <w:b w:val="0"/>
          <w:i w:val="0"/>
        </w:rPr>
        <w:br/>
        <w:t>date_original: "20/05/2016 - ISSUE"</w:t>
      </w:r>
      <w:r>
        <w:br/>
      </w:r>
      <w:r>
        <w:rPr>
          <w:b w:val="0"/>
          <w:i w:val="0"/>
        </w:rPr>
        <w:br/>
        <w:t>source_url: "https://www.ourdogs.co.uk/members/breednotes/RetrieverLabradorMain.php"</w:t>
      </w:r>
      <w:r>
        <w:br/>
      </w:r>
      <w:r>
        <w:rPr>
          <w:b w:val="0"/>
          <w:i w:val="0"/>
        </w:rPr>
        <w:br/>
        <w:t>scraped_at: "2026-09-13T15:28:48"</w:t>
      </w:r>
      <w:r>
        <w:br/>
      </w:r>
      <w:r>
        <w:rPr>
          <w:b w:val="0"/>
          <w:i w:val="0"/>
        </w:rPr>
        <w:br/>
        <w:t>word_count: 1229</w:t>
      </w:r>
    </w:p>
    <w:p>
      <w:r>
        <w:t>――――――――――――――――――――――――――――――</w:t>
      </w:r>
    </w:p>
    <w:p>
      <w:r>
        <w:rPr>
          <w:b w:val="0"/>
          <w:i w:val="0"/>
        </w:rPr>
        <w:t>NEWS MEMBERS' AREA SHOP SUBSCRIBE UPCOMING SHOWS MORE</w:t>
      </w:r>
    </w:p>
    <w:p>
      <w:r>
        <w:rPr>
          <w:b w:val="0"/>
          <w:i w:val="0"/>
        </w:rPr>
        <w:t>RETRIEVER LABRADOR</w:t>
      </w:r>
    </w:p>
    <w:p>
      <w:r>
        <w:rPr>
          <w:b w:val="0"/>
          <w:i w:val="0"/>
        </w:rPr>
        <w:t>Issue: 20/05/2016</w:t>
      </w:r>
    </w:p>
    <w:p>
      <w:r>
        <w:rPr>
          <w:b w:val="0"/>
          <w:i w:val="0"/>
        </w:rPr>
        <w:t xml:space="preserve">Alan Taylor judged at the Labrador Club of Northern Ireland recently. No results sent from the club as yet for the notes but I gather a second CC and Best in show went to the Mills black bitch Lembas Go Gentle JW with Anne Wyatts chocolate dog Ch Meadowleigh Brown Sugar gaining the Dog CC and RBIS. </w:t>
      </w:r>
    </w:p>
    <w:p>
      <w:r>
        <w:rPr>
          <w:b w:val="0"/>
          <w:i w:val="0"/>
        </w:rPr>
        <w:t>Karl Gawthorpe the Hon Secretary of the Labrador Breed Council wishes to ensure that the details held on all of the Labrador judging lists are correct and up to date. He is therefore requesting that all judges visit the Labrador Breed Council www.labradorbreedcouncil.co.uk and check their details.</w:t>
      </w:r>
    </w:p>
    <w:p>
      <w:r>
        <w:rPr>
          <w:b w:val="0"/>
          <w:i w:val="0"/>
        </w:rPr>
        <w:t>If you want any details changed or updated then please email Karl on karlgawthorpe@sky.com and let him know which details to change.</w:t>
      </w:r>
    </w:p>
    <w:p>
      <w:r>
        <w:rPr>
          <w:b w:val="0"/>
          <w:i w:val="0"/>
        </w:rPr>
        <w:t>He also wants to remind judges that if they change Address, Telephone Number or email, then it is the judges responsibility to inform the Hon Secretary of the Labrador Breed Council of the changes.</w:t>
      </w:r>
    </w:p>
    <w:p>
      <w:r>
        <w:rPr>
          <w:b w:val="0"/>
          <w:i w:val="0"/>
        </w:rPr>
        <w:t>Also if you notice any judges that have sadly passed away please let him know.</w:t>
      </w:r>
    </w:p>
    <w:p>
      <w:r>
        <w:rPr>
          <w:b w:val="0"/>
          <w:i w:val="0"/>
        </w:rPr>
        <w:t xml:space="preserve">It is so important that the Judges Lists are kept up to date. One example of their use is when show Societies are searching for a replacement judge at the very last minute due to, say, the appointed judge becoming very unwell the night before the show and consequently unable to judge. </w:t>
      </w:r>
    </w:p>
    <w:p>
      <w:r>
        <w:rPr>
          <w:b w:val="0"/>
          <w:i w:val="0"/>
        </w:rPr>
        <w:t xml:space="preserve">The show society will immediately contact the Kennel Club for the list of "available" Labrador judges, ie those without future appointments already booked. </w:t>
      </w:r>
    </w:p>
    <w:p>
      <w:r>
        <w:rPr>
          <w:b w:val="0"/>
          <w:i w:val="0"/>
        </w:rPr>
        <w:t xml:space="preserve">The last time I needed one of those lists for Labradors, because our scheduled Labrador judge had been taken very ill, we had to make a quick decision for a replacement judge was required for the very next morning. The original judge had drawn an extremely large entry at this particular championship show, so someone was needed who could cope well with the great number of dogs entered and at a good pace </w:t>
      </w:r>
    </w:p>
    <w:p>
      <w:r>
        <w:rPr>
          <w:b w:val="0"/>
          <w:i w:val="0"/>
        </w:rPr>
        <w:t xml:space="preserve">As I perused the list it became startlingly clear that on this particular emergency list there were very few living judges actually available, about three, who luckily for us had previously proved they could cope with the large numbers. </w:t>
      </w:r>
    </w:p>
    <w:p>
      <w:r>
        <w:rPr>
          <w:b w:val="0"/>
          <w:i w:val="0"/>
        </w:rPr>
        <w:t>Also on the list where ten or more greatly respected judges who had sadly had passed away some time before, but whose names had not been removed from the availability judging list. Hence in modern times we do try to update the lists as Karl is doing, much more frequently.</w:t>
      </w:r>
    </w:p>
    <w:p>
      <w:r>
        <w:rPr>
          <w:b w:val="0"/>
          <w:i w:val="0"/>
        </w:rPr>
        <w:t>The Kennel Club writes on baiting in the ring. "Baiting is the use of food or other items in the ring by handlers to encourage and keep the interest of their exhibits. Whilst this activity does not contravene Kennel Club Regulations, it should be carried out only in a discreet manner and not result in distracting or disturbing another exhibit. The Kennel Club has received a number of complaints that excessive amounts of food are being left on the floor in show rings which has, in some cases, ultimately affected the performance of other exhibits.The Kennel Club hopes that all participants at licensed shows will refrain from dropping food on the floor in the ring. Caroline Kisko, Kennel Club Secretary, said: "We ask that all exhibitors please take great care in the use of food, or any other item that may cause distraction in the ring and make every effort to ensure that food is not dropped to avoid potentially distracting other exhibits, in the interests of fairness."</w:t>
      </w:r>
    </w:p>
    <w:p>
      <w:r>
        <w:rPr>
          <w:b w:val="0"/>
          <w:i w:val="0"/>
        </w:rPr>
        <w:t>Well this tactic was used in our breed far too often some years ago. Luckily it is hardly seen in well mannered Labrador rings now. I recall a lady exhibitor ( who sadly passed away many years ago) standing in line in front of me as the judge finally walked round assessing her bitch class winners before awarding the CC at an outdoor  northern championship show.  The judge came to the exhibit in front of me. Her handlers back was towards me and I was facing next in line, when Whoom , flying through the air over that exhibitors shoulder right in my direction, at a great speed of knots, came half a pound of rock solid liver in a great big smelly lump. It hit me on the shoulder and ricocheted off towards the centre of the ring followed at speed by my bitch and most of the others class winners behind me. The liver-throwers own chocolate bitch stood alert, like a rock, whilst everyone elses exhibits were liver hunting in the middle of the grassy ring in absolute disarray. The annoying thing that I will never forget to this day, the liver thrower then won the CC, which seemed totally wrong and unfair as she had disrupted the whole class by her selfish display. But that's gamesmanship, common then but is thankfully seldom witnessed these days in well-mannered Labrador circles.</w:t>
      </w:r>
    </w:p>
    <w:p>
      <w:r>
        <w:rPr>
          <w:b w:val="0"/>
          <w:i w:val="0"/>
        </w:rPr>
        <w:t>Owners of Kennel Club registered dogs will be able to get their pet's eyes examined by Peter Bedford, one of the countrys top veterinary ophthalmologists, at the Game Fair 2016 at Ragley Hall, Alcester, Warwickshire, from 29-31 July. From memory, the cost is around Â£38 per dog.</w:t>
      </w:r>
    </w:p>
    <w:p>
      <w:r>
        <w:rPr>
          <w:b w:val="0"/>
          <w:i w:val="0"/>
        </w:rPr>
        <w:t>Do remember to take your registration documents and also remember never to leave dogs in parked cars at such an event.</w:t>
      </w:r>
    </w:p>
    <w:p>
      <w:r>
        <w:rPr>
          <w:b w:val="0"/>
          <w:i w:val="0"/>
        </w:rPr>
        <w:t>I gather two very distressed dogs were rescued and resuscitated from cars by the RSPCA at the recent Badminton Horse Trials. Windows and boot slightly open is not enough. The internal car temperature was I understand over 40 degrees at the time. The dogs innards would have started slowly cooking.</w:t>
      </w:r>
    </w:p>
    <w:p>
      <w:r>
        <w:rPr>
          <w:b w:val="0"/>
          <w:i w:val="0"/>
        </w:rPr>
        <w:t>The forthcoming Labrador Club two days of Centenary celebrations are fast approaching.  A reminder that they are holding a Celebration Party on the evening of the Friday the 10th June at the Holiday Inn (Coventry South), London Road, Ryton-On-Dunsmore, CV8 3DY.  The evening will include a 2-course hot fork buffet dinner, disco and Labrador Celebrity Mr &amp; Mrs live entertainment.  Tickets are priced at Â£25.00 each.</w:t>
      </w:r>
    </w:p>
    <w:p>
      <w:r>
        <w:rPr>
          <w:b w:val="0"/>
          <w:i w:val="0"/>
        </w:rPr>
        <w:t>Secretary Rachel Williams says "We would love to see as many as possible attending, it will be an excellent opportunity for Labrador enthusiasts to let their hair down, meet like-minded people, and catch up with existing friends within the breed."</w:t>
      </w:r>
    </w:p>
    <w:p>
      <w:r>
        <w:rPr>
          <w:b w:val="0"/>
          <w:i w:val="0"/>
        </w:rPr>
        <w:t>Tickets to this event need to be bought in advance by  20th May</w:t>
      </w:r>
    </w:p>
    <w:p>
      <w:r>
        <w:rPr>
          <w:b w:val="0"/>
          <w:i w:val="0"/>
        </w:rPr>
        <w:t>Contact Rachel Williams Hon. Secretary The Labrador Retriever Club</w:t>
      </w:r>
    </w:p>
    <w:p>
      <w:r>
        <w:rPr>
          <w:b w:val="0"/>
          <w:i w:val="0"/>
        </w:rPr>
        <w:t>Almond Grove, Mill Lane, East Halton, NE Lincs, DN40 3QA E: millerdanlabradors@gmail.com T: 07879 842734 / 01469 541940</w:t>
      </w:r>
    </w:p>
    <w:p>
      <w:r>
        <w:rPr>
          <w:b w:val="0"/>
          <w:i w:val="0"/>
        </w:rPr>
        <w:t>The following day after the Lab Club championship show there is another championship show being held at Wood Green Animal Centre Godmanchester organised by East Anglian Labrador Club. Online entries to both event close soon so don't miss your chance.</w:t>
      </w:r>
    </w:p>
    <w:p>
      <w:r>
        <w:rPr>
          <w:b w:val="0"/>
          <w:i w:val="0"/>
        </w:rPr>
        <w:t xml:space="preserve">Ann Britton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