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- 04/10/2019 - ISSUE"</w:t>
      </w:r>
      <w:r>
        <w:br/>
      </w:r>
      <w:r>
        <w:rPr>
          <w:b w:val="0"/>
          <w:i w:val="0"/>
        </w:rPr>
        <w:br/>
        <w:t>date_original: "04/10/2019 - ISSUE"</w:t>
      </w:r>
      <w:r>
        <w:br/>
      </w:r>
      <w:r>
        <w:rPr>
          <w:b w:val="0"/>
          <w:i w:val="0"/>
        </w:rPr>
        <w:br/>
        <w:t>source_url: "https://www.ourdogs.co.uk/members/breednotes/RetrieverLabradorMain.php"</w:t>
      </w:r>
      <w:r>
        <w:br/>
      </w:r>
      <w:r>
        <w:rPr>
          <w:b w:val="0"/>
          <w:i w:val="0"/>
        </w:rPr>
        <w:br/>
        <w:t>scraped_at: "2026-09-13T15:19:13"</w:t>
      </w:r>
      <w:r>
        <w:br/>
      </w:r>
      <w:r>
        <w:rPr>
          <w:b w:val="0"/>
          <w:i w:val="0"/>
        </w:rPr>
        <w:br/>
        <w:t>word_count: 1303</w:t>
      </w:r>
    </w:p>
    <w:p>
      <w:r>
        <w:t>――――――――――――――――――――――――――――――</w:t>
      </w:r>
    </w:p>
    <w:p>
      <w:r>
        <w:rPr>
          <w:b w:val="0"/>
          <w:i w:val="0"/>
        </w:rPr>
        <w:t>NEWS MEMBERS' AREA SHOP SUBSCRIBE UPCOMING SHOWS MORE</w:t>
      </w:r>
    </w:p>
    <w:p>
      <w:r>
        <w:rPr>
          <w:b w:val="0"/>
          <w:i w:val="0"/>
        </w:rPr>
        <w:t>RETRIEVER LABRADOR</w:t>
      </w:r>
    </w:p>
    <w:p>
      <w:r>
        <w:rPr>
          <w:b w:val="0"/>
          <w:i w:val="0"/>
        </w:rPr>
        <w:t>Issue: 04/10/2019</w:t>
      </w:r>
    </w:p>
    <w:p>
      <w:r>
        <w:rPr>
          <w:b w:val="0"/>
          <w:i w:val="0"/>
        </w:rPr>
        <w:t xml:space="preserve">The Yellow Labrador Club held their 45th Breed Championship show midweek at The Sports Connection, Ryton on Dunsmore, Coventry. The building has certainly had some recent updating, especially the front faÃƒÂ§ade and the office areas, which all look very smart. Car parking was easy and the hall was clean and bright. </w:t>
      </w:r>
    </w:p>
    <w:p>
      <w:r>
        <w:rPr>
          <w:b w:val="0"/>
          <w:i w:val="0"/>
        </w:rPr>
        <w:t>The Yellow Lab committee always put on a welcoming event and this year was no exception. A delight for exhibitors especially those like me with several dogs entered was that it was a benched show, therefore no carting of heavy crates.  Ann Lavelle was in charge of Raffle ticket selling and generated Ã‚Â£377.10 for this yearÃ¢â‚¬â„¢s nominated charity, Hearing Dogs for the Deaf.</w:t>
      </w:r>
    </w:p>
    <w:p>
      <w:r>
        <w:rPr>
          <w:b w:val="0"/>
          <w:i w:val="0"/>
        </w:rPr>
        <w:t>The judges were Maxine Woodley (Dogs) and Lucy Kent (Bitches) with a splendid joint entry of 290 dogs and bitches.</w:t>
      </w:r>
    </w:p>
    <w:p>
      <w:r>
        <w:rPr>
          <w:b w:val="0"/>
          <w:i w:val="0"/>
        </w:rPr>
        <w:t xml:space="preserve">The Dog CC, Best Veteran and Best in Show was won by Brown Todd and Farquarsons black, Sh Ch Ramsayville Ruby Walsh. (Ramsayville Robert Downey x Sudeo Mystique at Ramsayville). The Dog RCC went to Elaine Youngs 6 year old yellow,  Potterspiney Richochet (Sh Ch Adoraden Hallmark at Suttonpark x Tissalian Simply Ornate at Potterspiney), brilliantly shown by young granddaughter, Evie, possibly the best handler of the whole day. What a star she is, calmly doing everything correctly whilst showing her charges faultlessly. </w:t>
      </w:r>
    </w:p>
    <w:p>
      <w:r>
        <w:rPr>
          <w:b w:val="0"/>
          <w:i w:val="0"/>
        </w:rPr>
        <w:t>The Bitch CC was won by the Hodges Sh Ch Naiken Dance Rhythm JW Ir Jun Ch (Ch Naiken Zephyr x Naiken African Story) whilst the Bitch RCC went to David Coodes Warringahs Gulwarra who won Special Working.</w:t>
      </w:r>
    </w:p>
    <w:p>
      <w:r>
        <w:rPr>
          <w:b w:val="0"/>
          <w:i w:val="0"/>
        </w:rPr>
        <w:t>Best Puppy in Show was Marion Hopkinsons Minor Puppy, Rocheby String of Pearls (Rocheby Town Cryer x Sh Ch Hayley Sun in Their Eyes) who won a splendid class of 18 top class puppies present.</w:t>
      </w:r>
    </w:p>
    <w:p>
      <w:r>
        <w:rPr>
          <w:b w:val="0"/>
          <w:i w:val="0"/>
        </w:rPr>
        <w:t xml:space="preserve">The previous weekend Maxine Woodley had been helping organise Labfest to raise funds for Labrador Rescue South East and Central. </w:t>
      </w:r>
    </w:p>
    <w:p>
      <w:r>
        <w:rPr>
          <w:b w:val="0"/>
          <w:i w:val="0"/>
        </w:rPr>
        <w:t>Afterwards she wrote Ã¢â‚¬Å"A fantastic day at Labfest, with the weather co-operating and the support of so many. May I thank everyone again who sponsored classes, gave prizes for classes, raffle and tombola, bought raffle tickets, came along and took part. Thank you to the Lincolnshire area of the United Retriever Club for running the scurry, to Nikki Thurston from On The Ball training for running the Agility ring, to Lynn Bradbury from Dogs In Mind for running the games ring, to Lorraine Tooth who did a fantastic job of judging the show classes and to Sussie Wiles who ably stewarded all day. Provisional figure is that WE have raised Ã‚Â£2,624 for Labrador Rescue South East and Central . THANK YOUÃ¢â‚¬Â</w:t>
      </w:r>
    </w:p>
    <w:p>
      <w:r>
        <w:rPr>
          <w:b w:val="0"/>
          <w:i w:val="0"/>
        </w:rPr>
        <w:t>Three days after the Yellow show, exhibitors were attending two shows in one day, thus reducing their carbon footprint by crossing the Irish Sea to Belfast only once. Belfast Championship Show and the Labrador Club of Northern Ireland show were both held one after the other on the Saturday.</w:t>
      </w:r>
    </w:p>
    <w:p>
      <w:r>
        <w:rPr>
          <w:b w:val="0"/>
          <w:i w:val="0"/>
        </w:rPr>
        <w:t>The Dog CC under David Faulds, was a second CC for Jo and Andy Metcalfes yellow Carromer Jack Flash to Baileydale JW Bel Jnr Ch. The RCC went to the DouglasÃ¢â‚¬â„¢s yellow IR Sh Ch Talard Cee Three Pee Ohh, shown on home ground.</w:t>
      </w:r>
    </w:p>
    <w:p>
      <w:r>
        <w:rPr>
          <w:b w:val="0"/>
          <w:i w:val="0"/>
        </w:rPr>
        <w:t>Richard Stafford won the Bitch CC and Group 2 with his yellow Sh Ch Arrowmoy Fairytale of New York Farnfield (IKC) whilst Bitch RCC went to Caroline Campbells Binnaig Eskimo Blonde. Best Puppy was the Metcalfes Bailedale Mrs Tiggywinkle.</w:t>
      </w:r>
    </w:p>
    <w:p>
      <w:r>
        <w:rPr>
          <w:b w:val="0"/>
          <w:i w:val="0"/>
        </w:rPr>
        <w:t>I am afraid I have no results for the Labrador Club of Northern Ireland show which followed, other than there were Facebook congratulations to the Browns Ramsayville who must have bred both CC winners..</w:t>
      </w:r>
    </w:p>
    <w:p>
      <w:r>
        <w:rPr>
          <w:b w:val="0"/>
          <w:i w:val="0"/>
        </w:rPr>
        <w:t xml:space="preserve">Jayne &amp; Becca Mills, had a fabulous day at Tongwynlais Canine Society show held at Pontpool, with their yellow youngster, Trendlewood Day Dreaming (Ivy) who won 1st PG, 1stOpen then BOB and Group One. Breed and Group Judge Rachel Philo. With Linjor Magnolia at Jaybec (Lucie) Becca was 1st Adult Handling 17. -25 years, Best Adult Handler, Best Overall Handler </w:t>
      </w:r>
    </w:p>
    <w:p>
      <w:r>
        <w:rPr>
          <w:b w:val="0"/>
          <w:i w:val="0"/>
        </w:rPr>
        <w:t>Judge Marina Scott</w:t>
      </w:r>
    </w:p>
    <w:p>
      <w:r>
        <w:rPr>
          <w:b w:val="0"/>
          <w:i w:val="0"/>
        </w:rPr>
        <w:t>Becca is certainly another young lady we have watched over the recent years becoming a very, very proficient show-dog handler. Well done.</w:t>
      </w:r>
    </w:p>
    <w:p>
      <w:r>
        <w:rPr>
          <w:b w:val="0"/>
          <w:i w:val="0"/>
        </w:rPr>
        <w:t>The highs and lows and joys and sadness of owning dogs occupy our daily lives. For me another sad week having to say a tearful goodbye to my 14 year old black bitch Beattie. Born here, a daughter of Sh Ch Llanstinan Buzby Bowstones JW and Llanstinan Morwenna, she was everything one would want in a show Labrador plus leading a fabulous healthy life, with a kind, calm, happy temperament throughout her years. She was everyones gentle friend.</w:t>
      </w:r>
    </w:p>
    <w:p>
      <w:r>
        <w:rPr>
          <w:b w:val="0"/>
          <w:i w:val="0"/>
        </w:rPr>
        <w:t>She had an excellent start to her showing career and following Best Puppy awards easily won 3 RCCs very early on in her Junior classes, whilst her dam Morwenna was already on the way to becoming a Champion having two CCs and several RCCs and only needing just one more CC for her title.</w:t>
      </w:r>
    </w:p>
    <w:p>
      <w:r>
        <w:rPr>
          <w:b w:val="0"/>
          <w:i w:val="0"/>
        </w:rPr>
        <w:t xml:space="preserve">Nothing is guaranteed in this life and suddenly when everything was going so well, showing for these two bitches and, in fact, all my other dogs, came to a complete halt for the next few years as tragically my husband, George, became seriously ill, was admitted to hospital and later to a permanent nursing home, where he remained paralysed, bed ridden, unable to communicate every minute of every day until his demise three years later. His condition occupied my life for those three years and afterwards. Dog showing stopped and these two lovely bitches were never made up. </w:t>
      </w:r>
    </w:p>
    <w:p>
      <w:r>
        <w:rPr>
          <w:b w:val="0"/>
          <w:i w:val="0"/>
        </w:rPr>
        <w:t>Beattie did however have a couple of litters and it was lovely to realise she had consistently passed down her qualities to her offspring. Earlier this year it was a great pleasure to realise that she was the Great Grandma of the Crufts 2019 RCC winner Stephanie HodgkissÃ¢â‚¬â„¢s yellow, Dinnozo Top Notch Alfie.  The young black RCC winning dog I am now showing Llanstinan Louis Lewis Bowstones, goes back to her too, so her precious memory lives on in various lines.</w:t>
      </w:r>
    </w:p>
    <w:p>
      <w:r>
        <w:rPr>
          <w:b w:val="0"/>
          <w:i w:val="0"/>
        </w:rPr>
        <w:t xml:space="preserve">Her end came so very suddenly and unexpectedly. She was well, happy and enjoying retrieving her tennis ball in the sunshine the week before. She loved her daily grooming sessions, pushing in front of others to be the first to be brushed and combed. She showed no sign of illness whatsoever, but suddenly one day last week she refused to eat and was clearly very unwell from then on. Realising this was terminal, I tried to put off the inevitable but in the end could not see her suffer further. She had never had a dayÃ¢â‚¬â„¢s illness before and did not know pain. It was time to ask the Vet to come to the house to help her on her way. </w:t>
      </w:r>
    </w:p>
    <w:p>
      <w:r>
        <w:rPr>
          <w:b w:val="0"/>
          <w:i w:val="0"/>
        </w:rPr>
        <w:t>Her lovely generous nature continued right to the very end when, so very poorly and bravely tolerating pain, she quietly lay on her side in the kitchen resting under a blanket. As we stroked her and the vet tenderly released her from pain, she gently wagged her tail as though saying Ã¢â‚¬Å"Thank you so much for my, oh so happy, lifeÃ¢â‚¬Â. Phew. Who wouldnÃ¢â‚¬â„¢t cry?</w:t>
      </w:r>
    </w:p>
    <w:p>
      <w:r>
        <w:rPr>
          <w:b w:val="0"/>
          <w:i w:val="0"/>
        </w:rPr>
        <w:t>Ann Britton</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