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- 11/01/2002"</w:t>
      </w:r>
      <w:r>
        <w:br/>
      </w:r>
      <w:r>
        <w:rPr>
          <w:b w:val="0"/>
          <w:i w:val="0"/>
        </w:rPr>
        <w:br/>
        <w:t>date_original: "11/01/2002"</w:t>
      </w:r>
      <w:r>
        <w:br/>
      </w:r>
      <w:r>
        <w:rPr>
          <w:b w:val="0"/>
          <w:i w:val="0"/>
        </w:rPr>
        <w:br/>
        <w:t>source_url: "https://www.ourdogs.co.uk/members/breednotes/2002/RetrieverLabrador/January2002/RetrieverLabrador110102.htm"</w:t>
      </w:r>
      <w:r>
        <w:br/>
      </w:r>
      <w:r>
        <w:rPr>
          <w:b w:val="0"/>
          <w:i w:val="0"/>
        </w:rPr>
        <w:br/>
        <w:t>archive_type: "static_html"</w:t>
      </w:r>
      <w:r>
        <w:br/>
      </w:r>
      <w:r>
        <w:rPr>
          <w:b w:val="0"/>
          <w:i w:val="0"/>
        </w:rPr>
        <w:br/>
        <w:t>scraped_at: "2026-09-13T22:18:38"</w:t>
      </w:r>
      <w:r>
        <w:br/>
      </w:r>
      <w:r>
        <w:rPr>
          <w:b w:val="0"/>
          <w:i w:val="0"/>
        </w:rPr>
        <w:br/>
        <w:t>word_count: 1390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p>
    <w:p>
      <w:r>
        <w:rPr>
          <w:b w:val="0"/>
          <w:i w:val="0"/>
        </w:rPr>
        <w:t>RETRIEVER LABRADOR</w:t>
      </w:r>
    </w:p>
    <w:p>
      <w:r>
        <w:rPr>
          <w:b w:val="0"/>
          <w:i w:val="0"/>
        </w:rPr>
        <w:t>11/01/02</w:t>
      </w:r>
    </w:p>
    <w:p>
      <w:r>
        <w:rPr>
          <w:b w:val="0"/>
          <w:i w:val="0"/>
        </w:rPr>
        <w:t>Entries are closing for the early shows of 2002. Cotswold and Wyevern Lab Club Open show ( closing date Friday 11th January postmark) has moved back one week in the calendar, to Saturday 16th February, which thankfully means it now no longer clashes with Manchester Ch Show.</w:t>
      </w:r>
    </w:p>
    <w:p>
      <w:r>
        <w:rPr>
          <w:b w:val="0"/>
          <w:i w:val="0"/>
        </w:rPr>
        <w:t>The event is to be held at the easily accessible Norton Parish Hall, Wadborough Road, Littleworth, Norton, Worcester. The venue is just off Junction 7 of the M5 motorway. There is a location map in the schedule, and if anyone needs further information Janet Cook, the Secretary will be happy to provide it.</w:t>
      </w:r>
    </w:p>
    <w:p>
      <w:r>
        <w:rPr>
          <w:b w:val="0"/>
          <w:i w:val="0"/>
        </w:rPr>
        <w:t>The judge is Mr Karl Gawthorpe, whose family made up the homebred yellow dog Sh ChWaterbrook Bugsy Malone in the 80s. As usual there will be a wonderful spread for lunch. Make sure you put this date in your diary. Janet's number is 01905 423942.</w:t>
      </w:r>
    </w:p>
    <w:p>
      <w:r>
        <w:rPr>
          <w:b w:val="0"/>
          <w:i w:val="0"/>
        </w:rPr>
        <w:t>On the subject of Open Shows, it is good to see that, at last, perhaps Open Show Secretaries are realising Labrador exhibitors will turn out in significant numbers when judged by breed enthusiasts, whereas entry numbers will be miniscule when the judge for Labradors is completely unknown in the breed.</w:t>
      </w:r>
    </w:p>
    <w:p>
      <w:r>
        <w:rPr>
          <w:b w:val="0"/>
          <w:i w:val="0"/>
        </w:rPr>
        <w:t>Often, recently, the classes for Labs have been lumped together with several other assorted Gundog breeds, all to be judged by the same unknown person. One could be forgiven for thinking that this might purely be to save the society expenses, it certainly is not likely to make a good day out for exhibitors, which is why they stay away.</w:t>
      </w:r>
    </w:p>
    <w:p>
      <w:r>
        <w:rPr>
          <w:b w:val="0"/>
          <w:i w:val="0"/>
        </w:rPr>
        <w:t>In some cases it almost seems that the cost of an extra judge's ham salad at lunchtime is dictating who will judge the breed and that lumping lots of breeds together is the way to preserve funds. Of course this is so short sighted.</w:t>
      </w:r>
    </w:p>
    <w:p>
      <w:r>
        <w:rPr>
          <w:b w:val="0"/>
          <w:i w:val="0"/>
        </w:rPr>
        <w:t>If they employ a specialist the greatly enlarged entry numbers will well cover the extra costs. Hopefully the idea will catch on more and Open shows return to what they were formerly, a really good day out.</w:t>
      </w:r>
    </w:p>
    <w:p>
      <w:r>
        <w:rPr>
          <w:b w:val="0"/>
          <w:i w:val="0"/>
        </w:rPr>
        <w:t>It is good to see that Mid Western Gundog Society show on 23rd February 2002 will be judged by specialist Mr Gary Johnson. (Schedules available from Miss C Smillie 01531 640102 after 6pm. Closing date 23rd January). Here in Herefordshire a picturesque New Year's Day 2002 came in with clear blue skies, frozen fields and icy winds, but luckily we escaped the snow, which fell in central and northern parts of England and Scotland.</w:t>
      </w:r>
    </w:p>
    <w:p>
      <w:r>
        <w:rPr>
          <w:b w:val="0"/>
          <w:i w:val="0"/>
        </w:rPr>
        <w:t>It was a pleasure each morning of the Christmas holiday to don hats, coats, scarves and gloves and walk across the frozen fields with the dogs. Everywhere looked so pretty and for once the ground underfoot was not muddy but decidedly firm.</w:t>
      </w:r>
    </w:p>
    <w:p>
      <w:r>
        <w:rPr>
          <w:b w:val="0"/>
          <w:i w:val="0"/>
        </w:rPr>
        <w:t>On Christmas Day our persistent mole gave us a present of 9 molehills in the dog paddock, only to better himself on New Year's day, by adding another 12 to the original 9. I am hoping the earth-worm population underground will soon be completely eaten up and he will eventually move on. Talking of worms of a different sort, in this case the toxacara variety in puppies, I do find worming puppies is fraught with problems.</w:t>
      </w:r>
    </w:p>
    <w:p>
      <w:r>
        <w:rPr>
          <w:b w:val="0"/>
          <w:i w:val="0"/>
        </w:rPr>
        <w:t>One produces wonderfully healthy puppies only to worm them and find that one or two are made very poorly indeed for a few days, apparently, as a direct result of worming. The last couple of litters I wormed I had no problems at all when I used a well known liquid wormer for puppies at two, four, six and eight weeks of age administered each time over three days.</w:t>
      </w:r>
    </w:p>
    <w:p>
      <w:r>
        <w:rPr>
          <w:b w:val="0"/>
          <w:i w:val="0"/>
        </w:rPr>
        <w:t>This time to try something new, I used a different liquid puppy-wormer, and gave it, as recommended, in a single dose at 2, 4, 6, and eight weeks of age. No problems with the first two doses, and then after the six weeks dose one poor pup was made very poorly. Happily, within forty eight hours he was fighting fit again now, but he really did need some tender loving care from me to get him back to his old self.</w:t>
      </w:r>
    </w:p>
    <w:p>
      <w:r>
        <w:rPr>
          <w:b w:val="0"/>
          <w:i w:val="0"/>
        </w:rPr>
        <w:t>This wormer is especially made for puppies, but in this particular case it appeared to be far too strong for this little chap. It seems ironic that in trying to do ones best for the pups, (ie getting them clear of round-worms, which all pups are born with), one is in danger of making outstandingly healthy animals ill with the potion required to do quite the opposite. What are other people's experiences of wormers?</w:t>
      </w:r>
    </w:p>
    <w:p>
      <w:r>
        <w:rPr>
          <w:b w:val="0"/>
          <w:i w:val="0"/>
        </w:rPr>
        <w:t>I have heard of several who have had problems in different breeds. I certainly shall be reverting to the drug I used previously and not experiment with other brands in future. I should have listened to the old saying if it ain't broke, don't fix it, ie if you are satisfied with one brand, why try another.</w:t>
      </w:r>
    </w:p>
    <w:p>
      <w:r>
        <w:rPr>
          <w:b w:val="0"/>
          <w:i w:val="0"/>
        </w:rPr>
        <w:t>I understand the drug companies express the view that it is not the wormer, which makes the pup ill, but the toxins from the build up of dead worms in the gut, which they say proves their wormers have worked very well indeed! It would be interesting to have some feedback from our readers on this.</w:t>
      </w:r>
    </w:p>
    <w:p>
      <w:r>
        <w:rPr>
          <w:b w:val="0"/>
          <w:i w:val="0"/>
        </w:rPr>
        <w:t>A sad note from Marilyn and Hugh Sidebottom, who say 'we have just lost our darling old boy Humaryn Just William (Nanairbra Shadow of Humaryn x Trewinnard Blacksmith) exactly two months after his twelfth birthday. The whole family are absolutely devastated as he was a favourite of all our children and grandchildren. He had the sweetest temperament and was a faithful companion.</w:t>
      </w:r>
    </w:p>
    <w:p>
      <w:r>
        <w:rPr>
          <w:b w:val="0"/>
          <w:i w:val="0"/>
        </w:rPr>
        <w:t>Many will remember him from the show ring and at local shows in the South West when we had our trade stand, where he would sit in a chair behind the table, often wearing a flat cap on his head.' Our condolences, Marilyn and Hugh , you will have such fond memories of him always.</w:t>
      </w:r>
    </w:p>
    <w:p>
      <w:r>
        <w:rPr>
          <w:b w:val="0"/>
          <w:i w:val="0"/>
        </w:rPr>
        <w:t>Ann Britton</w:t>
      </w:r>
    </w:p>
    <w:p>
      <w:r>
        <w:rPr>
          <w:b w:val="0"/>
          <w:i w:val="0"/>
        </w:rPr>
        <w:t>If you have any stories, news or relevant information that you would like to contribute to this breed note writer, please use the following contact details;</w:t>
      </w:r>
    </w:p>
    <w:p>
      <w:r>
        <w:rPr>
          <w:b w:val="0"/>
          <w:i w:val="0"/>
        </w:rPr>
        <w:t>Ann Britton</w:t>
      </w:r>
      <w:r>
        <w:br/>
      </w:r>
      <w:r>
        <w:rPr>
          <w:b w:val="0"/>
          <w:i w:val="0"/>
        </w:rPr>
        <w:br/>
        <w:t>01989 720665</w:t>
      </w:r>
      <w:r>
        <w:br/>
      </w:r>
      <w:r>
        <w:rPr>
          <w:b w:val="0"/>
          <w:i w:val="0"/>
        </w:rPr>
        <w:br/>
        <w:t>Fax 01989 720550</w:t>
      </w:r>
      <w:r>
        <w:br/>
      </w:r>
      <w:r>
        <w:rPr>
          <w:b w:val="0"/>
          <w:i w:val="0"/>
        </w:rPr>
        <w:br/>
        <w:t>email bowstones@btinternet.com</w:t>
      </w:r>
      <w:r>
        <w:br/>
      </w:r>
      <w:r>
        <w:rPr>
          <w:b w:val="0"/>
          <w:i w:val="0"/>
        </w:rPr>
        <w:br/>
        <w:t>Jim Nolan,</w:t>
      </w:r>
      <w:r>
        <w:br/>
      </w:r>
      <w:r>
        <w:rPr>
          <w:b w:val="0"/>
          <w:i w:val="0"/>
        </w:rPr>
        <w:br/>
        <w:t>nolan@veyatie.freeserve.co.uk</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