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- 3 Jul 2009"</w:t>
      </w:r>
      <w:r>
        <w:br/>
      </w:r>
      <w:r>
        <w:rPr>
          <w:b w:val="0"/>
          <w:i w:val="0"/>
        </w:rPr>
        <w:br/>
        <w:t>date_original: "3 Jul 2009"</w:t>
      </w:r>
      <w:r>
        <w:br/>
      </w:r>
      <w:r>
        <w:rPr>
          <w:b w:val="0"/>
          <w:i w:val="0"/>
        </w:rPr>
        <w:br/>
        <w:t>source_url: "https://www.ourdogs.co.uk/members/breednotes/2009/RetrieverLabrador/RetrieverLabrador-jul3.htm"</w:t>
      </w:r>
      <w:r>
        <w:br/>
      </w:r>
      <w:r>
        <w:rPr>
          <w:b w:val="0"/>
          <w:i w:val="0"/>
        </w:rPr>
        <w:br/>
        <w:t>archive_type: "static_html"</w:t>
      </w:r>
      <w:r>
        <w:br/>
      </w:r>
      <w:r>
        <w:rPr>
          <w:b w:val="0"/>
          <w:i w:val="0"/>
        </w:rPr>
        <w:br/>
        <w:t>scraped_at: "2026-09-13T22:02:35"</w:t>
      </w:r>
      <w:r>
        <w:br/>
      </w:r>
      <w:r>
        <w:rPr>
          <w:b w:val="0"/>
          <w:i w:val="0"/>
        </w:rPr>
        <w:br/>
        <w:t>word_count: 1130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My heartfelt thanks to all those who have rung, written, sent cards or emailed on hearing the sad news that my husband, George, was taken very ill early in the week following the Lab Club weekend. He remains in hospital.</w:t>
      </w:r>
    </w:p>
    <w:p>
      <w:r>
        <w:rPr>
          <w:b w:val="0"/>
          <w:i w:val="0"/>
        </w:rPr>
        <w:t>He so enjoyed chatting to his many pals around the Labrador ringside whilst I showed the dogs, his popularity reflected in the generosity of your concern. Sadly, he is not out of the woods yet.</w:t>
      </w:r>
      <w:r>
        <w:br/>
      </w:r>
      <w:r>
        <w:rPr>
          <w:b w:val="0"/>
          <w:i w:val="0"/>
        </w:rPr>
        <w:br/>
        <w:t>His demise came during the small hours immediately preceeding our great friends Arthur and Peggy Kelley’s joint funeral on 18th June. I was so glad to hear the funeral of such a much loved and respected couple was well attended by over 100 friends and family, plus of course, Daisy, their Labrador, taken on the day by Max and Sue Faulkner (Lewisan). The crematorium at Streetly, Sutton Coldfield, was absolutely packed, despite it being Gundog Day at Three Counties Ch Show.</w:t>
      </w:r>
    </w:p>
    <w:p>
      <w:r>
        <w:rPr>
          <w:b w:val="0"/>
          <w:i w:val="0"/>
        </w:rPr>
        <w:t>The judge at Three Counties was Margaret Rooth (Greenworth). The show was held at Malvern on the Thursday immediately before Border Union in Kelso on the Saturday; not easy for those travelling between the two venues during the working week. The winners were Dog CC, Best of Breed and 3rd in the Group under Andrew Brace, Mr Anthony and Erica Jayes black, Sh Ch Sandylands Pressed for Time (Rockabee Blue Peter of Sandylands x Rocheby Purple Shades at Sandylands).</w:t>
      </w:r>
    </w:p>
    <w:p>
      <w:r>
        <w:rPr>
          <w:b w:val="0"/>
          <w:i w:val="0"/>
        </w:rPr>
        <w:t>The Dog RCC went to Mrs J McDonalds Linnburnhead Reed Warbler, (Charway Water Reed at Brigburn x Linnburnhead Genie), a new one to me until he caught my eye a few weeks ago at SKC.</w:t>
      </w:r>
    </w:p>
    <w:p>
      <w:r>
        <w:rPr>
          <w:b w:val="0"/>
          <w:i w:val="0"/>
        </w:rPr>
        <w:t>Marlene Hepper continued her successful summer by winning the Bitch CC with Mardas Venetian Fanfare JW (Greenworth Vincent O’Brian at Mardas x Mardas Shooting Star) whilst Lorraine Tooth took the Bitch RCC with Ludalor Lancastria Chardonnay JW (Ch Ludalor Lunar Orbit JW x Ludalor Midsummer Sun). Best Puppy was the Mills Lembas Super Trouper (Lembas Top Ranking x Carpenny Wonder with Lembas).</w:t>
      </w:r>
    </w:p>
    <w:p>
      <w:r>
        <w:rPr>
          <w:b w:val="0"/>
          <w:i w:val="0"/>
        </w:rPr>
        <w:t>Normally we are at Border Union, but although entered, our absence brought forth the news of Georges hospitalisation. The judge was Christine Bailiss (Tissalian). The Dog CC was won by Shaun Williamsons Sh Ch Harrop Happy Go Lucky to Sharouns JW ShCM, (Lakemeadow Look no Further than Sharouns x On the Horizon to Harrop).</w:t>
      </w:r>
    </w:p>
    <w:p>
      <w:r>
        <w:rPr>
          <w:b w:val="0"/>
          <w:i w:val="0"/>
        </w:rPr>
        <w:t>The Dog RCC went to Lorraine Tooths Ch Ludalor Lunar Orbit JW (Ch Amberstope Blue Moon x Ch Ludalor Lily). The Bitch CC winner was Sh Ch Antonine Allure (Sh Ch Ramsayville Route Sixty Six x Trailblazer of Antonine) owned by Linda McGillivray and the Bitch RCC went to Shanorrell Splendour at Halshimoor (Rocheby Old Smokey x Halshimoor Dizzy Heights at Shanprrell) owned by the Balshaw and Rawlinson partnership. Best Puppy was the Reynolds Carromer Shimmering Diva (Rocheby State Occasion x Carromers Shakira JW).</w:t>
      </w:r>
    </w:p>
    <w:p>
      <w:r>
        <w:rPr>
          <w:b w:val="0"/>
          <w:i w:val="0"/>
        </w:rPr>
        <w:t>Emma Jenkinson, Newforem Labradors has written with the following. Do beware.</w:t>
      </w:r>
      <w:r>
        <w:br/>
      </w:r>
      <w:r>
        <w:rPr>
          <w:b w:val="0"/>
          <w:i w:val="0"/>
        </w:rPr>
        <w:br/>
        <w:t>Emma writes “I received a phone call this evening with some disturbing news. My recent litter from Lancastria Abbie at Newforem are being advertised on a website who is claiming the pups have been imported and are registered with the Kennel Club of India.</w:t>
      </w:r>
    </w:p>
    <w:p>
      <w:r>
        <w:rPr>
          <w:b w:val="0"/>
          <w:i w:val="0"/>
        </w:rPr>
        <w:t>Having looked at the site www.saleallpets.com there are three Labrador litters advertised, one of which is showing my litter pedigree and advertising the pups as imports with a video attached of a yellow litter. My pups are now all sold (in the UK) and are a lot older than what this site is claiming. They have all gone to homes where I have kept in contact with the new owners and none were sold abroad. All pups had breeding and export restrictions placed on them.</w:t>
      </w:r>
    </w:p>
    <w:p>
      <w:r>
        <w:rPr>
          <w:b w:val="0"/>
          <w:i w:val="0"/>
        </w:rPr>
        <w:t>I would just like to make other breeders aware that this is taking place. I can only presume that whoever has done this must have copied my litter’s pedigree from the Champdogs website.</w:t>
      </w:r>
      <w:r>
        <w:br/>
      </w:r>
      <w:r>
        <w:rPr>
          <w:b w:val="0"/>
          <w:i w:val="0"/>
        </w:rPr>
        <w:br/>
        <w:t>Whilst checking the website I noticed I had already received an e-mail from a person calling herself Tasha Phillips (Natasha) to inform me about the saleallpets site and requesting frozen semen from my dog. Having spoken to the owners of the sire of my litter, I hear that they too have received an e-mail written in broken English requesting frozen semen. Once again the sender of the email is named Natasha.</w:t>
      </w:r>
    </w:p>
    <w:p>
      <w:r>
        <w:rPr>
          <w:b w:val="0"/>
          <w:i w:val="0"/>
        </w:rPr>
        <w:t>I would like to ensure that other breeders are aware of what is going on and I will contact the Kennel Club to make them aware tomorrow. Emma Jenkinson.” Many thanks for this Emma.</w:t>
      </w:r>
    </w:p>
    <w:p>
      <w:r>
        <w:rPr>
          <w:b w:val="0"/>
          <w:i w:val="0"/>
        </w:rPr>
        <w:t>There are so many good things about the internet, but so many really bad ones too.</w:t>
      </w:r>
    </w:p>
    <w:p>
      <w:r>
        <w:rPr>
          <w:b w:val="0"/>
          <w:i w:val="0"/>
        </w:rP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