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- 11/04/2014 - ISSUE"</w:t>
      </w:r>
      <w:r>
        <w:br/>
      </w:r>
      <w:r>
        <w:rPr>
          <w:b w:val="0"/>
          <w:i w:val="0"/>
        </w:rPr>
        <w:br/>
        <w:t>date_original: "11/04/2014 - ISSUE"</w:t>
      </w:r>
      <w:r>
        <w:br/>
      </w:r>
      <w:r>
        <w:rPr>
          <w:b w:val="0"/>
          <w:i w:val="0"/>
        </w:rPr>
        <w:br/>
        <w:t>source_url: "https://www.ourdogs.co.uk/members/breednotes/RetrieverLabradorMain.php"</w:t>
      </w:r>
      <w:r>
        <w:br/>
      </w:r>
      <w:r>
        <w:rPr>
          <w:b w:val="0"/>
          <w:i w:val="0"/>
        </w:rPr>
        <w:br/>
        <w:t>scraped_at: "2026-09-13T15:34:25"</w:t>
      </w:r>
      <w:r>
        <w:br/>
      </w:r>
      <w:r>
        <w:rPr>
          <w:b w:val="0"/>
          <w:i w:val="0"/>
        </w:rPr>
        <w:br/>
        <w:t>word_count: 608</w:t>
      </w:r>
    </w:p>
    <w:p>
      <w:r>
        <w:t>――――――――――――――――――――――――――――――</w:t>
      </w:r>
    </w:p>
    <w:p>
      <w:r>
        <w:rPr>
          <w:b w:val="0"/>
          <w:i w:val="0"/>
        </w:rPr>
        <w:t>NEWS MEMBERS' AREA SHOP SUBSCRIBE UPCOMING SHOWS MORE</w:t>
      </w:r>
    </w:p>
    <w:p>
      <w:r>
        <w:rPr>
          <w:b w:val="0"/>
          <w:i w:val="0"/>
        </w:rPr>
        <w:t>RETRIEVER LABRADOR</w:t>
      </w:r>
    </w:p>
    <w:p>
      <w:r>
        <w:rPr>
          <w:b w:val="0"/>
          <w:i w:val="0"/>
        </w:rPr>
        <w:t>Issue: 11/04/2014</w:t>
      </w:r>
    </w:p>
    <w:p>
      <w:r>
        <w:rPr>
          <w:b w:val="0"/>
          <w:i w:val="0"/>
        </w:rPr>
        <w:t xml:space="preserve">Labrador Retriever Breed Notes for 11th April 2014  Margaret Barker. Secretary of the Labrador Club of Wales reminds exhibitors that entries for the club Open Show at Caerphilly on May 4th 2014, close on Saturday 12th May (Postmark). This clubs events always guarantee a pleasant day out in a most friendly atmosphere where everyone is made to feel very welcome. The judge is Mrs Liz Peggs and judging commences at 10.30am. For further details contact Margaret Barker on 01443842585. The Yellow Labrador Club held its very first Novice Judging Seminar at the Kennel Club Building, Stoneleigh in late March. 25 students took part along with ten observers.  </w:t>
      </w:r>
    </w:p>
    <w:p>
      <w:r>
        <w:rPr>
          <w:b w:val="0"/>
          <w:i w:val="0"/>
        </w:rPr>
        <w:t xml:space="preserve">Those attending were all treated to highly informative and entertaining presentations by Carole Coode, who went through the breed standard thoroughly and taught how to go over a dog, and Meg Purnell-Carpenter who gave lots of excellent tips on first- time judging and how to write a good critique. The team from 'Anne's CafÃ©' (Anne Lavelle and helpers) provided a lovely lunch and in the afternoon it was time for students to get their hands on some dogs. Five Championship Show judges, Carole Coode, Shelagh Walton, Sue Marskell, Gary Johnson, and Jackie Hodge were each paired with an 'anonymous' dog and each of the students was invited to go over the dog and form an opinion, which they then discussed informally with the judge. Afternoon tea then followed with a delicious selection of cakes. The Club sends a huge thank you to all involved in the organisation of the day; to the Championship Show judges, to the presenters, the dog owners and the dog handlers, the catering team, the admin team, and all those present on the day who created such a lovely atmosphere. </w:t>
      </w:r>
    </w:p>
    <w:p>
      <w:r>
        <w:rPr>
          <w:b w:val="0"/>
          <w:i w:val="0"/>
        </w:rPr>
        <w:t>The Labrador Club of Scotland held their championship show on Saturday 5th April 2014 The judges were husband and wife team Carole and Mervyn Reynolds. Carole judged the dogs and Mervyn the bitches. The winners were Dog CC and Best in Show - the Browns fifteen month old yellow dog Brighton Sarracenia winning his second CC on the day from Junior. Dog RCC winner was Shaun Williamsons yellow Sharouns Incognito. Bitch CC her third, at six and a half years of age, was won by Rawlinson and Balshaws yellow Shanorrall Splendour at Halshimoor. Well done, many congratulations. The Bitch RCC winner was Brian and Trish Parrots chocolate, Lougin Lamaze from Yearling Best Puppy in Show was David Coodes black Warringah's Gurley and best Veteran in Show was Wilsbury Kreme Cracker at Halshimoor JW.  Cotswold and Wyevern Lab Club are holding their first working test on Sunday 27th April at the Batsford Estate, Moreton in the Marsh by kind permission of Lord and Lady Dulverton. Puppy, Novice Dog/Novice Handler in the morning followed by Intermediate and Veteran in the afternoon (not before 1.30pm). Meet at 9am for 9.30am start. Dummy throwers, stewards and general helpers always appreciated. Schedule and entry form may be downloaded from the club website www: cotswoldandwyevernlabradorretrieverclub.co.uk/#/working- tests/4532014983</w:t>
      </w:r>
    </w:p>
    <w:p>
      <w:r>
        <w:rPr>
          <w:b w:val="0"/>
          <w:i w:val="0"/>
        </w:rPr>
        <w:t>Ann Britton</w:t>
      </w:r>
    </w:p>
    <w:p>
      <w:r>
        <w:rPr>
          <w:b w:val="0"/>
          <w:i w:val="0"/>
        </w:rPr>
        <w:t xml:space="preserve">01989720665 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