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- 14/12/2012"</w:t>
      </w:r>
      <w:r>
        <w:br/>
      </w:r>
      <w:r>
        <w:rPr>
          <w:b w:val="0"/>
          <w:i w:val="0"/>
        </w:rPr>
        <w:br/>
        <w:t>date_original: "14/12/2012"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"2026-09-13T22:44:57"</w:t>
      </w:r>
      <w:r>
        <w:br/>
      </w:r>
      <w:r>
        <w:rPr>
          <w:b w:val="0"/>
          <w:i w:val="0"/>
        </w:rPr>
        <w:br/>
        <w:t>word_count: 596</w:t>
      </w:r>
    </w:p>
    <w:p>
      <w:r>
        <w:t>――――――――――――――――――――――――――――――</w:t>
      </w:r>
    </w:p>
    <w:p>
      <w:r>
        <w:rPr>
          <w:b w:val="0"/>
          <w:i w:val="0"/>
        </w:rPr>
        <w:t>NEWS MEMBERS' AREA SHOP SUBSCRIBE UPCOMING SHOWS MORE</w:t>
      </w:r>
    </w:p>
    <w:p>
      <w:r>
        <w:rPr>
          <w:b w:val="0"/>
          <w:i w:val="0"/>
        </w:rPr>
        <w:t>RETRIEVER LABRADOR</w:t>
      </w:r>
    </w:p>
    <w:p>
      <w:r>
        <w:rPr>
          <w:b w:val="0"/>
          <w:i w:val="0"/>
        </w:rPr>
        <w:t>Issue: 14/12/2012</w:t>
      </w:r>
    </w:p>
    <w:p>
      <w:r>
        <w:rPr>
          <w:b w:val="0"/>
          <w:i w:val="0"/>
        </w:rPr>
        <w:t>Here is the list of judges approved to judge Labradors at the 2013 championship shows. Where there are two names listed, the first is for the Dogs and the second for the Bitches.</w:t>
      </w:r>
    </w:p>
    <w:p>
      <w:r>
        <w:rPr>
          <w:b w:val="0"/>
          <w:i w:val="0"/>
        </w:rPr>
        <w:t>11/01/2013. Boston &amp; District Canine Society. Rosemary Hewitt. 20/01/2013. Manchester Dog Show Society. E W Mjelde (Norway) 02/02/2013. The L.R.C. of Wales. Ronwein Phillips. Anthony Jury 03/03/2013. East Anglian L.R.C. Shaun Williamson. Keith Wallington. 09/03/2013. Crufts. Elise Nolan. Tom Grant. 16/03/2013. Three Ridings L.R.C. Denise Timms. Sue Marskell. 31/03/2013. Kent, Surrey &amp; Sussex L.R.C. Meriel Hathaway. M A Percival. 06/04/2013. The Labrador Club of Scotland. Ken Roy (Pakistan) Eeva Rautala. 20/04/2013. Midland Counties L.R.C. Margaret Coddington. Carol Reynolds. 26/04/2013. W.E.L.K.S. Jackie Hodge. Brian Parrott. 04/05/2013. Labrador Club of Northern Ireland. Anne Taylor. 10/05/2013. Birmingham Dog Show Society. Margaret Senior. 18/05/2013.  The Scottish Kennel Club. Sussie Wiles. 25/05/2013. Bath Canine Society. Lucy Kent. Richard Morris. 31/05/2013. Southern Counties C.A. Hans T. Lehtinen (Fin) Hans T. Lehtinen (Fin) 08/06/2013. The Labrador Retriever Club. Pat Gill Heather Wiles-Fone</w:t>
      </w:r>
    </w:p>
    <w:p>
      <w:r>
        <w:rPr>
          <w:b w:val="0"/>
          <w:i w:val="0"/>
        </w:rPr>
        <w:t>09/06/2013. Three Counties A.S. Richard Bott. 15/06/2013. Border Union A.S. Eric Parr. 22/06/2013. Blackpool &amp; District C.S. Andrew Brace. R M Scholes . 27/06/2013</w:t>
      </w:r>
    </w:p>
    <w:p>
      <w:r>
        <w:rPr>
          <w:b w:val="0"/>
          <w:i w:val="0"/>
        </w:rPr>
        <w:t>Windsor Dog Show Society. Joy Venturi-Rose. Joy Venturi-Rose. 03/07/2013. Cotswold &amp; Wyevern L.R.C. Leigh Lesley. Mary Cox. 07/07/2013. East of England A.S. Alison Scutcher. Frank Whyte. 28/07/2013. Leeds City &amp; Dist. C.A. Lesley Dantinnes. 04/08/2013. National Gundog Assn. Geoff Allen. Dale Elliot. 06/08/2013. Paignton &amp; Dist Fanciers Assn. Shelagh Walton. 11/08/2013. Bournemouth Canine Assn. Gary Johnson. Pam Blay. 14/08/2013. United Retriever Club. Jane Rawlinson. Mark Rawlinson. 18/08/2013. Welsh Kennel Club. Rui Oliveira (Port) 25/08/2013. The Scottish Kennel Club. Sian Ellis. 01/09/2013. City of Birmingham C.A. David Nightingale. 08/09/2013. Richmond Dog Show Society. Elaine Cannon. 15/09/2013. Darlington Dog Show Society. Frank Gilroy. 20/09/2013. Driffield Agricultural Society</w:t>
      </w:r>
    </w:p>
    <w:p>
      <w:r>
        <w:rPr>
          <w:b w:val="0"/>
          <w:i w:val="0"/>
        </w:rPr>
        <w:t>Elizabeth Hallgarth. 25/09/2013. Yellow Labrador Club. Mark Rawlinson. Per Iversen (Norway) 28/09/2013. Belfast Dog Show Society. Ron James. 05/10/2013. Northumberland &amp; Durham L.R.C. Janet Cole. Judith Charlton. 06/10/2013. North West L.R.C. Erica Jayes. Isobel Key. 11/10/2013. South Wales K.A. Yolande Shirton. 16/10/2013. Gundog Society of Wales. To be confirmed. 20/10/2013. The Lab Club of Wales (Joint Show) Liz Cartledge. Mary O`Donoghue. 27/10/2013. Midland Counties</w:t>
      </w:r>
    </w:p>
    <w:p>
      <w:r>
        <w:rPr>
          <w:b w:val="0"/>
          <w:i w:val="0"/>
        </w:rPr>
        <w:t>Maureen Floyd. 02/11/2013. West of England L.R.C. To be confirmed. 09/11/2013. Gundog Breeds Assn. Of Scotland. To be confirmed. 15/12/2013 Ladies Kennel Association. Lynda Miles</w:t>
      </w:r>
    </w:p>
    <w:p>
      <w:r>
        <w:rPr>
          <w:b w:val="0"/>
          <w:i w:val="0"/>
        </w:rPr>
        <w:t>Ann Britton</w:t>
      </w:r>
    </w:p>
    <w:p>
      <w:r>
        <w:rPr>
          <w:b w:val="0"/>
          <w:i w:val="0"/>
        </w:rPr>
        <w:t>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