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- 21/09/2012"</w:t>
      </w:r>
      <w:r>
        <w:br/>
      </w:r>
      <w:r>
        <w:rPr>
          <w:b w:val="0"/>
          <w:i w:val="0"/>
        </w:rPr>
        <w:br/>
        <w:t>date_original: "21/09/2012"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"2026-09-13T22:45:27"</w:t>
      </w:r>
      <w:r>
        <w:br/>
      </w:r>
      <w:r>
        <w:rPr>
          <w:b w:val="0"/>
          <w:i w:val="0"/>
        </w:rPr>
        <w:br/>
        <w:t>word_count: 885</w:t>
      </w:r>
    </w:p>
    <w:p>
      <w:r>
        <w:t>――――――――――――――――――――――――――――――</w:t>
      </w:r>
    </w:p>
    <w:p>
      <w:r>
        <w:rPr>
          <w:b w:val="0"/>
          <w:i w:val="0"/>
        </w:rPr>
        <w:t>NEWS MEMBERS' AREA SHOP SUBSCRIBE UPCOMING SHOWS MORE</w:t>
      </w:r>
    </w:p>
    <w:p>
      <w:r>
        <w:rPr>
          <w:b w:val="0"/>
          <w:i w:val="0"/>
        </w:rPr>
        <w:t>RETRIEVER LABRADOR</w:t>
      </w:r>
    </w:p>
    <w:p>
      <w:r>
        <w:rPr>
          <w:b w:val="0"/>
          <w:i w:val="0"/>
        </w:rPr>
        <w:t>Issue: 21/09/2012</w:t>
      </w:r>
    </w:p>
    <w:p>
      <w:r>
        <w:rPr>
          <w:b w:val="0"/>
          <w:i w:val="0"/>
        </w:rPr>
        <w:t>As they say, a week in politics is a long time and so it is with my world at the moment. One day I was happily enjoying judging lovely Labradors at Richmond in bright sunshine on a warm September day and seeing my Best of Breed win the Gundog Group, when the very next morning I was plunged into darkness when I received the news that my poor husband George, who has been so desperately ill for so long, had finally passed away in the nursing home where he had been cared for superbly for the past three years.</w:t>
      </w:r>
    </w:p>
    <w:p>
      <w:r>
        <w:rPr>
          <w:b w:val="0"/>
          <w:i w:val="0"/>
        </w:rPr>
        <w:t>The following days were frantic. Someone should publish a book of all the things which need to be done before planning a funeral. Living in the heart of the country does not make it any easier as Registries of Births and Deaths are in cities and our nearest city is some a way off.</w:t>
      </w:r>
    </w:p>
    <w:p>
      <w:r>
        <w:rPr>
          <w:b w:val="0"/>
          <w:i w:val="0"/>
        </w:rPr>
        <w:t>Luckily the Registrar whom I eventually met used to breed and show Weimaraners at top level and ran the breed rescue for many years so we were well away there.</w:t>
      </w:r>
    </w:p>
    <w:p>
      <w:r>
        <w:rPr>
          <w:b w:val="0"/>
          <w:i w:val="0"/>
        </w:rPr>
        <w:t>I would point out however that that was once we had finally managed to bypass the receptionist, who extra vigilant in her task, appeared similar to those who guard the Doctors surgery appointments-list with their lives, and seem primed to let no-one pass under any circumstance whatsoever.</w:t>
      </w:r>
    </w:p>
    <w:p>
      <w:r>
        <w:rPr>
          <w:b w:val="0"/>
          <w:i w:val="0"/>
        </w:rPr>
        <w:t>With utter callousness and no "I am so sorry to hear of the loss of your husband this morning" she firmly insisted we could not just turn up to register the death that day or be seen without an appointment, and that it was most un-orthodox to have done so. We should go away and make an appointment for another day later that week.(You have 5 days to register and one day had nearly gone already).</w:t>
      </w:r>
    </w:p>
    <w:p>
      <w:r>
        <w:rPr>
          <w:b w:val="0"/>
          <w:i w:val="0"/>
        </w:rPr>
        <w:t>I would point out at this juncture that the cavernous Victorian Town Hall Registry was completely void of customers! Not a soul waiting to be seen and the wall clock, solidly echoing loudly around the empty space, ticking towards staff home-time with one and a half hours to go!</w:t>
      </w:r>
    </w:p>
    <w:p>
      <w:r>
        <w:rPr>
          <w:b w:val="0"/>
          <w:i w:val="0"/>
        </w:rPr>
        <w:t>I was not in the mood to be put off and  thanks to the dog world connection things took a turn for the better when the Weimaraner lady who was the Registrar saw us and called us in to her office. We were in fact able to bypass the guard and were dealt with most kindly from that point on. The process towards the funeral was finally started. For those who receive their Our Dogs on a Thursday, the funeral is today, the 20th September at Linton Parish Church, Ross on Wye HR9 7RY at 2.30pm and afterwards in the village hall next door.</w:t>
      </w:r>
    </w:p>
    <w:p>
      <w:r>
        <w:rPr>
          <w:b w:val="0"/>
          <w:i w:val="0"/>
        </w:rPr>
        <w:t>The people in the dog world have been so very supportive and I would so like to thank you all for the literally hundreds of cards, letters, messages and beautiful flowers you have sent me. I am truly grateful and lifted by your support.</w:t>
      </w:r>
    </w:p>
    <w:p>
      <w:r>
        <w:rPr>
          <w:b w:val="0"/>
          <w:i w:val="0"/>
        </w:rPr>
        <w:t>The results of Darlington show on 16th September where Moa Perrson judged an entry of 210 dogs and bitches are as follows:-</w:t>
      </w:r>
    </w:p>
    <w:p>
      <w:r>
        <w:rPr>
          <w:b w:val="0"/>
          <w:i w:val="0"/>
        </w:rPr>
        <w:t>Dog CC, Best of Breed and 2nd in the Gundog Group under Frank Kane was Mrs Linda Hess's yellow Sh Ch Am &amp; Can Ch Salty Dog Of Tampa Bay</w:t>
      </w:r>
    </w:p>
    <w:p>
      <w:r>
        <w:rPr>
          <w:b w:val="0"/>
          <w:i w:val="0"/>
        </w:rPr>
        <w:t>Res Dog CC was Mr G Procters Penkaric Masquerade</w:t>
      </w:r>
    </w:p>
    <w:p>
      <w:r>
        <w:rPr>
          <w:b w:val="0"/>
          <w:i w:val="0"/>
        </w:rPr>
        <w:t>Bitch CC-: Mrs A Williams &amp; Mr D Craigs black, Foulby The Duchess</w:t>
      </w:r>
    </w:p>
    <w:p>
      <w:r>
        <w:rPr>
          <w:b w:val="0"/>
          <w:i w:val="0"/>
        </w:rPr>
        <w:t>Res Bitch CC - Mr &amp; Mrs R I Dawsons yellow Beskerby Larksong JW</w:t>
      </w:r>
    </w:p>
    <w:p>
      <w:r>
        <w:rPr>
          <w:b w:val="0"/>
          <w:i w:val="0"/>
        </w:rPr>
        <w:t>Best Puppy -  Mrs J Charlton's yellow Foxrush Remember the Time</w:t>
      </w:r>
    </w:p>
    <w:p>
      <w:r>
        <w:rPr>
          <w:b w:val="0"/>
          <w:i w:val="0"/>
        </w:rPr>
        <w:t>Marion Hopkinson has advised that there will be an eye testing session on 18th October at Styrrup Village Hall as usual; 10-30 am start with Dr Rob Pontefract, all welcome ring 01302742791 for details.</w:t>
      </w:r>
    </w:p>
    <w:p>
      <w:r>
        <w:rPr>
          <w:b w:val="0"/>
          <w:i w:val="0"/>
        </w:rPr>
        <w:t>The Gundog Club of North Wales are holding a Gundogs Working Certificate day on 29th September 2012 at Overton on Dee, near Wrexham.</w:t>
      </w:r>
    </w:p>
    <w:p>
      <w:r>
        <w:rPr>
          <w:b w:val="0"/>
          <w:i w:val="0"/>
        </w:rPr>
        <w:t>There are two spaces left for dogs and handlers on a first come first serve basis. Entry fee is Â£20. Please email for further details if interested email. overmarshlabradors@yahoo.com</w:t>
      </w:r>
    </w:p>
    <w:p>
      <w:r>
        <w:rPr>
          <w:b w:val="0"/>
          <w:i w:val="0"/>
        </w:rPr>
        <w:t>Midland Counties Labrador Retriever Club Open show was held on the 8th September the day before Richmond Championship Show. The winners were:-</w:t>
      </w:r>
    </w:p>
    <w:p>
      <w:r>
        <w:rPr>
          <w:b w:val="0"/>
          <w:i w:val="0"/>
        </w:rPr>
        <w:t>BIS: Hopkinsons Rocheby Silk Gown. RBIS: Hepper's Mardas Magical Mystery Tour JW. BEST DOG: Metcalfe's Bilbo Baggins By Baileydale JW ShCM. BEST PUPPY: Reynolds Carromers Blue Lagoon. BEST VETERAN: Neal's SH.CH Ludalor Lunar Eclipse Over Amberstope JW.</w:t>
      </w:r>
    </w:p>
    <w:p>
      <w:r>
        <w:rPr>
          <w:b w:val="0"/>
          <w:i w:val="0"/>
        </w:rPr>
        <w:t>Reading &amp; District Kennel Association has had to change the date of its 2012 show. FROM Saturday 24th November TO:  Sunday 2nd December 2012 The amended schedule is on Fosse data website.</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