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- 14/07/2017 - ISSUE"</w:t>
      </w:r>
      <w:r>
        <w:br/>
      </w:r>
      <w:r>
        <w:rPr>
          <w:b w:val="0"/>
          <w:i w:val="0"/>
        </w:rPr>
        <w:br/>
        <w:t>date_original: "14/07/2017 - ISSUE"</w:t>
      </w:r>
      <w:r>
        <w:br/>
      </w:r>
      <w:r>
        <w:rPr>
          <w:b w:val="0"/>
          <w:i w:val="0"/>
        </w:rPr>
        <w:br/>
        <w:t>source_url: "https://www.ourdogs.co.uk/members/breednotes/RetrieverLabradorMain.php"</w:t>
      </w:r>
      <w:r>
        <w:br/>
      </w:r>
      <w:r>
        <w:rPr>
          <w:b w:val="0"/>
          <w:i w:val="0"/>
        </w:rPr>
        <w:br/>
        <w:t>scraped_at: "2026-09-13T15:25:36"</w:t>
      </w:r>
      <w:r>
        <w:br/>
      </w:r>
      <w:r>
        <w:rPr>
          <w:b w:val="0"/>
          <w:i w:val="0"/>
        </w:rPr>
        <w:br/>
        <w:t>word_count: 1394</w:t>
      </w:r>
    </w:p>
    <w:p>
      <w:r>
        <w:t>――――――――――――――――――――――――――――――</w:t>
      </w:r>
    </w:p>
    <w:p>
      <w:r>
        <w:rPr>
          <w:b w:val="0"/>
          <w:i w:val="0"/>
        </w:rPr>
        <w:t>NEWS MEMBERS' AREA SHOP SUBSCRIBE UPCOMING SHOWS MORE</w:t>
      </w:r>
    </w:p>
    <w:p>
      <w:r>
        <w:rPr>
          <w:b w:val="0"/>
          <w:i w:val="0"/>
        </w:rPr>
        <w:t>RETRIEVER LABRADOR</w:t>
      </w:r>
    </w:p>
    <w:p>
      <w:r>
        <w:rPr>
          <w:b w:val="0"/>
          <w:i w:val="0"/>
        </w:rPr>
        <w:t>Issue: 14/07/2017</w:t>
      </w:r>
    </w:p>
    <w:p>
      <w:r>
        <w:rPr>
          <w:b w:val="0"/>
          <w:i w:val="0"/>
        </w:rPr>
        <w:t>Do remember it is Midland Counties Lab Club Fun Training Day/Garden Party / Puppy Party this weekend, Saturday 15th July from 12noon at Michael and Judi Neachells home. DE13 7DH</w:t>
      </w:r>
    </w:p>
    <w:p>
      <w:r>
        <w:rPr>
          <w:b w:val="0"/>
          <w:i w:val="0"/>
        </w:rPr>
        <w:t>I am sure Labrador exhibitor, Donna Goodall (Beaverbrook) will not mind my saying "Well Done" on her final weigh-in on her 50th birthday as an extremely svelte size 12. Yes, with the help of fitness instructors at the gym and under the eye of her medics, Donna has reached her target weight and shed an amazing 12stone since this time last year. She is now a very happy, very slim and petite, well toned and fit lady.  A reminder that Donna  is running in the Race for Life at Worcester Racecourse in aid of Cancer Research this coming weekend on 16th July 2017. I mentioned that she was running in the race a month or so ago in these notes and many have already very kindly donated. In case any others would like to help the cause  Donnas Just Giving link is https://fundraise.cancerresearchuk.org/page/donnas-fundraising-page-228. Thank you on her behalf to all who have contributed towards Cancer Research.</w:t>
      </w:r>
    </w:p>
    <w:p>
      <w:r>
        <w:rPr>
          <w:b w:val="0"/>
          <w:i w:val="0"/>
        </w:rPr>
        <w:t>Donna and her husband, Phil will be returning to our midst in the next few months with an exciting new yellow dog puppy to show. I wonder how many will take a double look at the slim- line Donna and think, "Havent I seen that person somewhere before?" " I wonder where?"</w:t>
      </w:r>
    </w:p>
    <w:p>
      <w:r>
        <w:rPr>
          <w:b w:val="0"/>
          <w:i w:val="0"/>
        </w:rPr>
        <w:t>Get Well wishes from us all go to Margaret Gawthorpe, who is recovering having been poorly.</w:t>
      </w:r>
    </w:p>
    <w:p>
      <w:r>
        <w:rPr>
          <w:b w:val="0"/>
          <w:i w:val="0"/>
        </w:rPr>
        <w:t>Cotswold and Wyevern LRC held their well organised 22nd Championship Show midweek at Malvern. The judges were Frank Whyte (Kazval) judging Dogs and Linda Harvey Major ( Linjor) judging Bitches. There was a joint entry of 202 made up from 89 dogs and 113 Bitches.</w:t>
      </w:r>
    </w:p>
    <w:p>
      <w:r>
        <w:rPr>
          <w:b w:val="0"/>
          <w:i w:val="0"/>
        </w:rPr>
        <w:t>It was a boiling hot sunny day. Judging was indoors, in the cool of the Avon Hall. Car parking was right next to the hall. No benching, but helpful Committee Member Karen Bambrook assisted with carrying my crate and once the intricacies of setting up a modern crate were understood, the dogs were quickly and comfortably housed. It was one of those relaxed, really enjoyable events where everyone seemed happy and content. (I later demonstrated being relaxed by accidentally missing two of my classes being outside having a natter in the shade with pal. That will teach me to pay better attention!).</w:t>
      </w:r>
    </w:p>
    <w:p>
      <w:r>
        <w:rPr>
          <w:b w:val="0"/>
          <w:i w:val="0"/>
        </w:rPr>
        <w:t>Erica Jayes was busy with food preparation whilst David Tayler was in charge of handing over the newly published Pedigree books to those who had ordered them for delivery at Cots and Wye, or just wished to buy one outright. An excellent publication, full of photos and pedigrees of qualified dogs and bitches, make sure you get a copy, it is part of a historic series running from 1972.</w:t>
      </w:r>
    </w:p>
    <w:p>
      <w:r>
        <w:rPr>
          <w:b w:val="0"/>
          <w:i w:val="0"/>
        </w:rPr>
        <w:t>Good to see long standing Treasurer Peter Palmer, a founder member and former Secretary, Janet Cooke, in attendance and committee member and former Labrador exhibitor, (before golf took over), Pam Perry helping out by stewarding as ever at the annual show. The new Secretary Ms C Jenkins was ably assisted when and if needed, by former Secretary, Karl Gawthorpe who is now Secretary of the Labrador Retriever Club and was referee on the day.</w:t>
      </w:r>
    </w:p>
    <w:p>
      <w:r>
        <w:rPr>
          <w:b w:val="0"/>
          <w:i w:val="0"/>
        </w:rPr>
        <w:t>Judging started at 9.30 am and was over by mid afternoon.</w:t>
      </w:r>
    </w:p>
    <w:p>
      <w:r>
        <w:rPr>
          <w:b w:val="0"/>
          <w:i w:val="0"/>
        </w:rPr>
        <w:t>The winners were Dog CC his 14th, David Coodes Ch Warringahs Perth JW Sh CM. The Dog RCC went to Sander Nugterens yellow Int Sh Ch /Du/Ger/Ch Mocnys Knoxville (Int Sh Ch Seawind Polish Poker x Ch Mysis Usvainen Meri) handled by his current minder in the UK, Linda McGillivray.</w:t>
      </w:r>
    </w:p>
    <w:p>
      <w:r>
        <w:rPr>
          <w:b w:val="0"/>
          <w:i w:val="0"/>
        </w:rPr>
        <w:t>The Bitch CC and Best in Show on the referee, Karl Gawthorpe's decision, was won by an absolutely elated, utterly overjoyed, Mr and Mrs  OBrien with their yellow Maxfield Maybelline JW (Sh Am Ch Salty Dog of Tampa Bay x Mandursans Miss Demeanour of Maxfield) who had shown her future potential four years ago when I recall she was Best Puppy under Heather Wiles at the prestigious Lab Club Ch show.</w:t>
      </w:r>
    </w:p>
    <w:p>
      <w:r>
        <w:rPr>
          <w:b w:val="0"/>
          <w:i w:val="0"/>
        </w:rPr>
        <w:t>Bitch RCC went to Marion Hopkinsons yellow Hayley Sun in Their Eyes ( Am Ch Gateways Nothin' but Trouble x Rocheby Sweet Crystal) whilst Best Puppy in Show, adding to the O'Briens sheer euphoria went to their 11 month old  Maxfield Arabella, half sister to the Bitch CC winner sharing the same dam x Fin Ch Devonshires London Edition.</w:t>
      </w:r>
    </w:p>
    <w:p>
      <w:r>
        <w:rPr>
          <w:b w:val="0"/>
          <w:i w:val="0"/>
        </w:rPr>
        <w:t>Fiona Braddons  seven year old yellow Trendlewood Love Chronicle (Sh Ch Brockburrow Cassanov in Linjor x Trendlewood Wild Honey) was Best Veteran</w:t>
      </w:r>
    </w:p>
    <w:p>
      <w:r>
        <w:rPr>
          <w:b w:val="0"/>
          <w:i w:val="0"/>
        </w:rPr>
        <w:t>Knowing her true grit and positive determination I was not surprised to see Carole Coode looking fit and well at Cotswold and Wyevern LRC just a couple of weeks after her hip replacement. At least she sat down most of the day. Knowing Caroles enthusiasm and resilience, I wouldnt have been at all surprised if she had stepped into the ring, danced a jig and then shown a dog, but luckily she stayed put in her chair most of the time, beside long time pal, Diana Beckett enjoying a day at a show and no doubt noticing how much Labradors have lost their uniformity and changed to all shapes and sizes in the last few years.</w:t>
      </w:r>
    </w:p>
    <w:p>
      <w:r>
        <w:rPr>
          <w:b w:val="0"/>
          <w:i w:val="0"/>
        </w:rPr>
        <w:t>Two days later, with temperatures in the upper twenties, exhibitors with more energy than me in this hot humid weather, regrouped at Peterborough, for Gundog Day at East of England Ch Show which was held on Friday 7th July. The judge was Mr C Hancock from Dublin, Ireland with a first time breed championship show entry of 166 dogs and bitches.</w:t>
      </w:r>
    </w:p>
    <w:p>
      <w:r>
        <w:rPr>
          <w:b w:val="0"/>
          <w:i w:val="0"/>
        </w:rPr>
        <w:t xml:space="preserve">The winners were Dog CC and BOB Miss Jillian Bolds black Shaymiloney </w:t>
      </w:r>
    </w:p>
    <w:p>
      <w:r>
        <w:rPr>
          <w:b w:val="0"/>
          <w:i w:val="0"/>
        </w:rPr>
        <w:t>Senate JW. His first CC, he is bred by Hailey Brambles and is another from the successful litter sired by Mardas Roman Republic x Shaymilone Sweet Pea and born in January 2014.</w:t>
      </w:r>
    </w:p>
    <w:p>
      <w:r>
        <w:rPr>
          <w:b w:val="0"/>
          <w:i w:val="0"/>
        </w:rPr>
        <w:t>Dog RCC - Fiona Macleans choc Afinmore Alain JW Sh CM (Afinmore Aristotle x Afinmore Alana)</w:t>
      </w:r>
    </w:p>
    <w:p>
      <w:r>
        <w:rPr>
          <w:b w:val="0"/>
          <w:i w:val="0"/>
        </w:rPr>
        <w:t>Bitch CC - Jo and Andy Metcalfes Baileydale Miss Busybody JW (SH Ch Carpenny Made a Million x Sandylands Spring Blossom for Baileydale JWShCM)</w:t>
      </w:r>
    </w:p>
    <w:p>
      <w:r>
        <w:rPr>
          <w:b w:val="0"/>
          <w:i w:val="0"/>
        </w:rPr>
        <w:t xml:space="preserve">Bitch RCC - Claire and Chris Mills black, Lembas Go Gentle JW ( Sandylands </w:t>
      </w:r>
    </w:p>
    <w:p>
      <w:r>
        <w:rPr>
          <w:b w:val="0"/>
          <w:i w:val="0"/>
        </w:rPr>
        <w:t>Gentle Touch at Lembas x Sh Ch Lembas Mamma Mia JW)</w:t>
      </w:r>
    </w:p>
    <w:p>
      <w:r>
        <w:rPr>
          <w:b w:val="0"/>
          <w:i w:val="0"/>
        </w:rPr>
        <w:t xml:space="preserve">Best Puppy - Marion Hopkinsons black dog,  Stelainross Nimrod at Rocheby ( Rocheby </w:t>
      </w:r>
    </w:p>
    <w:p>
      <w:r>
        <w:rPr>
          <w:b w:val="0"/>
          <w:i w:val="0"/>
        </w:rPr>
        <w:t>Town Cryer x Stelainros Westlife)</w:t>
      </w:r>
    </w:p>
    <w:p>
      <w:r>
        <w:rPr>
          <w:b w:val="0"/>
          <w:i w:val="0"/>
        </w:rPr>
        <w:t>Best Veteran was the Metcalfes yellow Ch Bilbo Baggins by Baileydale JW ShCM ( Baileydale Bon Bon x Willokin Liberty Fayre)</w:t>
      </w:r>
    </w:p>
    <w:p>
      <w:r>
        <w:rPr>
          <w:b w:val="0"/>
          <w:i w:val="0"/>
        </w:rPr>
        <w:t xml:space="preserve">To close, a jolly tale against myself. In this hot weather I have been getting the dogs out for their morning walk quite early. As I was nursing a sore shoulder and walking them along a very underused lane with just a few random cottages spaced higher up, on the steep hillside above the lane, I decided to take Tilly ( Sh Ch M Pastiche of B) off the lead. Shes very well behaved and if a vehicle should approach, I knew I simply had to call her and she would return to my side. </w:t>
      </w:r>
    </w:p>
    <w:p>
      <w:r>
        <w:rPr>
          <w:b w:val="0"/>
          <w:i w:val="0"/>
        </w:rPr>
        <w:t>So, off she went, trotting happily along the lane, then all of a sudden she galloped off, right, up the steep grassy hill, then fast up the front garden steps of a cottage and before I could shout "stop" entered the open front door and ran straight through someone's house!</w:t>
      </w:r>
    </w:p>
    <w:p>
      <w:r>
        <w:rPr>
          <w:b w:val="0"/>
          <w:i w:val="0"/>
        </w:rPr>
        <w:t>Luckily the chap there thought it was frightfully funny when she finally decided to come out at the same enthusiastic speed with which she had entered, having done about three circuits of the cottage, upstairs and down ! The owner may have laughed but his dog however, looked on from its compound in utter disgusted amazement! The rest of the walk was on the lead as normal!</w:t>
      </w:r>
    </w:p>
    <w:p>
      <w:r>
        <w:rPr>
          <w:b w:val="0"/>
          <w:i w:val="0"/>
        </w:rPr>
        <w:t xml:space="preserve">Ann Britton </w:t>
      </w:r>
    </w:p>
    <w:p>
      <w:r>
        <w:rPr>
          <w:b w:val="0"/>
          <w:i w:val="0"/>
        </w:rPr>
        <w:t xml:space="preserve">01989720665 </w:t>
      </w:r>
    </w:p>
    <w:p>
      <w:r>
        <w:rPr>
          <w:b w:val="0"/>
          <w:i w:val="0"/>
        </w:rPr>
        <w:t xml:space="preserve">email 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