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Feb 2008"</w:t>
      </w:r>
      <w:r>
        <w:br/>
      </w:r>
      <w:r>
        <w:rPr>
          <w:b w:val="0"/>
          <w:i w:val="0"/>
        </w:rPr>
        <w:br/>
        <w:t>date_original: "1 Feb 2008"</w:t>
      </w:r>
      <w:r>
        <w:br/>
      </w:r>
      <w:r>
        <w:rPr>
          <w:b w:val="0"/>
          <w:i w:val="0"/>
        </w:rPr>
        <w:br/>
        <w:t>source_url: "https://www.ourdogs.co.uk/members/breednotes/2008/RetrieverLabrador/RetrieverLabrador-feb1.htm"</w:t>
      </w:r>
      <w:r>
        <w:br/>
      </w:r>
      <w:r>
        <w:rPr>
          <w:b w:val="0"/>
          <w:i w:val="0"/>
        </w:rPr>
        <w:br/>
        <w:t>archive_type: "static_html"</w:t>
      </w:r>
      <w:r>
        <w:br/>
      </w:r>
      <w:r>
        <w:rPr>
          <w:b w:val="0"/>
          <w:i w:val="0"/>
        </w:rPr>
        <w:br/>
        <w:t>scraped_at: "2026-09-13T22:04:32"</w:t>
      </w:r>
      <w:r>
        <w:br/>
      </w:r>
      <w:r>
        <w:rPr>
          <w:b w:val="0"/>
          <w:i w:val="0"/>
        </w:rPr>
        <w:br/>
        <w:t>word_count: 1224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Continuing the review of the winners of 2007, this week, it is the turn of the 23 bitch CC winners. There were two less than in 2006; eleven blacks and 12 yellows, whose ages ranged from 15 months to 7 years. Congratulations to you all.</w:t>
      </w:r>
    </w:p>
    <w:p>
      <w:r>
        <w:rPr>
          <w:b w:val="0"/>
          <w:i w:val="0"/>
        </w:rPr>
        <w:t>Where the awards are equal the names are listed alphabetically by affix.</w:t>
      </w:r>
      <w:r>
        <w:br/>
      </w:r>
      <w:r>
        <w:rPr>
          <w:b w:val="0"/>
          <w:i w:val="0"/>
        </w:rPr>
        <w:br/>
        <w:t>The Top winning Labrador Bitch was the Brown family’s 3 year old yellow, Sh Ch Alanwood Spring Breeze over Ramsayville (Greenworth Odds Against x Alanwood Lady Jazmine), bred by Mr Marchant and Ms Mulligan. She won a further 11 CCs and 6 BOBs during 2007, her tally now standing at 13CCs and 8 BOBs. She won at Boston, Lab Club of Wales (BOB), Southern Counties, Border Union (BOB), Windsor, SKC (BOB), Richmond (BOB), Darlington (BOB), Belfast(BOB), NW Lab and LKA.</w:t>
      </w:r>
    </w:p>
    <w:p>
      <w:r>
        <w:rPr>
          <w:b w:val="0"/>
          <w:i w:val="0"/>
        </w:rPr>
        <w:t>In 2007 the Hodge family’s 3 year old black, Ch Naiken Russian Rhythm, (Ramsayville Rogue Trader x Naiken Old Curiosity), previously discussed two weeks ago in the new champions section, won 3 CCs. She won at Paignton, WKC and City of Birmingham (BOB).</w:t>
      </w:r>
    </w:p>
    <w:p>
      <w:r>
        <w:rPr>
          <w:b w:val="0"/>
          <w:i w:val="0"/>
        </w:rPr>
        <w:t>Winning 3 CCs was Marlene Heppers 3 year old black, Sh Ch Mardas Sahara Silk, (Brigburn Sedge x Mardas Café Noir) previouly discussed in the new champions section, she won at URC, Driffield and Gundog Society of Wales.</w:t>
      </w:r>
    </w:p>
    <w:p>
      <w:r>
        <w:rPr>
          <w:b w:val="0"/>
          <w:i w:val="0"/>
        </w:rPr>
        <w:t>Winning 2 CCs and 2 BOBs was Kira and Felicity Leith Ross’s classic 7 year old black Sw.Int.Fr. Sh Ch Pooles Memory of Tintagel Winds, (Ch Carromer Charlie Chalk x Tr Lasting Memory of Tintagel Winds), who won the CC at Manchester (BOB) and at the Yellow Lab Club, where she went Best Veteran and Best in Show from an entry of 380 dogs and bitches.</w:t>
      </w:r>
    </w:p>
    <w:p>
      <w:r>
        <w:rPr>
          <w:b w:val="0"/>
          <w:i w:val="0"/>
        </w:rPr>
        <w:t>Anne Taylors black Fabracken Remember Me (Steeleigh American Express x Fabracken Pure Meadow Brown) won 2 CCs and 1 BOB. She won the CC at Three Counties (BOB) and at Gundog Breeds of Scotland.</w:t>
      </w:r>
    </w:p>
    <w:p>
      <w:r>
        <w:rPr>
          <w:b w:val="0"/>
          <w:i w:val="0"/>
        </w:rPr>
        <w:t>Mr Anthony and Erica Jayes 2 year old yellow, Sandylands Gayle (Sh Ch Sandylands Gad- About x Rocheby Purple Shades of Sandylands), won two CCs and one BOB at SWKA (BOB) and at Bournemouth.</w:t>
      </w:r>
    </w:p>
    <w:p>
      <w:r>
        <w:rPr>
          <w:b w:val="0"/>
          <w:i w:val="0"/>
        </w:rPr>
        <w:t>Judith Charltons 1 year old yellow Sretlaw Spring Connection with Foxrush, (Rocheby Statesman x Sretlaw Kiss Me Kate) won 2 CCs, one with BIS. Her first was at SKC in May and her 2nd was at the Labrador Retriever Club where she went Best in Show.</w:t>
      </w:r>
    </w:p>
    <w:p>
      <w:r>
        <w:rPr>
          <w:b w:val="0"/>
          <w:i w:val="0"/>
        </w:rPr>
        <w:t>Mr and Mrs Roberts 7 year old yellow Stormrose Sweet Promise JW Sh Cm (Sh Ch Braunspath Discovery JW x Stormrose Sweet Dream) won the CC at Three Ridings Lab Club and at Midland Counties Canine Society.</w:t>
      </w:r>
    </w:p>
    <w:p>
      <w:r>
        <w:rPr>
          <w:b w:val="0"/>
          <w:i w:val="0"/>
        </w:rPr>
        <w:t>David Coodes 5 year old yellow Ch Warringah’s Bunya JW (Ch Warringah’s Digger x Warringah’s Bunyip) previously discussed in the new champions section won two CCs; at Leeds and at National Gundog.</w:t>
      </w:r>
    </w:p>
    <w:p>
      <w:r>
        <w:rPr>
          <w:b w:val="0"/>
          <w:i w:val="0"/>
        </w:rPr>
        <w:t>Listed alphabetically by affix and winning 1 CC with Best of Breed were:-</w:t>
      </w:r>
      <w:r>
        <w:br/>
      </w:r>
      <w:r>
        <w:rPr>
          <w:b w:val="0"/>
          <w:i w:val="0"/>
        </w:rPr>
        <w:br/>
        <w:t>Jean and Gary Johnsons 1 year old yellow Cremino Christmas Rose JW(Int Ch Ahti Aspen of Finnwoods x Cremino Country Rose) who won at East of England.</w:t>
      </w:r>
    </w:p>
    <w:p>
      <w:r>
        <w:rPr>
          <w:b w:val="0"/>
          <w:i w:val="0"/>
        </w:rPr>
        <w:t>Noelene Dodd and Mrs Holts Sh Ch Eneleon Amber who was BIS at the Lab Club of Scotland.</w:t>
      </w:r>
      <w:r>
        <w:br/>
      </w:r>
      <w:r>
        <w:rPr>
          <w:b w:val="0"/>
          <w:i w:val="0"/>
        </w:rPr>
        <w:br/>
        <w:t>Heather Fones yellow 2year old, Heatherbourne Silver Lace (Loch Mor Spencer x It Ch Sokeri of Heatherbourne).</w:t>
      </w:r>
    </w:p>
    <w:p>
      <w:r>
        <w:rPr>
          <w:b w:val="0"/>
          <w:i w:val="0"/>
        </w:rPr>
        <w:t>Listed alphabetically by affix and winning 1 CC during 2007 were :-</w:t>
      </w:r>
      <w:r>
        <w:br/>
      </w:r>
      <w:r>
        <w:rPr>
          <w:b w:val="0"/>
          <w:i w:val="0"/>
        </w:rPr>
        <w:br/>
        <w:t>Mr and Mrs Cadmans 4 year old yellow Anglepoise Annabelle (Ch Carpenny Anchorman x Crawcrook Fire Fly of Anglepoise who won at WELKS.</w:t>
      </w:r>
    </w:p>
    <w:p>
      <w:r>
        <w:rPr>
          <w:b w:val="0"/>
          <w:i w:val="0"/>
        </w:rPr>
        <w:t>Penny Carpaninis 6year old yellow Carpenny Annika (Ch Carpenny Anchorman x Carpenny Coral) won at Blackpool.</w:t>
      </w:r>
    </w:p>
    <w:p>
      <w:r>
        <w:rPr>
          <w:b w:val="0"/>
          <w:i w:val="0"/>
        </w:rPr>
        <w:t>Carole and Mervyn 1 year old black Reynolds Carromer Shakira JW (Rocheby Old Smokey x Amberstope Lou Lou by Carromer) won at the Birmingham National Dog Show.</w:t>
      </w:r>
    </w:p>
    <w:p>
      <w:r>
        <w:rPr>
          <w:b w:val="0"/>
          <w:i w:val="0"/>
        </w:rPr>
        <w:t>Debbie Bishops 6 year old black, Sh Ch Demadon Diamond by Design (Trendlewood Rainstorm x Trendlewood Rhythm n Blues in Demadon) was previously discussed in the new champions section. She won the CC at Midland Counties Lab Club.</w:t>
      </w:r>
    </w:p>
    <w:p>
      <w:r>
        <w:rPr>
          <w:b w:val="0"/>
          <w:i w:val="0"/>
        </w:rPr>
        <w:t>Glenys Fryers 2 year old black, Halshimoor Hi Five to Fulwell (Sh Ch Wilsbury Wildfire at Halshimoor xCarpenny Wyela at Halshimoor), won the CC at Bath.</w:t>
      </w:r>
    </w:p>
    <w:p>
      <w:r>
        <w:rPr>
          <w:b w:val="0"/>
          <w:i w:val="0"/>
        </w:rPr>
        <w:t>The Allen and Guildford partnerships 4 year old yellow Harrop Canasta at Mandursan (Allenies MacCallum x Carromer Imogen of Allenie), won the CC at Cotswold and Wyevern Lab Club.</w:t>
      </w:r>
      <w:r>
        <w:br/>
      </w:r>
      <w:r>
        <w:rPr>
          <w:b w:val="0"/>
          <w:i w:val="0"/>
        </w:rPr>
        <w:br/>
        <w:t>Isobel Keys 2 year old black Keydella Kristie (Sh Ch Keydella Keswick x Keydella Koala) won the CC at East Anglian Lab Club.</w:t>
      </w:r>
    </w:p>
    <w:p>
      <w:r>
        <w:rPr>
          <w:b w:val="0"/>
          <w:i w:val="0"/>
        </w:rPr>
        <w:t>Penny Carpanini’s yellow Sh Ch Mambrinos Spellbound (Ch Carpenny Wapole x Nor Ch Mambrinos Lemony) won the CC at Crufts.</w:t>
      </w:r>
    </w:p>
    <w:p>
      <w:r>
        <w:rPr>
          <w:b w:val="0"/>
          <w:i w:val="0"/>
        </w:rPr>
        <w:t>Miss P Teasdales 4 year old black, Pendeby Satin Sashes (Sh Ch Rocheby Whisky Mac x Rocheby Ribbons) won at West of England Lab Club.</w:t>
      </w:r>
    </w:p>
    <w:p>
      <w:r>
        <w:rPr>
          <w:b w:val="0"/>
          <w:i w:val="0"/>
        </w:rPr>
        <w:t>Mr and Mrs Gardners 6 year old, black Rewari Executive of Clanross (Castleduff Mr Tom x Rewari Ebonee) won the CC at Northumberland and Durham Lab Club.</w:t>
      </w:r>
    </w:p>
    <w:p>
      <w:r>
        <w:rPr>
          <w:b w:val="0"/>
          <w:i w:val="0"/>
        </w:rPr>
        <w:t>Leigh Lesleys 5 year old black Sh Ch Steeleigh Star Performer JW (Ch Keenes Seafarers Star JW x Steeleigh worth the Wait JW) previously discussed in the new champions section won at the Lab Club of Northern Ireland. This finalises the review of the CC winners of 2007.</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