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- 25/10/2019 - ISSUE"</w:t>
      </w:r>
      <w:r>
        <w:br/>
      </w:r>
      <w:r>
        <w:rPr>
          <w:b w:val="0"/>
          <w:i w:val="0"/>
        </w:rPr>
        <w:br/>
        <w:t>date_original: "25/10/2019 - ISSUE"</w:t>
      </w:r>
      <w:r>
        <w:br/>
      </w:r>
      <w:r>
        <w:rPr>
          <w:b w:val="0"/>
          <w:i w:val="0"/>
        </w:rPr>
        <w:br/>
        <w:t>source_url: "https://www.ourdogs.co.uk/members/breednotes/RetrieverLabradorMain.php"</w:t>
      </w:r>
      <w:r>
        <w:br/>
      </w:r>
      <w:r>
        <w:rPr>
          <w:b w:val="0"/>
          <w:i w:val="0"/>
        </w:rPr>
        <w:br/>
        <w:t>scraped_at: "2026-09-13T15:19:02"</w:t>
      </w:r>
      <w:r>
        <w:br/>
      </w:r>
      <w:r>
        <w:rPr>
          <w:b w:val="0"/>
          <w:i w:val="0"/>
        </w:rPr>
        <w:br/>
        <w:t>word_count: 667</w:t>
      </w:r>
    </w:p>
    <w:p>
      <w:r>
        <w:t>――――――――――――――――――――――――――――――</w:t>
      </w:r>
    </w:p>
    <w:p>
      <w:r>
        <w:rPr>
          <w:b w:val="0"/>
          <w:i w:val="0"/>
        </w:rPr>
        <w:t>NEWS MEMBERS' AREA SHOP SUBSCRIBE UPCOMING SHOWS MORE</w:t>
      </w:r>
    </w:p>
    <w:p>
      <w:r>
        <w:rPr>
          <w:b w:val="0"/>
          <w:i w:val="0"/>
        </w:rPr>
        <w:t>RETRIEVER LABRADOR</w:t>
      </w:r>
    </w:p>
    <w:p>
      <w:r>
        <w:rPr>
          <w:b w:val="0"/>
          <w:i w:val="0"/>
        </w:rPr>
        <w:t>Issue: 25/10/2019</w:t>
      </w:r>
    </w:p>
    <w:p>
      <w:r>
        <w:rPr>
          <w:b w:val="0"/>
          <w:i w:val="0"/>
        </w:rPr>
        <w:t xml:space="preserve">Gundog Society of Wales Championship show was held midweek at Malvern. The judge was Huw Bishop, in the centre of the ring at this level for his second time. Whilst the day was bright and sunny,  judging was thankfully indoors as the grass ring area outside was waterlogged throughout from persistent heavy rain during the month of October. </w:t>
      </w:r>
    </w:p>
    <w:p>
      <w:r>
        <w:rPr>
          <w:b w:val="0"/>
          <w:i w:val="0"/>
        </w:rPr>
        <w:t xml:space="preserve">The winners were:- </w:t>
      </w:r>
    </w:p>
    <w:p>
      <w:r>
        <w:rPr>
          <w:b w:val="0"/>
          <w:i w:val="0"/>
        </w:rPr>
        <w:t xml:space="preserve">Dog CC and Best of Breed Christine Bailiss yellow SH CH Tissalian Hi Jack JW </w:t>
      </w:r>
    </w:p>
    <w:p>
      <w:r>
        <w:rPr>
          <w:b w:val="0"/>
          <w:i w:val="0"/>
        </w:rPr>
        <w:t xml:space="preserve">The Dog Res CC  went to the Hodge familyÃ¢â‚¬â„¢s young junior black, Naiken East Meets West. </w:t>
      </w:r>
    </w:p>
    <w:p>
      <w:r>
        <w:rPr>
          <w:b w:val="0"/>
          <w:i w:val="0"/>
        </w:rPr>
        <w:t xml:space="preserve">Continuing a great day for the Hodges, their black Naiken Carinsia then won the Bitch CC, her second, whilst the Bitch RCC went to Chris and Claire Mills yellow, Lembas Crackling Rosie JW </w:t>
      </w:r>
    </w:p>
    <w:p>
      <w:r>
        <w:rPr>
          <w:b w:val="0"/>
          <w:i w:val="0"/>
        </w:rPr>
        <w:t>Best Puppy was Andy and Jo Metcalfes yellow, Baileydale Miss Tiggywinkle  whilst Best Veteran was Mrs JA Wallaces Richbourne Signature Tune of Tiaja.</w:t>
      </w:r>
    </w:p>
    <w:p>
      <w:r>
        <w:rPr>
          <w:b w:val="0"/>
          <w:i w:val="0"/>
        </w:rPr>
        <w:t>The following weekend North West Lab Club held their championship show. The judges were Sue Marskell (dogs) and Chris Mills (Bitches)</w:t>
      </w:r>
    </w:p>
    <w:p>
      <w:r>
        <w:rPr>
          <w:b w:val="0"/>
          <w:i w:val="0"/>
        </w:rPr>
        <w:t>I gather the Dog CC was a first for the Hodges black junior Naiken East Meets West, who went Best in Show, whilst the Browns black junior, Ramsayville Revolver was awarded the RCC.</w:t>
      </w:r>
    </w:p>
    <w:p>
      <w:r>
        <w:rPr>
          <w:b w:val="0"/>
          <w:i w:val="0"/>
        </w:rPr>
        <w:t xml:space="preserve">The Bitch CC was a third crowning CC for the yellow, Saranden Rock Your Baby owned and bred by Sarah and Dennis Mclellan, whilst the Bitch RCC was won by the Hodges Naiken Etoile. </w:t>
      </w:r>
    </w:p>
    <w:p>
      <w:r>
        <w:rPr>
          <w:b w:val="0"/>
          <w:i w:val="0"/>
        </w:rPr>
        <w:t>I am afraid I have no record of Best Puppy at the moment. Do remember to forward me your results if you wish them to appear in print.</w:t>
      </w:r>
    </w:p>
    <w:p>
      <w:r>
        <w:rPr>
          <w:b w:val="0"/>
          <w:i w:val="0"/>
        </w:rPr>
        <w:t>The Labrador Club of Wales held their Open Show in Caerphilly on the same sunny day as NW Lab Club Show.</w:t>
      </w:r>
    </w:p>
    <w:p>
      <w:r>
        <w:rPr>
          <w:b w:val="0"/>
          <w:i w:val="0"/>
        </w:rPr>
        <w:t>Always a friendly well organised welcoming event, with easy parking, prize money, homemade food and good company, the judge was Elaine Grummett (Manorwell). Best in Show was my own yellow bitch, Bowstones Polka. (Llanstinan Hot Toddy of Bowstones JW x Sh Ch Martinstide Pastiche of Bowstones JW) .</w:t>
      </w:r>
    </w:p>
    <w:p>
      <w:r>
        <w:rPr>
          <w:b w:val="0"/>
          <w:i w:val="0"/>
        </w:rPr>
        <w:t xml:space="preserve">Reserve Best in Show was  Penny Carpaninis black bitch, Carpenny Philly (Carpenny Primo x Follies Fine Finnish at Carpenny). </w:t>
      </w:r>
    </w:p>
    <w:p>
      <w:r>
        <w:rPr>
          <w:b w:val="0"/>
          <w:i w:val="0"/>
        </w:rPr>
        <w:t xml:space="preserve">Best Dog and Best Opposite Sex was Heather Chapmans yellow, Daisypatch Jelly Tot (Rocheby Town Cryer x Rocheby Gingersnap at Daisypatch) </w:t>
      </w:r>
    </w:p>
    <w:p>
      <w:r>
        <w:rPr>
          <w:b w:val="0"/>
          <w:i w:val="0"/>
        </w:rPr>
        <w:t>Best Puppy was Mrs LillyÃ¢â‚¬â„¢s black Chyanhal Trezelah (Sh Ch Trendlewood Born To Run x Ch Trewinnard Pimlico) ably shown by proficient young handler, Becca Mills.</w:t>
      </w:r>
    </w:p>
    <w:p>
      <w:r>
        <w:rPr>
          <w:b w:val="0"/>
          <w:i w:val="0"/>
        </w:rPr>
        <w:t>At SouthWest Gundog under judge Jo Macdonald,  Lucy Kent won BOB and Gp 3 with Mrs Lallys black Sh Ch Trewinnard Pimilco and Best Puppy and RBOB and Puppy Gp 4 with Chyanhal Trevose of Trewinnard.</w:t>
      </w:r>
    </w:p>
    <w:p>
      <w:r>
        <w:rPr>
          <w:b w:val="0"/>
          <w:i w:val="0"/>
        </w:rPr>
        <w:t xml:space="preserve">Short notes this week as I am only just back home from the Welsh Lab Club show. </w:t>
      </w:r>
    </w:p>
    <w:p>
      <w:r>
        <w:rPr>
          <w:b w:val="0"/>
          <w:i w:val="0"/>
        </w:rPr>
        <w:t xml:space="preserve">One thing I noticed during the past week worth commenting on is reading that some DNA test results, for example those for EIC and HPNK, from various laboratories are proving to be inaccurate. Examples were given where results were queried and later the retested results completely contradicted the first results. Carriers were clear all the time and vice versa. Not a satisfactory situation at all and extremely alarming and disappointing if true. </w:t>
      </w:r>
    </w:p>
    <w:p>
      <w:r>
        <w:rPr>
          <w:b w:val="0"/>
          <w:i w:val="0"/>
        </w:rPr>
        <w:t xml:space="preserve">Let me know if you have any experience of this. </w:t>
      </w:r>
    </w:p>
    <w:p>
      <w:r>
        <w:rPr>
          <w:b w:val="0"/>
          <w:i w:val="0"/>
        </w:rPr>
        <w:t xml:space="preserve">Not directly connected with the above but sadly it now appears impossible to contact Petagenics who offered a competitive DNA testing service , used by many of us over the last year or so.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