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- 06/04/2018 - ISSUE"</w:t>
      </w:r>
      <w:r>
        <w:br/>
      </w:r>
      <w:r>
        <w:rPr>
          <w:b w:val="0"/>
          <w:i w:val="0"/>
        </w:rPr>
        <w:br/>
        <w:t>date_original: "06/04/2018 - ISSUE"</w:t>
      </w:r>
      <w:r>
        <w:br/>
      </w:r>
      <w:r>
        <w:rPr>
          <w:b w:val="0"/>
          <w:i w:val="0"/>
        </w:rPr>
        <w:br/>
        <w:t>source_url: "https://www.ourdogs.co.uk/members/breednotes/RetrieverLabradorMain.php"</w:t>
      </w:r>
      <w:r>
        <w:br/>
      </w:r>
      <w:r>
        <w:rPr>
          <w:b w:val="0"/>
          <w:i w:val="0"/>
        </w:rPr>
        <w:br/>
        <w:t>scraped_at: "2026-09-13T15:23:26"</w:t>
      </w:r>
      <w:r>
        <w:br/>
      </w:r>
      <w:r>
        <w:rPr>
          <w:b w:val="0"/>
          <w:i w:val="0"/>
        </w:rPr>
        <w:br/>
        <w:t>word_count: 629</w:t>
      </w:r>
    </w:p>
    <w:p>
      <w:r>
        <w:t>――――――――――――――――――――――――――――――</w:t>
      </w:r>
    </w:p>
    <w:p>
      <w:r>
        <w:rPr>
          <w:b w:val="0"/>
          <w:i w:val="0"/>
        </w:rPr>
        <w:t>NEWS MEMBERS' AREA SHOP SUBSCRIBE UPCOMING SHOWS MORE</w:t>
      </w:r>
    </w:p>
    <w:p>
      <w:r>
        <w:rPr>
          <w:b w:val="0"/>
          <w:i w:val="0"/>
        </w:rPr>
        <w:t>RETRIEVER LABRADOR</w:t>
      </w:r>
    </w:p>
    <w:p>
      <w:r>
        <w:rPr>
          <w:b w:val="0"/>
          <w:i w:val="0"/>
        </w:rPr>
        <w:t>Issue: 06/04/2018</w:t>
      </w:r>
    </w:p>
    <w:p>
      <w:r>
        <w:rPr>
          <w:b w:val="0"/>
          <w:i w:val="0"/>
        </w:rPr>
        <w:t xml:space="preserve">Short notes this week as copy was needed before Easter. </w:t>
      </w:r>
    </w:p>
    <w:p>
      <w:r>
        <w:rPr>
          <w:b w:val="0"/>
          <w:i w:val="0"/>
        </w:rPr>
        <w:t>The Yellow Lab Club held their midweek Annual Open Show, for yellows only, at Southam. (Oh dear, my iPad is off on its tricks again. It's just changed Southam to Southampton. Such a nuisance. It's being inventive  with my spelling yet again! I have to double check before sending anything off in case there are some big, completely  unintended howlers caused by its unwanted intrusion).</w:t>
      </w:r>
    </w:p>
    <w:p>
      <w:r>
        <w:rPr>
          <w:b w:val="0"/>
          <w:i w:val="0"/>
        </w:rPr>
        <w:t xml:space="preserve">To return to the all yellow, Yellow Lab Club show, the "get-together for chat and lunch" informal Labrador event of the year, which turned out to be an international affair. </w:t>
      </w:r>
    </w:p>
    <w:p>
      <w:r>
        <w:rPr>
          <w:b w:val="0"/>
          <w:i w:val="0"/>
        </w:rPr>
        <w:t xml:space="preserve">The judge Lena Johassen came  from Sweden and the Best in Show dog was bred in Finland and came with his owner all the way from St Petersburg, Russia. </w:t>
      </w:r>
    </w:p>
    <w:p>
      <w:r>
        <w:rPr>
          <w:b w:val="0"/>
          <w:i w:val="0"/>
        </w:rPr>
        <w:t xml:space="preserve">That latter journey puts my moaning about driving from Herefordshire  to Southam in a dense, fog-like, non stop, deluge of heavy spray on the motorway, somewhat in the shade. </w:t>
      </w:r>
    </w:p>
    <w:p>
      <w:r>
        <w:rPr>
          <w:b w:val="0"/>
          <w:i w:val="0"/>
        </w:rPr>
        <w:t>All four lanes of the M5 were full of traffic, cars and lorries. It amazes me, in such awful road conditions where sane drivers obviously take extra care, slow down and use fog lights, that insane ones just zoom past, risking aquaplaning in the excess water on the carriageway, with no lights on at all, yet alone fog lights. Wonder what they think that pretty picture of a fog light on the dashboard is for?</w:t>
      </w:r>
    </w:p>
    <w:p>
      <w:r>
        <w:rPr>
          <w:b w:val="0"/>
          <w:i w:val="0"/>
        </w:rPr>
        <w:t>The results of the judging from an entry of 91 were Best Dog and Best in Show Ms Kaplenkova's Fin Ch Mallorn's Flintstone</w:t>
      </w:r>
    </w:p>
    <w:p>
      <w:r>
        <w:rPr>
          <w:b w:val="0"/>
          <w:i w:val="0"/>
        </w:rPr>
        <w:t>Reserve Best Dog Braddon's Trendlewood Born To Run JW</w:t>
      </w:r>
    </w:p>
    <w:p>
      <w:r>
        <w:rPr>
          <w:b w:val="0"/>
          <w:i w:val="0"/>
        </w:rPr>
        <w:t>Best Puppy Dog King's Linthwaite Excalibur</w:t>
      </w:r>
    </w:p>
    <w:p>
      <w:r>
        <w:rPr>
          <w:b w:val="0"/>
          <w:i w:val="0"/>
        </w:rPr>
        <w:t>Best Bitch and Reserve Best in Show Braddon's Trendlewood Strange Magic</w:t>
      </w:r>
    </w:p>
    <w:p>
      <w:r>
        <w:rPr>
          <w:b w:val="0"/>
          <w:i w:val="0"/>
        </w:rPr>
        <w:t>Reserve Best Bitch Shirton's Woolman Proper Dream Maker</w:t>
      </w:r>
    </w:p>
    <w:p>
      <w:r>
        <w:rPr>
          <w:b w:val="0"/>
          <w:i w:val="0"/>
        </w:rPr>
        <w:t>Best Bitch Puppy Charlton's Classical Act At Foxrush.</w:t>
      </w:r>
    </w:p>
    <w:p>
      <w:r>
        <w:rPr>
          <w:b w:val="0"/>
          <w:i w:val="0"/>
        </w:rPr>
        <w:t xml:space="preserve">As readers are probably aware, Lorna Blackie sustained horrendous injuries in an accident at Birmingham Rail Station on her way to Crufts.  Lorna was due to judge at the forthcoming Labrador Club of Scotland Ch Show. David Nightingale has taken over her entry. I understand Lorna  has at last been brought out of the induced coma into which she had been placed and is once again recognising family members. Our thoughts and best wishes go to Lorna, who has to be one of the nicest, kindest people in the Labradors world. She has been a skilled judge and respected breeder and exhibitor of the well known Cricklecreek Labradors for many years. </w:t>
      </w:r>
    </w:p>
    <w:p>
      <w:r>
        <w:rPr>
          <w:b w:val="0"/>
          <w:i w:val="0"/>
        </w:rPr>
        <w:t>The Labrador Club of Potomac Show in America is imminent (my iPads just changed  imminent into 11 Ant). Several of our breeders attend the Potomac annually and others, visit occasionally. An outside event, held over several days, the weather there can be very variable ; some years it's soaking wet every single day, and other years, it's sizzlingly hot throughout.</w:t>
      </w:r>
    </w:p>
    <w:p>
      <w:r>
        <w:rPr>
          <w:b w:val="0"/>
          <w:i w:val="0"/>
        </w:rPr>
        <w:t>One of the many judges this year is Fiona Brandon. I advised her of the message last week from the Potomac club regarding TICKS at this years event. Evidently dogs AND HUMANS must be all protected as ticks are rife in the area! Ugh, not nice!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