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- 25/02/2011"</w:t>
      </w:r>
      <w:r>
        <w:br/>
      </w:r>
      <w:r>
        <w:rPr>
          <w:b w:val="0"/>
          <w:i w:val="0"/>
        </w:rPr>
        <w:br/>
        <w:t>date_original: "25/02/2011"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"2026-09-13T22:49:16"</w:t>
      </w:r>
      <w:r>
        <w:br/>
      </w:r>
      <w:r>
        <w:rPr>
          <w:b w:val="0"/>
          <w:i w:val="0"/>
        </w:rPr>
        <w:br/>
        <w:t>word_count: 679</w:t>
      </w:r>
    </w:p>
    <w:p>
      <w:r>
        <w:t>――――――――――――――――――――――――――――――</w:t>
      </w:r>
    </w:p>
    <w:p>
      <w:r>
        <w:rPr>
          <w:b w:val="0"/>
          <w:i w:val="0"/>
        </w:rPr>
        <w:t>NEWS MEMBERS' AREA SHOP SUBSCRIBE UPCOMING SHOWS MORE</w:t>
      </w:r>
    </w:p>
    <w:p>
      <w:r>
        <w:rPr>
          <w:b w:val="0"/>
          <w:i w:val="0"/>
        </w:rPr>
        <w:t>RETRIEVER LABRADOR</w:t>
      </w:r>
    </w:p>
    <w:p>
      <w:r>
        <w:rPr>
          <w:b w:val="0"/>
          <w:i w:val="0"/>
        </w:rPr>
        <w:t>Issue: 25/02/2011</w:t>
      </w:r>
    </w:p>
    <w:p>
      <w:r>
        <w:rPr>
          <w:b w:val="0"/>
          <w:i w:val="0"/>
        </w:rPr>
        <w:t>Cotswold and Wyevern Lab Club held an Open show judged by Mrs Pam Perry (Senendal) at Norton Village Hall, near Worcester. Many thanks go to club Secretary, Karl Gawthorpe, for the results. Best in Show was Fiona Braddon's black dog Trendlewood Only To Fly. Reserve Best in Show was Michael Neachell's yellow dog, Carpenny Micha at Suttonpark. Best Opposite Sex was Leigh Lesley's  Steeleigh Dream Along JW. Best Puppy in Show &amp; Best Minor Puppy in Show was Penny Carpanini's yellow Carpenny Vassar and Best Veteran was Max and Sue Faulkner's Lewisan Lou Lou</w:t>
      </w:r>
    </w:p>
    <w:p>
      <w:r>
        <w:rPr>
          <w:b w:val="0"/>
          <w:i w:val="0"/>
        </w:rPr>
        <w:t>The club AGM was held after the show.  Mrs Lynn Minchella has stepped down as Hon Working Test Secretary and Mrs Sharon Rogers is now the new Acting Hon Working Test Secretary. Sharon's address is 11 Beechwood Drive, Bussage, Stroud, Glos GL6 8JP Tel:01453 886752 e-mail: woodmist@hotmail.co.uk</w:t>
      </w:r>
    </w:p>
    <w:p>
      <w:r>
        <w:rPr>
          <w:b w:val="0"/>
          <w:i w:val="0"/>
        </w:rPr>
        <w:t>Short notes this week, I'm just back from spending a day courtesy of the NHS. Having got up to do the dogs at 5am in the morning and then driven to the hospital via a massive nose to tail 15mile traffic jam, I only just made my 9am appointment so inspiration for the notes is a bit thin this week.</w:t>
      </w:r>
    </w:p>
    <w:p>
      <w:r>
        <w:rPr>
          <w:b w:val="0"/>
          <w:i w:val="0"/>
        </w:rPr>
        <w:t>Anyway, rather than leaving you nothing to read, perhaps there is space for just one little Labrador joke but please don't read on if you haven't got a broad mind!</w:t>
      </w:r>
    </w:p>
    <w:p>
      <w:r>
        <w:rPr>
          <w:b w:val="0"/>
          <w:i w:val="0"/>
        </w:rPr>
        <w:t>FBI Dog; A man is sitting in an airliner, which is about to take off when another man with a Labrador Retriever occupies the two empty seats beside him. The Lab is situated in the middle, and the first man is looking quizzically at the dog when the second man explains that they work for the airline.  The airline rep says, 'Don't mind Sniffer; he's a sniffing dog, the best there is; I'll show you once we get airborne when I put him to work.'</w:t>
      </w:r>
    </w:p>
    <w:p>
      <w:r>
        <w:rPr>
          <w:b w:val="0"/>
          <w:i w:val="0"/>
        </w:rPr>
        <w:t>The plane takes off and levels out when the handler says to the first man,  Watch this' He tells the dog, 'Sniffer, search.' Sniffer jumps down, walks along the aisle, and sits next to a woman for a few seconds. He then returns to his seat and puts one paw on the handler's arm. He says, 'Good boy.' The airline rep turns to the first man and says, 'That woman is in possession of marijuana, so I'm making a note of this and her seat number for the police who will apprehend her on arrival.' 'Fantastic!' replies the first man. Once again he sends Sniffer off to search the aisles.</w:t>
      </w:r>
    </w:p>
    <w:p>
      <w:r>
        <w:rPr>
          <w:b w:val="0"/>
          <w:i w:val="0"/>
        </w:rPr>
        <w:t>The Lab sniffs about, sits down beside a man for a few seconds, returns to his seat, and places two paws on the handler's arm. The airline rep says, 'That man is carrying cocaine, so again I'm making a note of this and the seat number.' 'I like it!' says the first man.</w:t>
      </w:r>
    </w:p>
    <w:p>
      <w:r>
        <w:rPr>
          <w:b w:val="0"/>
          <w:i w:val="0"/>
        </w:rPr>
        <w:t>A third time the rep sends Sniffer out to search the aisles. Sniffer goes up and down the plane and after a while sits down next to someone.</w:t>
      </w:r>
    </w:p>
    <w:p>
      <w:r>
        <w:rPr>
          <w:b w:val="0"/>
          <w:i w:val="0"/>
        </w:rPr>
        <w:t>He then comes racing back, jumps up onto his seat, and poops all over the aisle and the seat. The first man is really grossed out by this behaviour from a supposedly well-trained sniffing dog and asks, 'What the hell is going on with this stupid dog?' The handler nervously replies, 'He just found a bomb!'</w:t>
      </w:r>
    </w:p>
    <w:p>
      <w:r>
        <w:rPr>
          <w:b w:val="0"/>
          <w:i w:val="0"/>
        </w:rPr>
        <w:t>Ann Britton 01989720665</w:t>
      </w:r>
    </w:p>
    <w:p>
      <w:r>
        <w:rPr>
          <w:b w:val="0"/>
          <w:i w:val="0"/>
        </w:rPr>
        <w:t>emailbowstones@btinternet.com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