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title: "Labrador Breed Notes - 06/03/2015 - ISSUE"</w:t>
      </w:r>
      <w:r>
        <w:br/>
      </w:r>
      <w:r>
        <w:rPr>
          <w:b w:val="0"/>
          <w:i w:val="0"/>
        </w:rPr>
        <w:br/>
        <w:t>date_original: "06/03/2015 - ISSUE"</w:t>
      </w:r>
      <w:r>
        <w:br/>
      </w:r>
      <w:r>
        <w:rPr>
          <w:b w:val="0"/>
          <w:i w:val="0"/>
        </w:rPr>
        <w:br/>
        <w:t>source_url: "https://www.ourdogs.co.uk/members/breednotes/RetrieverLabradorMain.php"</w:t>
      </w:r>
      <w:r>
        <w:br/>
      </w:r>
      <w:r>
        <w:rPr>
          <w:b w:val="0"/>
          <w:i w:val="0"/>
        </w:rPr>
        <w:br/>
        <w:t>scraped_at: "2026-09-13T15:32:05"</w:t>
      </w:r>
      <w:r>
        <w:br/>
      </w:r>
      <w:r>
        <w:rPr>
          <w:b w:val="0"/>
          <w:i w:val="0"/>
        </w:rPr>
        <w:br/>
        <w:t>word_count: 277</w:t>
      </w:r>
    </w:p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NEWS MEMBERS' AREA SHOP SUBSCRIBE UPCOMING SHOWS MORE</w:t>
      </w:r>
    </w:p>
    <w:p>
      <w:r>
        <w:rPr>
          <w:b w:val="0"/>
          <w:i w:val="0"/>
        </w:rPr>
        <w:t>RETRIEVER LABRADOR</w:t>
      </w:r>
    </w:p>
    <w:p>
      <w:r>
        <w:rPr>
          <w:b w:val="0"/>
          <w:i w:val="0"/>
        </w:rPr>
        <w:t>Issue: 06/03/2015</w:t>
      </w:r>
    </w:p>
    <w:p>
      <w:r>
        <w:rPr>
          <w:b w:val="0"/>
          <w:i w:val="0"/>
        </w:rPr>
        <w:t>The Golden Retriever Club will be holding a Breed Specific Seminar/Assessment on Sunday 24th May 2015 at Norton Parish Hall, Wadborough Rd, Worcester WR5 2QB, (Subject to enough Candidates), If over subscribed GRC members will have Preference. Contact Angela Cooper: angdaze40@gmail.com   Tel: 01299861267.</w:t>
      </w:r>
    </w:p>
    <w:p>
      <w:r>
        <w:rPr>
          <w:b w:val="0"/>
          <w:i w:val="0"/>
        </w:rPr>
        <w:t>At Swindon &amp; Dcs Open Show held at The Oasis Leisure Centre, Swindon, on Saturday 28th February 2015 with Breed and Group Judge: Ms Freda Garget (Garvin), Best Puppy and Gundog Puppy Group 1 Mrs S Norris Ramchaine Boogaloo At Molestream (IMP Nld)(Multi Ch Beethoven Of The Hellacious Acres X Ramchaine Belly Dancer).</w:t>
      </w:r>
    </w:p>
    <w:p>
      <w:r>
        <w:rPr>
          <w:b w:val="0"/>
          <w:i w:val="0"/>
        </w:rPr>
        <w:t>At Torquay &amp; District Cs Open Show Held At Exeter Livestock Centre On Saturday 28th February 2015 With Breed Judge Angela Callow (Cassatess)</w:t>
      </w:r>
    </w:p>
    <w:p>
      <w:r>
        <w:rPr>
          <w:b w:val="0"/>
          <w:i w:val="0"/>
        </w:rPr>
        <w:t>And Group Judge Alison Scutcher (Winsleywood),BEST Of Breed And Gundog Group 2 Mrs H Lambshead Thornywait Take Me Home To Muskan Jw (Sh Ch Muskan Make My Day JW ShCM x Thornywait Tiger Lily JW) These wins gave him the last points he needed for his ShCM award Any News or Views</w:t>
      </w:r>
    </w:p>
    <w:p>
      <w:r>
        <w:rPr>
          <w:b w:val="0"/>
          <w:i w:val="0"/>
        </w:rPr>
        <w:t>Angie Cooper</w:t>
      </w:r>
    </w:p>
    <w:p>
      <w:r>
        <w:rPr>
          <w:b w:val="0"/>
          <w:i w:val="0"/>
        </w:rPr>
        <w:t>01299861267</w:t>
      </w:r>
    </w:p>
    <w:p>
      <w:r>
        <w:rPr>
          <w:b w:val="0"/>
          <w:i w:val="0"/>
        </w:rPr>
        <w:t>angdaze40@gmail.com</w:t>
      </w:r>
    </w:p>
    <w:p>
      <w:r>
        <w:rPr>
          <w:b w:val="0"/>
          <w:i w:val="0"/>
        </w:rPr>
        <w:t xml:space="preserve">Dawn Rose  </w:t>
      </w:r>
    </w:p>
    <w:p>
      <w:r>
        <w:rPr>
          <w:b w:val="0"/>
          <w:i w:val="0"/>
        </w:rPr>
        <w:t>01604832094</w:t>
      </w:r>
    </w:p>
    <w:p>
      <w:r>
        <w:rPr>
          <w:b w:val="0"/>
          <w:i w:val="0"/>
        </w:rPr>
        <w:t>gaytonwood@hotmail.co.uk</w:t>
      </w:r>
    </w:p>
    <w:p>
      <w:r>
        <w:rPr>
          <w:b w:val="0"/>
          <w:i w:val="0"/>
        </w:rPr>
        <w:t>Back to Archive</w:t>
      </w:r>
    </w:p>
    <w:p>
      <w:r>
        <w:rPr>
          <w:b w:val="0"/>
          <w:i w:val="0"/>
        </w:rPr>
        <w:t>Back to Breed Notes Index</w:t>
      </w:r>
    </w:p>
    <w:p>
      <w:r>
        <w:rPr>
          <w:b w:val="0"/>
          <w:i w:val="0"/>
        </w:rPr>
        <w:t>Tel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Advertising</w:t>
      </w:r>
      <w:r>
        <w:br/>
      </w:r>
      <w:r>
        <w:rPr>
          <w:b w:val="0"/>
          <w:i w:val="0"/>
        </w:rPr>
        <w:br/>
        <w:t>0161 709 4576</w:t>
      </w:r>
      <w:r>
        <w:br/>
      </w:r>
      <w:r>
        <w:rPr>
          <w:b w:val="0"/>
          <w:i w:val="0"/>
        </w:rPr>
        <w:br/>
        <w:t>Editorial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Subscriptions</w:t>
      </w:r>
      <w:r>
        <w:br/>
      </w:r>
      <w:r>
        <w:rPr>
          <w:b w:val="0"/>
          <w:i w:val="0"/>
        </w:rPr>
        <w:br/>
        <w:t>0161 709 4559</w:t>
      </w:r>
      <w:r>
        <w:br/>
      </w:r>
      <w:r>
        <w:rPr>
          <w:b w:val="0"/>
          <w:i w:val="0"/>
        </w:rPr>
        <w:br/>
        <w:t>Mail Order</w:t>
      </w:r>
      <w:r>
        <w:br/>
      </w:r>
      <w:r>
        <w:rPr>
          <w:b w:val="0"/>
          <w:i w:val="0"/>
        </w:rPr>
        <w:br/>
        <w:t>0161 709 4562</w:t>
      </w:r>
      <w:r>
        <w:br/>
      </w:r>
      <w:r>
        <w:rPr>
          <w:b w:val="0"/>
          <w:i w:val="0"/>
        </w:rPr>
        <w:br/>
        <w:t>Show Reports</w:t>
      </w:r>
      <w:r>
        <w:br/>
      </w:r>
      <w:r>
        <w:rPr>
          <w:b w:val="0"/>
          <w:i w:val="0"/>
        </w:rPr>
        <w:br/>
        <w:t>0161 709 4571</w:t>
      </w:r>
      <w:r>
        <w:br/>
      </w:r>
      <w:r>
        <w:rPr>
          <w:b w:val="0"/>
          <w:i w:val="0"/>
        </w:rPr>
        <w:br/>
        <w:t>SEND YOUR REPORT</w:t>
      </w:r>
      <w:r>
        <w:br/>
      </w:r>
      <w:r>
        <w:rPr>
          <w:b w:val="0"/>
          <w:i w:val="0"/>
        </w:rPr>
        <w:br/>
        <w:t>Competitions</w:t>
      </w:r>
      <w:r>
        <w:br/>
      </w:r>
      <w:r>
        <w:rPr>
          <w:b w:val="0"/>
          <w:i w:val="0"/>
        </w:rPr>
        <w:br/>
        <w:t>TOP DOG</w:t>
      </w:r>
      <w:r>
        <w:br/>
      </w:r>
      <w:r>
        <w:rPr>
          <w:b w:val="0"/>
          <w:i w:val="0"/>
        </w:rPr>
        <w:br/>
        <w:t>TOP PUPPY</w:t>
      </w:r>
      <w:r>
        <w:br/>
      </w:r>
      <w:r>
        <w:rPr>
          <w:b w:val="0"/>
          <w:i w:val="0"/>
        </w:rPr>
        <w:br/>
        <w:t>TOP BREEDER</w:t>
      </w:r>
      <w:r>
        <w:br/>
      </w:r>
      <w:r>
        <w:rPr>
          <w:b w:val="0"/>
          <w:i w:val="0"/>
        </w:rPr>
        <w:br/>
        <w:t>TOP STUD</w:t>
      </w:r>
      <w:r>
        <w:br/>
      </w:r>
      <w:r>
        <w:rPr>
          <w:b w:val="0"/>
          <w:i w:val="0"/>
        </w:rPr>
        <w:br/>
        <w:t>TOP BROOD</w:t>
      </w:r>
      <w:r>
        <w:br/>
      </w:r>
      <w:r>
        <w:rPr>
          <w:b w:val="0"/>
          <w:i w:val="0"/>
        </w:rPr>
        <w:br/>
        <w:t>Members' Area</w:t>
      </w:r>
      <w:r>
        <w:br/>
      </w:r>
      <w:r>
        <w:rPr>
          <w:b w:val="0"/>
          <w:i w:val="0"/>
        </w:rPr>
        <w:br/>
        <w:t>BREED NOTES</w:t>
      </w:r>
      <w:r>
        <w:br/>
      </w:r>
      <w:r>
        <w:rPr>
          <w:b w:val="0"/>
          <w:i w:val="0"/>
        </w:rPr>
        <w:br/>
        <w:t>CHAMP SHOWS</w:t>
      </w:r>
      <w:r>
        <w:br/>
      </w:r>
      <w:r>
        <w:rPr>
          <w:b w:val="0"/>
          <w:i w:val="0"/>
        </w:rPr>
        <w:br/>
        <w:t>GENERAL SHOWS</w:t>
      </w:r>
      <w:r>
        <w:br/>
      </w:r>
      <w:r>
        <w:rPr>
          <w:b w:val="0"/>
          <w:i w:val="0"/>
        </w:rPr>
        <w:br/>
        <w:t>REGULAR FEATURES</w:t>
      </w:r>
      <w:r>
        <w:br/>
      </w:r>
      <w:r>
        <w:rPr>
          <w:b w:val="0"/>
          <w:i w:val="0"/>
        </w:rPr>
        <w:br/>
        <w:t>DIGITAL EDITION</w:t>
      </w:r>
      <w:r>
        <w:br/>
      </w:r>
      <w:r>
        <w:rPr>
          <w:b w:val="0"/>
          <w:i w:val="0"/>
        </w:rPr>
        <w:br/>
        <w:t>Sign up for our newsletter</w:t>
      </w:r>
      <w:r>
        <w:br/>
      </w:r>
      <w:r>
        <w:rPr>
          <w:b w:val="0"/>
          <w:i w:val="0"/>
        </w:rPr>
        <w:br/>
        <w:t>Subscribe</w:t>
      </w:r>
      <w:r>
        <w:br/>
      </w:r>
      <w:r>
        <w:rPr>
          <w:b w:val="0"/>
          <w:i w:val="0"/>
        </w:rPr>
        <w:br/>
        <w:t>Follow Us</w:t>
      </w:r>
    </w:p>
    <w:p>
      <w:r>
        <w:rPr>
          <w:b w:val="0"/>
          <w:i w:val="0"/>
        </w:rPr>
        <w:t>© Our Dogs Publishing All Rights Reserved. | Privacy Policy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