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- 26/05/2017 - ISSUE"</w:t>
      </w:r>
      <w:r>
        <w:br/>
      </w:r>
      <w:r>
        <w:rPr>
          <w:b w:val="0"/>
          <w:i w:val="0"/>
        </w:rPr>
        <w:br/>
        <w:t>date_original: "26/05/2017 - ISSUE"</w:t>
      </w:r>
      <w:r>
        <w:br/>
      </w:r>
      <w:r>
        <w:rPr>
          <w:b w:val="0"/>
          <w:i w:val="0"/>
        </w:rPr>
        <w:br/>
        <w:t>source_url: "https://www.ourdogs.co.uk/members/breednotes/RetrieverLabradorMain.php"</w:t>
      </w:r>
      <w:r>
        <w:br/>
      </w:r>
      <w:r>
        <w:rPr>
          <w:b w:val="0"/>
          <w:i w:val="0"/>
        </w:rPr>
        <w:br/>
        <w:t>scraped_at: "2026-09-13T15:26:02"</w:t>
      </w:r>
      <w:r>
        <w:br/>
      </w:r>
      <w:r>
        <w:rPr>
          <w:b w:val="0"/>
          <w:i w:val="0"/>
        </w:rPr>
        <w:br/>
        <w:t>word_count: 671</w:t>
      </w:r>
    </w:p>
    <w:p>
      <w:r>
        <w:t>――――――――――――――――――――――――――――――</w:t>
      </w:r>
    </w:p>
    <w:p>
      <w:r>
        <w:rPr>
          <w:b w:val="0"/>
          <w:i w:val="0"/>
        </w:rPr>
        <w:t>NEWS MEMBERS' AREA SHOP SUBSCRIBE UPCOMING SHOWS MORE</w:t>
      </w:r>
    </w:p>
    <w:p>
      <w:r>
        <w:rPr>
          <w:b w:val="0"/>
          <w:i w:val="0"/>
        </w:rPr>
        <w:t>RETRIEVER LABRADOR</w:t>
      </w:r>
    </w:p>
    <w:p>
      <w:r>
        <w:rPr>
          <w:b w:val="0"/>
          <w:i w:val="0"/>
        </w:rPr>
        <w:t>Issue: 26/05/2017</w:t>
      </w:r>
    </w:p>
    <w:p>
      <w:r>
        <w:rPr>
          <w:b w:val="0"/>
          <w:i w:val="0"/>
        </w:rPr>
        <w:t xml:space="preserve">What  a mischievous  imagination my iPad has when overriding what I actually intend to write by inserting instead its own meddling alternatives. Most times it is really annoying, but just occasionally its quite amusing. </w:t>
      </w:r>
    </w:p>
    <w:p>
      <w:r>
        <w:rPr>
          <w:b w:val="0"/>
          <w:i w:val="0"/>
        </w:rPr>
        <w:t xml:space="preserve">I did smile when I started to write about the Scottish KC championship show last weekend, to see that the iPad had decided it was not the Scottish Kennel Club at all but was now a far jollier organisation, the "Skittish" Kennel Club. What an energetic committee, still full of energy and "skittish" having set up and run a three day championship show; maybe  theres more to SKC than meets the eye....or not! </w:t>
      </w:r>
    </w:p>
    <w:p>
      <w:r>
        <w:rPr>
          <w:b w:val="0"/>
          <w:i w:val="0"/>
        </w:rPr>
        <w:t>Anyway, I digress, Jill Peak took on Labradors at CC level for the first time at Scottish Kennel Club. There were 138 dogs and bitches entered less 22 absentees.  With a 9.30am start, I gather everything was finished, done and dusted by lunchtime, so exhibitors were well on their way home quite early.</w:t>
      </w:r>
    </w:p>
    <w:p>
      <w:r>
        <w:rPr>
          <w:b w:val="0"/>
          <w:i w:val="0"/>
        </w:rPr>
        <w:t xml:space="preserve">The top awards went mainly to yellows and were Dog CC, his second, Mr Sander Nugterens yellow Int Ch Dutch Ger Ch Mocnys Knoxville whom I recall is staying with, and being shown by  Linda McGillivray at the moment. The Dog RCC went to Louise Lewis's yellow Crammondkirk All The Gossip JW </w:t>
      </w:r>
    </w:p>
    <w:p>
      <w:r>
        <w:rPr>
          <w:b w:val="0"/>
          <w:i w:val="0"/>
        </w:rPr>
        <w:t xml:space="preserve">The Bitch CC and Best of Breed was won by Lennox and Morgans yellow, Sh Ch Wilenmory Collabro JW whilst the RCC went to Allen and Guildfords yellow Allenie's Athena At Mandursan. </w:t>
      </w:r>
    </w:p>
    <w:p>
      <w:r>
        <w:rPr>
          <w:b w:val="0"/>
          <w:i w:val="0"/>
        </w:rPr>
        <w:t xml:space="preserve">Best Puppy was Shaun Williamsons yellow Sharouns Victoria's Secret who later went Puppy Group 2 under Gordon Haran. Best Veteran was Mhairi Scrimgeour's black, Velvetine Shawnee Sh.CM. </w:t>
      </w:r>
    </w:p>
    <w:p>
      <w:r>
        <w:rPr>
          <w:b w:val="0"/>
          <w:i w:val="0"/>
        </w:rPr>
        <w:t>The day before SKC came the terribly sad news that Margaret Senior, a longstanding hobby breeder of Labradors since the mid 1970s, under her Gulsary affix, had died that very day. An honest, straight talking, but oh so amusing, kindly Yorkshire lass, she served on Three Ridings LRC Committee. Margaret appreciated a traditional Labrador correctly made for the job intended. No fads or fashions, just correct Labradors.</w:t>
      </w:r>
    </w:p>
    <w:p>
      <w:r>
        <w:rPr>
          <w:b w:val="0"/>
          <w:i w:val="0"/>
        </w:rPr>
        <w:t>Never one to push herself to the fore, Margaret was eventually persuaded to consider awarding challenge certificates in the breed, being regarded by her peers as very well qualified through years of quietly breeding and showing good Labradors as well as judging at Open shows.  If my memory serves me right, Margaret first awarded CCs in the breed at National Gundog in 2006, followed by LKA in 2009 and later at Birmingham National in 2013. Possessing a good eye for a dog,  she could always find those that were well made and hence moving correctly regardless of the owners fame or handling skills. An honest thoughtful judge, on all occasions her decisions were well accepted.</w:t>
      </w:r>
    </w:p>
    <w:p>
      <w:r>
        <w:rPr>
          <w:b w:val="0"/>
          <w:i w:val="0"/>
        </w:rPr>
        <w:t>We shall miss her smiling face and cheery welcome to the Northern shows. I understand Margaret had entered a Labrador at last weekends SKC 2017. As news of her passing spread, a caring friend placed a floral tribute in her remembrance upon the empty Gulsary bench.  Our sincere condolences go to Margarets family at this very sad time.</w:t>
      </w:r>
    </w:p>
    <w:p>
      <w:r>
        <w:rPr>
          <w:b w:val="0"/>
          <w:i w:val="0"/>
        </w:rPr>
        <w:t>I close this week with best wishes for the future to Sadie Holliday and Robert Auld (Farbrae) who have sold their Scottish home and are departing these shores for a new life in warm and sunny Spain. I expect their many Scottish pals are looking forward to visiting Sadie and Robert once they are settled in!</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