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- 30 November 2002"</w:t>
      </w:r>
      <w:r>
        <w:br/>
      </w:r>
      <w:r>
        <w:rPr>
          <w:b w:val="0"/>
          <w:i w:val="0"/>
        </w:rPr>
        <w:br/>
        <w:t>date_original: "30 November 2002"</w:t>
      </w:r>
      <w:r>
        <w:br/>
      </w:r>
      <w:r>
        <w:rPr>
          <w:b w:val="0"/>
          <w:i w:val="0"/>
        </w:rPr>
        <w:br/>
        <w:t>source_url: "https://www.ourdogs.co.uk/members/breednotes/2002/RetrieverLabrador/September2002/RetrieverLabrador060902.htm"</w:t>
      </w:r>
      <w:r>
        <w:br/>
      </w:r>
      <w:r>
        <w:rPr>
          <w:b w:val="0"/>
          <w:i w:val="0"/>
        </w:rPr>
        <w:br/>
        <w:t>archive_type: "static_html"</w:t>
      </w:r>
      <w:r>
        <w:br/>
      </w:r>
      <w:r>
        <w:rPr>
          <w:b w:val="0"/>
          <w:i w:val="0"/>
        </w:rPr>
        <w:br/>
        <w:t>scraped_at: "2026-09-13T22:20:35"</w:t>
      </w:r>
      <w:r>
        <w:br/>
      </w:r>
      <w:r>
        <w:rPr>
          <w:b w:val="0"/>
          <w:i w:val="0"/>
        </w:rPr>
        <w:br/>
        <w:t>word_count: 1331</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Sadly Mrs Molly Rament has had to withdraw from her judging appointment at the forthcoming West of England Labrador Club Championship Show on Saturday 26th October 2002, where she was to judge the dogs. Details of the replacement judge is not yet to hand but will be posted in this column as soon as the name is known. Entries do not close until 28th September, so there is no need to panic.</w:t>
      </w:r>
    </w:p>
    <w:p>
      <w:r>
        <w:rPr>
          <w:b w:val="0"/>
          <w:i w:val="0"/>
        </w:rPr>
        <w:t>Jean Allen, Secretary of Midland Counties Lab Club writes:-</w:t>
      </w:r>
      <w:r>
        <w:br/>
      </w:r>
      <w:r>
        <w:rPr>
          <w:b w:val="0"/>
          <w:i w:val="0"/>
        </w:rPr>
        <w:br/>
        <w:t>MCLRC have now set the date for their Breed Specific seminar. It is to be held at the Canine Academy, Tollerton, Nottingham on Saturday, 30 November 2002. Spaces are limited to 12 students. Each student must have already completed the seminars given by a KC Accredited Trainer for Show Regulations and Procedures &amp; Conformation and Movement.</w:t>
      </w:r>
    </w:p>
    <w:p>
      <w:r>
        <w:rPr>
          <w:b w:val="0"/>
          <w:i w:val="0"/>
        </w:rPr>
        <w:t>They must also have previously stewarded at a KC Show and already have judged a number of Labradors classes. Preferably they will be on the Breed Councils 'B' list. The cost will be £25 per student including lunch.</w:t>
      </w:r>
    </w:p>
    <w:p>
      <w:r>
        <w:rPr>
          <w:b w:val="0"/>
          <w:i w:val="0"/>
        </w:rPr>
        <w:t>There will also be additional spaces for 'Observers'. This may be of interest to any one who is interested in our breed and more especially those who do not meet the above requirements. The cost per Observer will be £10 including lunch.</w:t>
      </w:r>
    </w:p>
    <w:p>
      <w:r>
        <w:rPr>
          <w:b w:val="0"/>
          <w:i w:val="0"/>
        </w:rPr>
        <w:t>All enquiries to Jean Allen Tel; 01733 222649 email midlab_sec@hotmail.com</w:t>
      </w:r>
    </w:p>
    <w:p>
      <w:r>
        <w:rPr>
          <w:b w:val="0"/>
          <w:i w:val="0"/>
        </w:rPr>
        <w:t>Mrs Pauline Balshaw has emailed to say that actually she is the North West Labrador Retriever Clubs Rescue Co-ordinator &amp; not her husband David as previously mentioned.</w:t>
      </w:r>
    </w:p>
    <w:p>
      <w:r>
        <w:rPr>
          <w:b w:val="0"/>
          <w:i w:val="0"/>
        </w:rPr>
        <w:t>(Surely, I shall get this one right some day, AMB!) Whatever, to all those concerned with rescue, a big thank you for the sterling work you do.</w:t>
      </w:r>
    </w:p>
    <w:p>
      <w:r>
        <w:rPr>
          <w:b w:val="0"/>
          <w:i w:val="0"/>
        </w:rPr>
        <w:t>The Scottish Kennel Club holds two Championship shows each year. The one held in May is one of the four Representative Shows, where CCs are on offer for all breeds, (Crufts, the National and the Welsh Kennel Club being the other three Representative Shows). The August SKC show is a smaller event, which this year coincided with the Bank Holiday weekend and consequently drew entries from several exhibitors from the south, who were happy to combine the show with a holiday break in Scotland. I understand that the weather for the weekend was dry and pleasant. Labradors were judged by Mrs June Mason-Minns, wife of our Breed Council Chairman, who himself will be awarding CCs for the first time at next year’s Manchester Ch Show.</w:t>
      </w:r>
    </w:p>
    <w:p>
      <w:r>
        <w:rPr>
          <w:b w:val="0"/>
          <w:i w:val="0"/>
        </w:rPr>
        <w:t>June awarded the Dog CC and Best of Breed from an entry of 122 to Carole and David Coodes black Sh Ch Warringah’s Digger (Ch Marfell Seafarer ex Ch Warringah’s Burra) whilst the Res Dog CC went to Mrs Whitfield’s Castleduff Mr Tom JW (Hawkesmoor Webster (Imp) ex Sh Ch Cambremer Evita).</w:t>
      </w:r>
    </w:p>
    <w:p>
      <w:r>
        <w:rPr>
          <w:b w:val="0"/>
          <w:i w:val="0"/>
        </w:rPr>
        <w:t>The Bitch CC was won by Mr Gartland’s yellow Ramseyville Reba at Knoydar (Sh Ch Poolstead Pumpkin ex Ramseyville Rosalind) with the RCC going to Mrs Innocents yellow Coreeta Crystal Maze (sorry no pedigree details). Best Puppy was Penny Carpanini’s yellow Carpenny Barbera ( Birchbrook Best Seller of Carpenny ex Sh Ch Carpenny Rustina).</w:t>
      </w:r>
    </w:p>
    <w:p>
      <w:r>
        <w:rPr>
          <w:b w:val="0"/>
          <w:i w:val="0"/>
        </w:rPr>
        <w:t>The time is fast approaching when photos for submission to the Year Books need to be taken. I thought the enclosed tips, which have been sent to me by Mr and Mrs John Edwards might prove helpful and amusingl:-</w:t>
      </w:r>
    </w:p>
    <w:p>
      <w:r>
        <w:rPr>
          <w:b w:val="0"/>
          <w:i w:val="0"/>
        </w:rPr>
        <w:t>HOW TO PHOTOGRAPH A NEW LABRADOR PUPPY</w:t>
      </w:r>
    </w:p>
    <w:p>
      <w:r>
        <w:rPr>
          <w:b w:val="0"/>
          <w:i w:val="0"/>
        </w:rPr>
        <w:t>Remove film from box and load camera. Remove film from puppy’s mouth and throw in bin.</w:t>
      </w:r>
      <w:r>
        <w:br/>
      </w:r>
      <w:r>
        <w:rPr>
          <w:b w:val="0"/>
          <w:i w:val="0"/>
        </w:rPr>
        <w:br/>
        <w:t>Remove puppy from bin and brush coffee granules from muzzle.</w:t>
      </w:r>
    </w:p>
    <w:p>
      <w:r>
        <w:rPr>
          <w:b w:val="0"/>
          <w:i w:val="0"/>
        </w:rPr>
        <w:t>Choose a suitable background, mount camera on tripod and focus.</w:t>
      </w:r>
    </w:p>
    <w:p>
      <w:r>
        <w:rPr>
          <w:b w:val="0"/>
          <w:i w:val="0"/>
        </w:rPr>
        <w:t>Find puppy and take dirty sock out of mouth. Place puppy in pre-focused spot and return to camera.</w:t>
      </w:r>
    </w:p>
    <w:p>
      <w:r>
        <w:rPr>
          <w:b w:val="0"/>
          <w:i w:val="0"/>
        </w:rPr>
        <w:t>Forget about pre-focused spot and crawl after escaping puppy on hands and knees.</w:t>
      </w:r>
    </w:p>
    <w:p>
      <w:r>
        <w:rPr>
          <w:b w:val="0"/>
          <w:i w:val="0"/>
        </w:rPr>
        <w:t>Focus camera with one hand and fend off puppy with the other hand.</w:t>
      </w:r>
    </w:p>
    <w:p>
      <w:r>
        <w:rPr>
          <w:b w:val="0"/>
          <w:i w:val="0"/>
        </w:rPr>
        <w:t>Get tissue and clean nose print off camera lens.</w:t>
      </w:r>
    </w:p>
    <w:p>
      <w:r>
        <w:rPr>
          <w:b w:val="0"/>
          <w:i w:val="0"/>
        </w:rPr>
        <w:t>Take flash cube out of puppys mouth and throw in bin.</w:t>
      </w:r>
    </w:p>
    <w:p>
      <w:r>
        <w:rPr>
          <w:b w:val="0"/>
          <w:i w:val="0"/>
        </w:rPr>
        <w:t>Put cat outside and anoint scratch on puppy’s nose with ointment</w:t>
      </w:r>
    </w:p>
    <w:p>
      <w:r>
        <w:rPr>
          <w:b w:val="0"/>
          <w:i w:val="0"/>
        </w:rPr>
        <w:t>Put magazines back on coffee table. Try to get puppy’s attention by squeaking toy over your head.</w:t>
      </w:r>
    </w:p>
    <w:p>
      <w:r>
        <w:rPr>
          <w:b w:val="0"/>
          <w:i w:val="0"/>
        </w:rPr>
        <w:t>Replace your glasses and check camera for damage.</w:t>
      </w:r>
    </w:p>
    <w:p>
      <w:r>
        <w:rPr>
          <w:b w:val="0"/>
          <w:i w:val="0"/>
        </w:rPr>
        <w:t>Jump up in time to grab puppy by scruff of neck and say No, outside! No, Outside!</w:t>
      </w:r>
    </w:p>
    <w:p>
      <w:r>
        <w:rPr>
          <w:b w:val="0"/>
          <w:i w:val="0"/>
        </w:rPr>
        <w:t>Too late! Call spouse to clean up mess!</w:t>
      </w:r>
    </w:p>
    <w:p>
      <w:r>
        <w:rPr>
          <w:b w:val="0"/>
          <w:i w:val="0"/>
        </w:rPr>
        <w:t>Fix a drink</w:t>
      </w:r>
    </w:p>
    <w:p>
      <w:r>
        <w:rPr>
          <w:b w:val="0"/>
          <w:i w:val="0"/>
        </w:rPr>
        <w:t>Sit back in recliner with drink and resolve to teach puppy, sit and stay first thing in the morning.</w:t>
      </w:r>
    </w:p>
    <w:p>
      <w:r>
        <w:rPr>
          <w:b w:val="0"/>
          <w:i w:val="0"/>
        </w:rPr>
        <w:t>Employ professional photographer.</w:t>
      </w:r>
    </w:p>
    <w:p>
      <w:r>
        <w:rPr>
          <w:b w:val="0"/>
          <w:i w:val="0"/>
        </w:rPr>
        <w:t>Ann Britton</w:t>
      </w:r>
    </w:p>
    <w:p>
      <w:r>
        <w:rPr>
          <w:b w:val="0"/>
          <w:i w:val="0"/>
        </w:rPr>
        <w:t>Thanks to the weather men getting it wrong again we who were at SKC on the Saturday had a lovely sunny day, warm enough, and with the much-improved layout at Ingliston an enjoyable day with many friends made it a show to remember. As we drove east through Glasgow the black clouds were hanging low for miles around but once again the east of Scotland was having the best of the weather, much to our relief. Bill and Trish Gardner certainly will remember the show as their 4-year-old yellow bitch RAMSAYVILLE REBA AT KNOYDAR got her 3rd CC from Limit. With a second grandchild expected that weekend it was a weekend with a difference for Bill and Trish as this is their first champion. Well done!</w:t>
      </w:r>
    </w:p>
    <w:p>
      <w:r>
        <w:rPr>
          <w:b w:val="0"/>
          <w:i w:val="0"/>
        </w:rPr>
        <w:t>As I write this on Monday they are still awaiting the birth. Best of breed, however, was Carol and David Coode's Sh Ch WARRINGAHS DIGGER with the RCC dog, the Whitfield's CASTLEDUFF MISTER TOM two blacks at their best on the day. It was a great day for Mike and Pauline Innocent with their yellow bitch, COREETA CRYSTAL MAZE winning her 1st RCC from Post Graduate. Penny Carpannini is on the trail of top honours with her new puppy CARPENNY BARBERA showing her head off to go Best Puppy.</w:t>
      </w:r>
    </w:p>
    <w:p>
      <w:r>
        <w:rPr>
          <w:b w:val="0"/>
          <w:i w:val="0"/>
        </w:rPr>
        <w:t>Jim Nolan</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