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- 31 January 2009"</w:t>
      </w:r>
      <w:r>
        <w:br/>
      </w:r>
      <w:r>
        <w:rPr>
          <w:b w:val="0"/>
          <w:i w:val="0"/>
        </w:rPr>
        <w:br/>
        <w:t>date_original: "31 January 2009"</w:t>
      </w:r>
      <w:r>
        <w:br/>
      </w:r>
      <w:r>
        <w:rPr>
          <w:b w:val="0"/>
          <w:i w:val="0"/>
        </w:rPr>
        <w:br/>
        <w:t>source_url: "https://www.ourdogs.co.uk/members/breednotes/2009/RetrieverLabrador/RetrieverLabrador-feb20.htm"</w:t>
      </w:r>
      <w:r>
        <w:br/>
      </w:r>
      <w:r>
        <w:rPr>
          <w:b w:val="0"/>
          <w:i w:val="0"/>
        </w:rPr>
        <w:br/>
        <w:t>archive_type: "static_html"</w:t>
      </w:r>
      <w:r>
        <w:br/>
      </w:r>
      <w:r>
        <w:rPr>
          <w:b w:val="0"/>
          <w:i w:val="0"/>
        </w:rPr>
        <w:br/>
        <w:t>scraped_at: "2026-09-13T22:02:02"</w:t>
      </w:r>
      <w:r>
        <w:br/>
      </w:r>
      <w:r>
        <w:rPr>
          <w:b w:val="0"/>
          <w:i w:val="0"/>
        </w:rPr>
        <w:br/>
        <w:t>word_count: 1268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Wonderful news from Linda Sutcliffe, (Crawcrook), who has successfully undergone cancer treatment and has now been given the all clear and discharged from the cancer clinic. Linda, who still has some radiotherapy treatment ahead, sends a big thank you to all those who gave her help and support and enabled her to keep a positive frame of mind throughout this very harrowing time.</w:t>
      </w:r>
    </w:p>
    <w:p>
      <w:r>
        <w:rPr>
          <w:b w:val="0"/>
          <w:i w:val="0"/>
        </w:rPr>
        <w:t>Whilst I was away, Manchester championship show was held at Stafford. The Labrador judge was David Wilmshurst and his winners were, Dog CC the Allen family’s yellow Sh Ch Allenies Maverick JW ShCM. RDCC Shaun Williamsons yellow, Sh Ch Harrop Happy Go Lucky To Sharouns JW Sh.CM. Bitch CC and Best of Breed the Brown Family’s black Veteran, Sh Ch Ramsayville Roisin and the Bitch RCC the Allan Family’s yellow, Allenies Ophelia. Best Puppy was Chris Bailiss’s Tissalian Black Majic. Penny Carpanin won the Best Breeder class and went 4th in the Breeder Group under Stephen Hollings.</w:t>
      </w:r>
    </w:p>
    <w:p>
      <w:r>
        <w:rPr>
          <w:b w:val="0"/>
          <w:i w:val="0"/>
        </w:rPr>
        <w:t>On a snowy Saturday, February 7th, following a week of horrendous blizzards causing white-out for several days over vast areas of the Midlands and South Wales, (the worst snow conditions since 1991), the Labrador Retriever Club Of Wales bravely went ahead with its Championship Show in Cardiff. Nobly flying down to Cardiff from Scotland and avoiding possible road disruption was the Dog judge, Andrew Brown (Ramsayville) , whilst the Bitch judge, Jef Verrees (Lucifers Delight) flew in from Belgium.</w:t>
      </w:r>
    </w:p>
    <w:p>
      <w:r>
        <w:rPr>
          <w:b w:val="0"/>
          <w:i w:val="0"/>
        </w:rPr>
        <w:t>The Dog CC and BIS went to the Rawlinson family's yellow, Halshimoor Lincoln, with the RDCC and BPIS going to Linda and Alan Porter's, 9 month old puppy, Lindall Rock DJ. The Bitch CC and RBIS was won by Sue Marskell's black, Sh.Ch. Berolee Moons Magic Star J.W. whilst the Reserve BCC went to the Allen family's yellow Allenies Ophelia. Best Bitch Puppy and RBPIS was Richard Stafford's yellow, Kimvalley Star Attraction Of Farnfield.</w:t>
      </w:r>
    </w:p>
    <w:p>
      <w:r>
        <w:rPr>
          <w:b w:val="0"/>
          <w:i w:val="0"/>
        </w:rPr>
        <w:t>Club Secretary, Margaret Barker writes “Unfortunately there was a high absentee rate due to the appalling weather conditions in some parts of the country, and the club committee would like to thank all those who braved the blizzards to be with us, some from very long distances away; also those who dug themselves out only to have to give up at the next icy hill. It never fails to amaze me how resilient Labrador folk are! Margaret”.</w:t>
      </w:r>
    </w:p>
    <w:p>
      <w:r>
        <w:rPr>
          <w:b w:val="0"/>
          <w:i w:val="0"/>
        </w:rPr>
        <w:t>I can confirm the weather conditions. It was not until four days after the WelshCh show that we were finally able to drive out of our snow bound village, and even then that was at a snail’s pace over horrendous black ice. Hopefully it will be another 20 years until we see such conditions repeated.</w:t>
      </w:r>
    </w:p>
    <w:p>
      <w:r>
        <w:rPr>
          <w:b w:val="0"/>
          <w:i w:val="0"/>
        </w:rPr>
        <w:t>For those who enjoy collecting Labrador books, look out for “Endal” by Allen and Sandra Parton, newly published in 2009 by Harper True and priced at £6.99. This is the story of our well-known pal, assistance dog, Endal, the charming yellow Labrador, now into his teen years, whose lifetime care and devotion to his family are legend. The book may be purchased from Our Dogs.</w:t>
      </w:r>
    </w:p>
    <w:p>
      <w:r>
        <w:rPr>
          <w:b w:val="0"/>
          <w:i w:val="0"/>
        </w:rPr>
        <w:t>We are barely into 2009 yet startling news comes from Glenys Fryer of Labrador Rescue North West. Since 1st January they have already had 40 Labradors handed into the Rescue for rehoming. If you can help in any way with donations or are able to give a home to an unwanted Labrador do please have a look at the website, www.homealabrador.net.</w:t>
      </w:r>
    </w:p>
    <w:p>
      <w:r>
        <w:rPr>
          <w:b w:val="0"/>
          <w:i w:val="0"/>
        </w:rPr>
        <w:t>Congratulations to Lorraine Tooth handling Sh Ch Ludalor Lunar Orbit and David Coode with Warringahs Karkirri who both gained their Show Gundog Working Certificate at the recent Labrador Club show gundog working day. Lorraines dog now sheds his Sh Ch title to become Ch Ludalor Lunar Orbit JW</w:t>
      </w:r>
    </w:p>
    <w:p>
      <w:r>
        <w:rPr>
          <w:b w:val="0"/>
          <w:i w:val="0"/>
        </w:rPr>
        <w:t>Maureen Rees has a new affix, Eremos, and has celebrated with a lovely win at Chichester &amp; District CS on 25th January 2009. Her yellow dog, Carpenny Miles Ahead with Eremos won BOB under David Hutchison (Waverton) , and Group 1 under Margaret Holmes (Emmaclan).</w:t>
      </w:r>
      <w:r>
        <w:br/>
      </w:r>
      <w:r>
        <w:rPr>
          <w:b w:val="0"/>
          <w:i w:val="0"/>
        </w:rPr>
        <w:br/>
        <w:t>Secretary of Wickford &amp; Basildon Canine Society Nicky Hughes writes “ Wickford &amp; Basildon CS Open Show on Saturday 4th April 2009 has a replacement judge. Labradors are now to be judged by Jane Eyeington (Meadowdale) who is on the Breed Council C List.</w:t>
      </w:r>
    </w:p>
    <w:p>
      <w:r>
        <w:rPr>
          <w:b w:val="0"/>
          <w:i w:val="0"/>
        </w:rPr>
        <w:t>Sarah and Dennis McLellan write with news of a lovely win at Rugby and District Canine Society on 31 January 2009. Judged on the Group system, their Saranden Comanche (Saranden Seducer x Rocheby State Occasion) won Best of Breed under Jim Denton, the Gundog Group under Mr Peter Bailey and Best in Show under Mrs Peggy Bailey.</w:t>
      </w:r>
    </w:p>
    <w:p>
      <w:r>
        <w:rPr>
          <w:b w:val="0"/>
          <w:i w:val="0"/>
        </w:rPr>
        <w:t>Marlene Hepper is also having great success with her black 7 months old puppy bitch (sadly no name). At Bridlington and District Open Show they won the Labrador Puppy class, the Gundog Puppy Group and eventually went Reserve Best Puppy in Show. At the very same show, kennel mate Mardas Miss Andrettie won BOB, the Gundog Group and Reserve Best in show .</w:t>
      </w:r>
    </w:p>
    <w:p>
      <w:r>
        <w:rPr>
          <w:b w:val="0"/>
          <w:i w:val="0"/>
        </w:rPr>
        <w:t>Many Stewart writes with updated news of daughter Katie’s Junior Handling success. “Katie attended her first champ show of the year at Boston on 9th January with Amber the yellow lab who Katie has only been showing since last November. Katie won the class and qualified for Crufts 2010. The following day she won the 12-16 years handling and went Best Junior Handler at Cheltenham &amp; District CS”. Well done.</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