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- 10/07/2015 - ISSUE"</w:t>
      </w:r>
      <w:r>
        <w:br/>
      </w:r>
      <w:r>
        <w:rPr>
          <w:b w:val="0"/>
          <w:i w:val="0"/>
        </w:rPr>
        <w:br/>
        <w:t>date_original: "10/07/2015 - ISSUE"</w:t>
      </w:r>
      <w:r>
        <w:br/>
      </w:r>
      <w:r>
        <w:rPr>
          <w:b w:val="0"/>
          <w:i w:val="0"/>
        </w:rPr>
        <w:br/>
        <w:t>source_url: "https://www.ourdogs.co.uk/members/breednotes/RetrieverLabradorMain.php"</w:t>
      </w:r>
      <w:r>
        <w:br/>
      </w:r>
      <w:r>
        <w:rPr>
          <w:b w:val="0"/>
          <w:i w:val="0"/>
        </w:rPr>
        <w:br/>
        <w:t>scraped_at: "2026-09-13T15:31:09"</w:t>
      </w:r>
      <w:r>
        <w:br/>
      </w:r>
      <w:r>
        <w:rPr>
          <w:b w:val="0"/>
          <w:i w:val="0"/>
        </w:rPr>
        <w:br/>
        <w:t>word_count: 1106</w:t>
      </w:r>
    </w:p>
    <w:p>
      <w:r>
        <w:t>――――――――――――――――――――――――――――――</w:t>
      </w:r>
    </w:p>
    <w:p>
      <w:r>
        <w:rPr>
          <w:b w:val="0"/>
          <w:i w:val="0"/>
        </w:rPr>
        <w:t>NEWS MEMBERS' AREA SHOP SUBSCRIBE UPCOMING SHOWS MORE</w:t>
      </w:r>
    </w:p>
    <w:p>
      <w:r>
        <w:rPr>
          <w:b w:val="0"/>
          <w:i w:val="0"/>
        </w:rPr>
        <w:t>RETRIEVER LABRADOR</w:t>
      </w:r>
    </w:p>
    <w:p>
      <w:r>
        <w:rPr>
          <w:b w:val="0"/>
          <w:i w:val="0"/>
        </w:rPr>
        <w:t>Issue: 10/07/2015</w:t>
      </w:r>
    </w:p>
    <w:p>
      <w:r>
        <w:rPr>
          <w:b w:val="0"/>
          <w:i w:val="0"/>
        </w:rPr>
        <w:t>Stop Press. See Windsor report lower down, but thrilled to hear that Sharon Lamberts yellow Labrador dog puppy, Mattand Exodus went Best Puppy in Show at Windsor 2015! Huge congratulations!</w:t>
      </w:r>
    </w:p>
    <w:p>
      <w:r>
        <w:rPr>
          <w:b w:val="0"/>
          <w:i w:val="0"/>
        </w:rPr>
        <w:t>Many congratulations also to relative newcomer to the showing world, Anna Felton-Page whose home- bred, yellow dog,  Marshwiggle Mr Carson (Ch Warringahs Gundaroo x Bramblekay Precious Pearl at Marshwiggle) gained the final points for his Junior Warrant (subject to KC confirmation) at Windsor championship show under Becci Hodge.</w:t>
      </w:r>
    </w:p>
    <w:p>
      <w:r>
        <w:rPr>
          <w:b w:val="0"/>
          <w:i w:val="0"/>
        </w:rPr>
        <w:t>As temperatures soared all over the UK, Cotswold and Wyevern Lab Clubs championship show at Malvern, fell on the hottest July day ever recorded; Wednesday 1st July 2015.</w:t>
      </w:r>
    </w:p>
    <w:p>
      <w:r>
        <w:rPr>
          <w:b w:val="0"/>
          <w:i w:val="0"/>
        </w:rPr>
        <w:t>You have to give credit to the committee for nobly turning out voluntarily in these boiling hot conditions to set up, run and later clear up the show after everyone had gone home.</w:t>
      </w:r>
    </w:p>
    <w:p>
      <w:r>
        <w:rPr>
          <w:b w:val="0"/>
          <w:i w:val="0"/>
        </w:rPr>
        <w:t>The judges on this scorching hot day, with indoor rings in the Avon Hall, Malvern, were Amanda Deane (Dogs) judging at this level for the first time and Andrew Brace (Bitches).</w:t>
      </w:r>
    </w:p>
    <w:p>
      <w:r>
        <w:rPr>
          <w:b w:val="0"/>
          <w:i w:val="0"/>
        </w:rPr>
        <w:t>Ever welcoming, club Secretary, Karl Gawthorpe, was on hand as referee adding to his already busy day, cheerfully making sure everything ran smoothly and exhibitors, members and guests enjoyed the clubs twentieth show.</w:t>
      </w:r>
    </w:p>
    <w:p>
      <w:r>
        <w:rPr>
          <w:b w:val="0"/>
          <w:i w:val="0"/>
        </w:rPr>
        <w:t>The winners from an entry of 237 dogs and bitches, were Dog CC - Mr and Mrs Wyatts 2 year old chocolate Sh Ch Meadowleigh Brown Sugar (Keenes Walnut Wesley at Ryedown x Meadowleigh Mariella), who later went Best in Show on the referees decision. The Dog RCC was won by Mr and Mrs Ayres 5 year old black, Musubi Imperial Topaz (Keydella Karrington x Ludalor Blueberry by Amberstope).</w:t>
      </w:r>
    </w:p>
    <w:p>
      <w:r>
        <w:rPr>
          <w:b w:val="0"/>
          <w:i w:val="0"/>
        </w:rPr>
        <w:t>In the Bitch ring under Andrew Brace, the CC, RBIS and Best Puppy went to Chris and Claire Mills, 9 month old yellow puppy, Lembas Pretty Amazing Grace (Sh Ch Farnfield Topo Gigio JW ShCM x Lembas Chiquittita) whilst the Bitch RCC was won by Judith Charltons Open bitch winner, 3 year old Sh Ch Foxrush Remember the Time JW (Sh Ch Lindall Redemption x Foxrush Scarlet OHara).</w:t>
      </w:r>
    </w:p>
    <w:p>
      <w:r>
        <w:rPr>
          <w:b w:val="0"/>
          <w:i w:val="0"/>
        </w:rPr>
        <w:t>I was watching from the ringside and it was very clear to see that many of the normally exuberant exhibits found the heat difficult to cope with and had decided that rushing around a show ring at speed whilst sporting a full Labrador double coat was certainly not on their agenda that day; our fully coated UK Labs are just not used to such record breaking hot weather conditions, nor I am sure are many of their owners!</w:t>
      </w:r>
    </w:p>
    <w:p>
      <w:r>
        <w:rPr>
          <w:b w:val="0"/>
          <w:i w:val="0"/>
        </w:rPr>
        <w:t>Rather than returning back home up the M6, several Scottish exhibitors decided to take a short holiday in this beautiful area before setting off to Windsor championship show, three days later on Saturday 5th July.</w:t>
      </w:r>
    </w:p>
    <w:p>
      <w:r>
        <w:rPr>
          <w:b w:val="0"/>
          <w:i w:val="0"/>
        </w:rPr>
        <w:t>At Windsor, Becci Hodge (Naiken) was officiating at her very first championship appointment. Many of us have known Becci since she was a young child quietly attending the shows with her Mum, Jackie. Becci was an extremely well behaved little girl who appeared to thoroughly enjoy her involvement with the YKC or Kennel Club Junior Organisation as it was then known, including the summer camps. In her teenage years she was one of the chosen few to attend the rugged, character building KCJO Outward Bound courses held during the school summer holidays.</w:t>
      </w:r>
    </w:p>
    <w:p>
      <w:r>
        <w:rPr>
          <w:b w:val="0"/>
          <w:i w:val="0"/>
        </w:rPr>
        <w:t>The years have passed and several Naiken champions have been expertly handled to their titles by either Jackie or Becci.</w:t>
      </w:r>
    </w:p>
    <w:p>
      <w:r>
        <w:rPr>
          <w:b w:val="0"/>
          <w:i w:val="0"/>
        </w:rPr>
        <w:t>On this her first championship judging occasion, there was an entry of 159 dogs and bitches to go over. Her day will always carry special memories and the best of all is that her Best Puppy, Sharon Lamberts Mattand Exodus JW. (Fin Ch Denonshires London Edition x Amberstead Dark and Stormy over Mattand) won the Gundog Puppy Group under Paul Eardley, and next day went BEST PUPPY IN SHOW. You couldn't wish for better.</w:t>
      </w:r>
    </w:p>
    <w:p>
      <w:r>
        <w:rPr>
          <w:b w:val="0"/>
          <w:i w:val="0"/>
        </w:rPr>
        <w:t>The other winners on the day were Dog CC, Louis Lewis, (one of the holiday makers  from Scotland),  4 year old yellow, Crammondkirk All the Gossip JW, (Sh Ch Follies Ivar x Steeleigh Express wish at Crammondkirk).</w:t>
      </w:r>
    </w:p>
    <w:p>
      <w:r>
        <w:rPr>
          <w:b w:val="0"/>
          <w:i w:val="0"/>
        </w:rPr>
        <w:t>The Dog RCC went to David Coodes 2 year old yellow Ch Warringah's Perth JW ShCM (Ch Warringah's Gundaroo x Warringahs Camira Creek) who later was 2nd in the Terry Thorn Memorial Open Stakes judged by Jonathon Daltrey and then 4th in the Leonard Pagliero Champion Stakes under Bill Browne Cole.</w:t>
      </w:r>
    </w:p>
    <w:p>
      <w:r>
        <w:rPr>
          <w:b w:val="0"/>
          <w:i w:val="0"/>
        </w:rPr>
        <w:t>The Bitch CC and Best of Breed was Fiona Braddons 2 year old yellow Trendlewoood Silent Night JW (Sh Ch Rocheby State Occasion x Trendlewood Cracklin Rosie) whilst the Bitch RCC winner was another of the Scottish holidaymakers, Fiona McLeans 3 year old chocolate, Sh Ch Afinmore Antora ShCM (Can Ch Beechcroft Pardon Me Sir x Devonelite Utter Nonsense in Afinmore).</w:t>
      </w:r>
    </w:p>
    <w:p>
      <w:r>
        <w:rPr>
          <w:b w:val="0"/>
          <w:i w:val="0"/>
        </w:rPr>
        <w:t>A reminder that next weekend on Saturday, July 18th the Neachells are opening their home once again for the Midland Counties Lab Club annual Garden Party, at Wellfield House, Orgreave, Alrewas, Burton on Trent,  DE13 7DH starting at 12-00.</w:t>
      </w:r>
    </w:p>
    <w:p>
      <w:r>
        <w:rPr>
          <w:b w:val="0"/>
          <w:i w:val="0"/>
        </w:rPr>
        <w:t>There will be classes for puppies 12 weeks-4 months, 4 months-6 months, 6 months-9 months and 9 months-12 months. Veteran classes 7-10 years and 10 years plus. Party bags to all puppies &amp; veterans, Pro Plan for Best Puppy &amp; Best Veteran.</w:t>
      </w:r>
    </w:p>
    <w:p>
      <w:r>
        <w:rPr>
          <w:b w:val="0"/>
          <w:i w:val="0"/>
        </w:rPr>
        <w:t>Gundog training for beginners, Good Citizen Scheme (Bronze), and a scurry with Â£20 to the winner. MCLRC Shop. BBQ and Roast Pork Cobs plus loads of homemade cakes etc. Complimentary Pimms for all!</w:t>
      </w:r>
    </w:p>
    <w:p>
      <w:r>
        <w:rPr>
          <w:b w:val="0"/>
          <w:i w:val="0"/>
        </w:rPr>
        <w:t>Eye testing session with John Goodyear at Â£37 per dog. More details from Michael &amp; Judi Neachell 01283 790434</w:t>
      </w:r>
    </w:p>
    <w:p>
      <w:r>
        <w:rPr>
          <w:b w:val="0"/>
          <w:i w:val="0"/>
        </w:rPr>
        <w:t>Normally wearing comfy leather boots when out with the dogs during most of the months of the year, the one question I always ask myself every single summer, is why on earth do my dogs have to tread on my toes whenever I wear sandals? It certainly hurts, so maybe it's a good job that the hot sunny weather doesn't last particularly long and that the sandals can be put away and the bruised toes left to recover!</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