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- 19/01/2024 - ISSUE"</w:t>
      </w:r>
      <w:r>
        <w:br/>
      </w:r>
      <w:r>
        <w:rPr>
          <w:b w:val="0"/>
          <w:i w:val="0"/>
        </w:rPr>
        <w:br/>
        <w:t>date_original: "19/01/2024 - ISSUE"</w:t>
      </w:r>
      <w:r>
        <w:br/>
      </w:r>
      <w:r>
        <w:rPr>
          <w:b w:val="0"/>
          <w:i w:val="0"/>
        </w:rPr>
        <w:br/>
        <w:t>source_url: "https://www.ourdogs.co.uk/members/breednotes/RetrieverLabradorMain.php"</w:t>
      </w:r>
      <w:r>
        <w:br/>
      </w:r>
      <w:r>
        <w:rPr>
          <w:b w:val="0"/>
          <w:i w:val="0"/>
        </w:rPr>
        <w:br/>
        <w:t>scraped_at: "2026-09-13T15:08:56"</w:t>
      </w:r>
      <w:r>
        <w:br/>
      </w:r>
      <w:r>
        <w:rPr>
          <w:b w:val="0"/>
          <w:i w:val="0"/>
        </w:rPr>
        <w:br/>
        <w:t>word_count: 729</w:t>
      </w:r>
    </w:p>
    <w:p>
      <w:r>
        <w:t>――――――――――――――――――――――――――――――</w:t>
      </w:r>
    </w:p>
    <w:p>
      <w:r>
        <w:rPr>
          <w:b w:val="0"/>
          <w:i w:val="0"/>
        </w:rPr>
        <w:t>NEWS MEMBERS' AREA SHOP SUBSCRIBE UPCOMING SHOWS MORE</w:t>
      </w:r>
    </w:p>
    <w:p>
      <w:r>
        <w:rPr>
          <w:b w:val="0"/>
          <w:i w:val="0"/>
        </w:rPr>
        <w:t>RETRIEVER LABRADOR</w:t>
      </w:r>
    </w:p>
    <w:p>
      <w:r>
        <w:rPr>
          <w:b w:val="0"/>
          <w:i w:val="0"/>
        </w:rPr>
        <w:t>Issue: 19/01/2024</w:t>
      </w:r>
    </w:p>
    <w:p>
      <w:r>
        <w:rPr>
          <w:b w:val="0"/>
          <w:i w:val="0"/>
        </w:rPr>
        <w:t xml:space="preserve">It is Manchester Ch Show this weekend at Stafford with both judges coming from Wales, Sian Evans and Huw Bishop taking centre stage on Sunday the fourth day of the show, with a splendid entry of 220 dogs and bitches to assess. IÃ¢â‚¬â„¢ve no young Labrador to show at the moment so wonÃ¢â‚¬â„¢t be there but hopefully that will change soon and I will be back out competing once again. </w:t>
      </w:r>
    </w:p>
    <w:p>
      <w:r>
        <w:rPr>
          <w:b w:val="0"/>
          <w:i w:val="0"/>
        </w:rPr>
        <w:t xml:space="preserve">I was looking online the other day and came across a very biased   American review dated 2017 of the basic well received Lab book I wrote several years ago, approved by the KC for breeders to hand to purchasers of Labradors under the Assured Breeder Scheme. </w:t>
      </w:r>
    </w:p>
    <w:p>
      <w:r>
        <w:rPr>
          <w:b w:val="0"/>
          <w:i w:val="0"/>
        </w:rPr>
        <w:t>The handy sized book was written from my lifetimeÃ¢â‚¬â„¢s experience with the breed being born into a Labrador breeding and show-dog exhibiting family and continue in that role to this day. The text  details in an easy to read and understand way, how to raise to care for a Labrador throughout its lifetime.  Over the years the book has been reprinted many many times and is still on sale being very well received around the world. Sadly I wrote it for a one-off fee!</w:t>
      </w:r>
    </w:p>
    <w:p>
      <w:r>
        <w:rPr>
          <w:b w:val="0"/>
          <w:i w:val="0"/>
        </w:rPr>
        <w:t>I was surprised therefore to see on an American  Munsnet or similar website the  following negative review based on a US motherÃ¢â‚¬â„¢s blinkered understanding of the word definiting a female canine, Ã¢â‚¬Å"a bitchÃ¢â‚¬Â. Rather a foretaste of schoolchildren declaring they wish to be regarded as cats!</w:t>
      </w:r>
    </w:p>
    <w:p>
      <w:r>
        <w:rPr>
          <w:b w:val="0"/>
          <w:i w:val="0"/>
        </w:rPr>
        <w:t>Here is the review:-Ã¢â‚¬Å"So I was going to share this book with my young kids (all  under age 10) because we are getting a lab. The book uses the words Ã¢â‚¬Å"bitchÃ¢â‚¬Â and Ã¢â‚¬Å"bitchesÃ¢â‚¬Â though out. Sorry, but in the USA, we donÃ¢â‚¬â„¢t call dogs that (despite the technical, scientific term given in history). This book was not made in this country. Here, that word is mainly a bad word. As a sad result, I cannot share this book with my children or even use it as a coffee table book. The book also says that the dogs should not go up and down stairs for 6 months. My vet says differently.Ã¢â‚¬Â</w:t>
      </w:r>
    </w:p>
    <w:p>
      <w:r>
        <w:rPr>
          <w:b w:val="0"/>
          <w:i w:val="0"/>
        </w:rPr>
        <w:t>I forwarded that review to a greatly respected friend of mine with a sense of humour, who inferred that any parent posting such tosh would probably ridiculously refer to their own female canine as a Ã¢â‚¬Å"fur baby or a lady dogÃ¢â‚¬Â and perhaps shouldnÃ¢â‚¬â„¢t even have a dogÃ¢â‚¬Â¦Ã¢â‚¬Â¦.or children!</w:t>
      </w:r>
    </w:p>
    <w:p>
      <w:r>
        <w:rPr>
          <w:b w:val="0"/>
          <w:i w:val="0"/>
        </w:rPr>
        <w:t xml:space="preserve">The final sentence of the review, basically rubbishing the advice contained in the book that young dogs should ideally not be going up and down flights of stairs for six months as her vet disagrees, well he would wouldnÃ¢â‚¬â„¢t he? HeÃ¢â‚¬â„¢s in business and needs dogs with wrecked shoulders, damaged elbows, cracked patellas and wobbling hocks to operate on mega expensively. The more wrecked ones, the better for his bank balance! </w:t>
      </w:r>
    </w:p>
    <w:p>
      <w:r>
        <w:rPr>
          <w:b w:val="0"/>
          <w:i w:val="0"/>
        </w:rPr>
        <w:t xml:space="preserve">For those not afraid to be faced with the shock of reading the word Ã¢â‚¬Å"bitchÃ¢â‚¬Â and wishing to give a copy to their customers, the book The Labrador Retriever by Ann Britton in the Pet Book series is on sale in major UK pet superstores, or direct from me. </w:t>
      </w:r>
    </w:p>
    <w:p>
      <w:r>
        <w:rPr>
          <w:b w:val="0"/>
          <w:i w:val="0"/>
        </w:rPr>
        <w:t xml:space="preserve">The first of the three Jack Russell pups has now left home. I look forward to seeing him again in the show ring and shall thoroughly enjoy watching the two remaining here especially when spring returns and we can all get outside once again.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