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w:t>
      </w:r>
    </w:p>
    <w:p>
      <w:r>
        <w:rPr>
          <w:b w:val="0"/>
          <w:i w:val="0"/>
        </w:rPr>
        <w:t>title: "Labrador Breed Notes - 07/09/2012"</w:t>
      </w:r>
      <w:r>
        <w:br/>
      </w:r>
      <w:r>
        <w:rPr>
          <w:b w:val="0"/>
          <w:i w:val="0"/>
        </w:rPr>
        <w:br/>
        <w:t>date_original: "07/09/2012"</w:t>
      </w:r>
      <w:r>
        <w:br/>
      </w:r>
      <w:r>
        <w:rPr>
          <w:b w:val="0"/>
          <w:i w:val="0"/>
        </w:rPr>
        <w:br/>
        <w:t>source_url: "https://www.ourdogs.co.uk/members/breednotes/retlabarchive.php"</w:t>
      </w:r>
      <w:r>
        <w:br/>
      </w:r>
      <w:r>
        <w:rPr>
          <w:b w:val="0"/>
          <w:i w:val="0"/>
        </w:rPr>
        <w:br/>
        <w:t>archive_type: "retlabarchive_post"</w:t>
      </w:r>
      <w:r>
        <w:br/>
      </w:r>
      <w:r>
        <w:rPr>
          <w:b w:val="0"/>
          <w:i w:val="0"/>
        </w:rPr>
        <w:br/>
        <w:t>scraped_at: "2026-09-13T22:45:33"</w:t>
      </w:r>
      <w:r>
        <w:br/>
      </w:r>
      <w:r>
        <w:rPr>
          <w:b w:val="0"/>
          <w:i w:val="0"/>
        </w:rPr>
        <w:br/>
        <w:t>word_count: 1123</w:t>
      </w:r>
    </w:p>
    <w:p>
      <w:r>
        <w:t>――――――――――――――――――――――――――――――</w:t>
      </w:r>
    </w:p>
    <w:p>
      <w:r>
        <w:rPr>
          <w:b w:val="0"/>
          <w:i w:val="0"/>
        </w:rPr>
        <w:t>NEWS MEMBERS' AREA SHOP SUBSCRIBE UPCOMING SHOWS MORE</w:t>
      </w:r>
    </w:p>
    <w:p>
      <w:r>
        <w:rPr>
          <w:b w:val="0"/>
          <w:i w:val="0"/>
        </w:rPr>
        <w:t>RETRIEVER LABRADOR</w:t>
      </w:r>
    </w:p>
    <w:p>
      <w:r>
        <w:rPr>
          <w:b w:val="0"/>
          <w:i w:val="0"/>
        </w:rPr>
        <w:t>Issue: 07/09/2012</w:t>
      </w:r>
    </w:p>
    <w:p>
      <w:r>
        <w:rPr>
          <w:b w:val="0"/>
          <w:i w:val="0"/>
        </w:rPr>
        <w:t>The winners at the SKC August championship show, held over the August Bank holiday weekend, under judge, Val Foss, from an entry of 101 dogs and bitches were Dog CC, BOB and 3rd in the Gundog Group Mrs Linda Hess's yellow Sh Ch. Am. Can Ch Salty Dog of Tampa Bay. The Res Dog CC went to Mr and Mrs Ken Roberts Sh Ch Stormrose Morning Jewel JW ShCM.</w:t>
      </w:r>
    </w:p>
    <w:p>
      <w:r>
        <w:rPr>
          <w:b w:val="0"/>
          <w:i w:val="0"/>
        </w:rPr>
        <w:t>The Bitch CC was a first for Sussie Wiles yellow, Richbourne Silver Surprise whilst the Bitch RCC went to Christine Campbells yellow Binnaig Wild Thyme. Best Puppy was Judith Charlton's Foxrush Remember the Time.</w:t>
      </w:r>
    </w:p>
    <w:p>
      <w:r>
        <w:rPr>
          <w:b w:val="0"/>
          <w:i w:val="0"/>
        </w:rPr>
        <w:t>The following weekend City of Birmingham Championship show was held at Stoneleigh, Warwickshire, where judge, Lynda Miles (Llanstinan) had an entry of 210 dogs and bitches to go over. Her winners were Dog CC Sue  and Brian Marskell's chocolate, Berolee Mack the Knife. The Dog RCC went to Andy and Jo Metcalfe's yellow, Bilbo Baggins by Baileydale JW ShCM.</w:t>
      </w:r>
    </w:p>
    <w:p>
      <w:r>
        <w:rPr>
          <w:b w:val="0"/>
          <w:i w:val="0"/>
        </w:rPr>
        <w:t>The Bitch CC and Best of Breed was won by Shaun Williamson's yellow, Sharouns Destiny's Child JW whilst the Bitch RCC went to Tracy James chocolate Sh Ch  Ranzham Miss Starlight At Blackmine JW Sh.CM. Best Puppy was Mr and Mrs Frank Autey's Ryedown Scottish Laird With Chadfrith</w:t>
      </w:r>
    </w:p>
    <w:p>
      <w:r>
        <w:rPr>
          <w:b w:val="0"/>
          <w:i w:val="0"/>
        </w:rPr>
        <w:t>Having missed a great many of the recent shows (after her handler temporarily fell off the perch), I am pleased that my yellow bitch Martinstide Pastiche of Bowstones has now gained her Junior Warrant and Stud Book number.</w:t>
      </w:r>
    </w:p>
    <w:p>
      <w:r>
        <w:rPr>
          <w:b w:val="0"/>
          <w:i w:val="0"/>
        </w:rPr>
        <w:t>Being of a happy generous nature, she celebrated by entertaining me and brightening my life (?) with an unusual gift which she retrieved from the garden and  let loose in the dog room to impress me, one gloomy morning - a rather long, very active, yellow collared grass snake, rolling and wriggling around the tiled floor and travelling at the speed of light; eventually disappearing under the Vet bed and emerging later, twisting itself higher and higher around the metal mesh of the dog crates. Yuk! and they are protected species! Help!</w:t>
      </w:r>
    </w:p>
    <w:p>
      <w:r>
        <w:rPr>
          <w:b w:val="0"/>
          <w:i w:val="0"/>
        </w:rPr>
        <w:t>Hooray for the long handled dustpan and brush to return its wriggling self  far away in outdoor territory!</w:t>
      </w:r>
    </w:p>
    <w:p>
      <w:r>
        <w:rPr>
          <w:b w:val="0"/>
          <w:i w:val="0"/>
        </w:rPr>
        <w:t>I had to thoroughly clean out the dog-room after I had removed said snake, just in case dear Tilly had brought in his twin brother earlier. Luckily there was no sign of another one, but whatever next?</w:t>
      </w:r>
    </w:p>
    <w:p>
      <w:r>
        <w:rPr>
          <w:b w:val="0"/>
          <w:i w:val="0"/>
        </w:rPr>
        <w:t>A reminder that Val Tiller's next Optigen 20/20 Clinic will be held on Tuesday, 18th September, in Epsom, Surrey.  Optigen are offering 30% discount off DNA tests, paid for online.</w:t>
      </w:r>
    </w:p>
    <w:p>
      <w:r>
        <w:rPr>
          <w:b w:val="0"/>
          <w:i w:val="0"/>
        </w:rPr>
        <w:t>Labradors are invited to be DNA tested for prcd-PRA, RD/OSD, and Narcolepsy.   Clients may attend the clinic in person, or be Postal Participants. The PRA test after the Group Discount code is applied will be Â£87.20 at the current exchange rate plus Â£12.50 for participating in the clinic, which includes sample kit. The participating cost for 2 dogs is Â£18.25 and three - Â£24.00. The discount code comes into effect after 10th September so tests can be ordered on-line after that date.</w:t>
      </w:r>
    </w:p>
    <w:p>
      <w:r>
        <w:rPr>
          <w:b w:val="0"/>
          <w:i w:val="0"/>
        </w:rPr>
        <w:t>Contact Val Tiller direct for further details and to book places: E-mail: val.tiller@talk21.com or Tel: (01372) 273597.</w:t>
      </w:r>
    </w:p>
    <w:p>
      <w:r>
        <w:rPr>
          <w:b w:val="0"/>
          <w:i w:val="0"/>
        </w:rPr>
        <w:t>The Labrador Club of Wales are holding their Open show on October 13th at Caerphilly. The judge is Mrs Brenda Hutchison (Waverton).</w:t>
      </w:r>
    </w:p>
    <w:p>
      <w:r>
        <w:rPr>
          <w:b w:val="0"/>
          <w:i w:val="0"/>
        </w:rPr>
        <w:t>For schedulues contact Margaret Barker 01443842585. Email secretary@labclubofwales.co.uk. Entries close on September 22nd.</w:t>
      </w:r>
    </w:p>
    <w:p>
      <w:r>
        <w:rPr>
          <w:b w:val="0"/>
          <w:i w:val="0"/>
        </w:rPr>
        <w:t>I had a smashing letter from Jen and Ron Casey who live on the Isle of Man telling of their recent amusing/exciting day out at the Royal Manx Agricultural Open show at Knockaloe Farm, Patrick near Peel on 10th August. Knowing the Isle of Man and its relaxed, slower paced, peaceful way of life, as several of my family lived there for very many years, I trust Jen and Ron will not mind my sharing their news with you.</w:t>
      </w:r>
    </w:p>
    <w:p>
      <w:r>
        <w:rPr>
          <w:b w:val="0"/>
          <w:i w:val="0"/>
        </w:rPr>
        <w:t>"We set off early on the most gorgeous hot, sunny morning with six of our Ballachrink Labradors, plus picnic packed into our old Renault Clio!! Chaos soon erupted in the form of a flat tyre only two miles from home. On pulling into a wide gateway the Labs thought we had arrived at the show with their customary enthusiasm!</w:t>
      </w:r>
    </w:p>
    <w:p>
      <w:r>
        <w:rPr>
          <w:b w:val="0"/>
          <w:i w:val="0"/>
        </w:rPr>
        <w:t>There was only one answer, as the spare tyre was under the dogs; out with the cages, picnic and dogs. We put the Labs in the cages on the grass, whilst Ron battled with the jack and the rusty wheel nuts. So far so good. However the tyre and the wheel would not part company. After several mighty blows and a few choice words eventually the said wheel came off.</w:t>
      </w:r>
    </w:p>
    <w:p>
      <w:r>
        <w:rPr>
          <w:b w:val="0"/>
          <w:i w:val="0"/>
        </w:rPr>
        <w:t>Tyre changed, cages collapsed and re-installed, Labs and picnic repacked into the car, normal service was resumed and we arrived at the show just in time before the exhibitors gates were closed!</w:t>
      </w:r>
    </w:p>
    <w:p>
      <w:r>
        <w:rPr>
          <w:b w:val="0"/>
          <w:i w:val="0"/>
        </w:rPr>
        <w:t>From this point on our show went from strength to strength, good fun, good friends, good weather with a lovely picnic for all and the crowning glory being our two year old bitch Rossi (Carpenny Columbia of Ballachrink, who is sired by Ir Sh Ch Carpenny Yale x Carpenny Maid in England) winning Open Lab Bitch and Best of Breed under Alan Mathews.</w:t>
      </w:r>
    </w:p>
    <w:p>
      <w:r>
        <w:rPr>
          <w:b w:val="0"/>
          <w:i w:val="0"/>
        </w:rPr>
        <w:t>"In their 2nd year at Knockaloe, the Royal Manx Committee had organised the show really well and we had been allocated a lovely big ring to show our dogs to perfection. The attendance figures for both days of the show broke all records and we were so lucky to have two wonderful dry sunny days after the wettest three summer months on record in the Isle of Man."</w:t>
      </w:r>
    </w:p>
    <w:p>
      <w:r>
        <w:rPr>
          <w:b w:val="0"/>
          <w:i w:val="0"/>
        </w:rPr>
        <w:t>Many thanks, Jen, for this lovely account of the show on your picturesque island. I do recall my uncle who lived in Ramsey on the Isle of Man always bragged that it never rained there and that the IOM weather was always perfect and far better than that which we enjoyed on the mainland - guess had he still been alive, even he would have been proved wrong this year.</w:t>
      </w:r>
    </w:p>
    <w:p>
      <w:r>
        <w:rPr>
          <w:b w:val="0"/>
          <w:i w:val="0"/>
        </w:rPr>
        <w:t>Ann Britton</w:t>
      </w:r>
    </w:p>
    <w:p>
      <w:r>
        <w:rPr>
          <w:b w:val="0"/>
          <w:i w:val="0"/>
        </w:rPr>
        <w:t>01989720665</w:t>
      </w:r>
    </w:p>
    <w:p>
      <w:r>
        <w:rPr>
          <w:b w:val="0"/>
          <w:i w:val="0"/>
        </w:rPr>
        <w:t>Email: bowstones@btinternet.com</w:t>
      </w:r>
    </w:p>
    <w:p>
      <w:r>
        <w:rPr>
          <w:b w:val="0"/>
          <w:i w:val="0"/>
        </w:rPr>
        <w:t>Back to Archive</w:t>
      </w:r>
    </w:p>
    <w:p>
      <w:r>
        <w:rPr>
          <w:b w:val="0"/>
          <w:i w:val="0"/>
        </w:rPr>
        <w:t>Back to Breed Notes Index</w:t>
      </w:r>
    </w:p>
    <w:p>
      <w:r>
        <w:rPr>
          <w:b w:val="0"/>
          <w:i w:val="0"/>
        </w:rPr>
        <w:t>Tel</w:t>
      </w:r>
      <w:r>
        <w:br/>
      </w:r>
      <w:r>
        <w:rPr>
          <w:b w:val="0"/>
          <w:i w:val="0"/>
        </w:rPr>
        <w:br/>
        <w:t>0161 709 4550</w:t>
      </w:r>
      <w:r>
        <w:br/>
      </w:r>
      <w:r>
        <w:rPr>
          <w:b w:val="0"/>
          <w:i w:val="0"/>
        </w:rPr>
        <w:br/>
        <w:t>Advertising</w:t>
      </w:r>
      <w:r>
        <w:br/>
      </w:r>
      <w:r>
        <w:rPr>
          <w:b w:val="0"/>
          <w:i w:val="0"/>
        </w:rPr>
        <w:br/>
        <w:t>0161 709 4576</w:t>
      </w:r>
      <w:r>
        <w:br/>
      </w:r>
      <w:r>
        <w:rPr>
          <w:b w:val="0"/>
          <w:i w:val="0"/>
        </w:rPr>
        <w:br/>
        <w:t>Editorial</w:t>
      </w:r>
      <w:r>
        <w:br/>
      </w:r>
      <w:r>
        <w:rPr>
          <w:b w:val="0"/>
          <w:i w:val="0"/>
        </w:rPr>
        <w:br/>
        <w:t>0161 709 4550</w:t>
      </w:r>
      <w:r>
        <w:br/>
      </w:r>
      <w:r>
        <w:rPr>
          <w:b w:val="0"/>
          <w:i w:val="0"/>
        </w:rPr>
        <w:br/>
        <w:t>Subscriptions</w:t>
      </w:r>
      <w:r>
        <w:br/>
      </w:r>
      <w:r>
        <w:rPr>
          <w:b w:val="0"/>
          <w:i w:val="0"/>
        </w:rPr>
        <w:br/>
        <w:t>0161 709 4559</w:t>
      </w:r>
      <w:r>
        <w:br/>
      </w:r>
      <w:r>
        <w:rPr>
          <w:b w:val="0"/>
          <w:i w:val="0"/>
        </w:rPr>
        <w:br/>
        <w:t>Mail Order</w:t>
      </w:r>
      <w:r>
        <w:br/>
      </w:r>
      <w:r>
        <w:rPr>
          <w:b w:val="0"/>
          <w:i w:val="0"/>
        </w:rPr>
        <w:br/>
        <w:t>0161 709 4562</w:t>
      </w:r>
      <w:r>
        <w:br/>
      </w:r>
      <w:r>
        <w:rPr>
          <w:b w:val="0"/>
          <w:i w:val="0"/>
        </w:rPr>
        <w:br/>
        <w:t>Show Reports</w:t>
      </w:r>
      <w:r>
        <w:br/>
      </w:r>
      <w:r>
        <w:rPr>
          <w:b w:val="0"/>
          <w:i w:val="0"/>
        </w:rPr>
        <w:br/>
        <w:t>0161 709 4571</w:t>
      </w:r>
      <w:r>
        <w:br/>
      </w:r>
      <w:r>
        <w:rPr>
          <w:b w:val="0"/>
          <w:i w:val="0"/>
        </w:rPr>
        <w:br/>
        <w:t>SEND YOUR REPORT</w:t>
      </w:r>
      <w:r>
        <w:br/>
      </w:r>
      <w:r>
        <w:rPr>
          <w:b w:val="0"/>
          <w:i w:val="0"/>
        </w:rPr>
        <w:br/>
        <w:t>Competitions</w:t>
      </w:r>
      <w:r>
        <w:br/>
      </w:r>
      <w:r>
        <w:rPr>
          <w:b w:val="0"/>
          <w:i w:val="0"/>
        </w:rPr>
        <w:br/>
        <w:t>TOP DOG</w:t>
      </w:r>
      <w:r>
        <w:br/>
      </w:r>
      <w:r>
        <w:rPr>
          <w:b w:val="0"/>
          <w:i w:val="0"/>
        </w:rPr>
        <w:br/>
        <w:t>TOP PUPPY</w:t>
      </w:r>
      <w:r>
        <w:br/>
      </w:r>
      <w:r>
        <w:rPr>
          <w:b w:val="0"/>
          <w:i w:val="0"/>
        </w:rPr>
        <w:br/>
        <w:t>TOP BREEDER</w:t>
      </w:r>
      <w:r>
        <w:br/>
      </w:r>
      <w:r>
        <w:rPr>
          <w:b w:val="0"/>
          <w:i w:val="0"/>
        </w:rPr>
        <w:br/>
        <w:t>TOP STUD</w:t>
      </w:r>
      <w:r>
        <w:br/>
      </w:r>
      <w:r>
        <w:rPr>
          <w:b w:val="0"/>
          <w:i w:val="0"/>
        </w:rPr>
        <w:br/>
        <w:t>TOP BROOD</w:t>
      </w:r>
      <w:r>
        <w:br/>
      </w:r>
      <w:r>
        <w:rPr>
          <w:b w:val="0"/>
          <w:i w:val="0"/>
        </w:rPr>
        <w:br/>
        <w:t>Members' Area</w:t>
      </w:r>
      <w:r>
        <w:br/>
      </w:r>
      <w:r>
        <w:rPr>
          <w:b w:val="0"/>
          <w:i w:val="0"/>
        </w:rPr>
        <w:br/>
        <w:t>BREED NOTES</w:t>
      </w:r>
      <w:r>
        <w:br/>
      </w:r>
      <w:r>
        <w:rPr>
          <w:b w:val="0"/>
          <w:i w:val="0"/>
        </w:rPr>
        <w:br/>
        <w:t>CHAMP SHOWS</w:t>
      </w:r>
      <w:r>
        <w:br/>
      </w:r>
      <w:r>
        <w:rPr>
          <w:b w:val="0"/>
          <w:i w:val="0"/>
        </w:rPr>
        <w:br/>
        <w:t>GENERAL SHOWS</w:t>
      </w:r>
      <w:r>
        <w:br/>
      </w:r>
      <w:r>
        <w:rPr>
          <w:b w:val="0"/>
          <w:i w:val="0"/>
        </w:rPr>
        <w:br/>
        <w:t>REGULAR FEATURES</w:t>
      </w:r>
      <w:r>
        <w:br/>
      </w:r>
      <w:r>
        <w:rPr>
          <w:b w:val="0"/>
          <w:i w:val="0"/>
        </w:rPr>
        <w:br/>
        <w:t>DIGITAL EDITION</w:t>
      </w:r>
      <w:r>
        <w:br/>
      </w:r>
      <w:r>
        <w:rPr>
          <w:b w:val="0"/>
          <w:i w:val="0"/>
        </w:rPr>
        <w:br/>
        <w:t>Sign up for our newsletter</w:t>
      </w:r>
      <w:r>
        <w:br/>
      </w:r>
      <w:r>
        <w:rPr>
          <w:b w:val="0"/>
          <w:i w:val="0"/>
        </w:rPr>
        <w:br/>
        <w:t>Follow Us</w:t>
      </w:r>
    </w:p>
    <w:p>
      <w:r>
        <w:rPr>
          <w:b w:val="0"/>
          <w:i w:val="0"/>
        </w:rPr>
        <w:t>© Our Dogs Publishing All Rights Reserved. | Privacy Policy</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