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- 26/06/2015 - ISSUE"</w:t>
      </w:r>
      <w:r>
        <w:br/>
      </w:r>
      <w:r>
        <w:rPr>
          <w:b w:val="0"/>
          <w:i w:val="0"/>
        </w:rPr>
        <w:br/>
        <w:t>date_original: "26/06/2015 - ISSUE"</w:t>
      </w:r>
      <w:r>
        <w:br/>
      </w:r>
      <w:r>
        <w:rPr>
          <w:b w:val="0"/>
          <w:i w:val="0"/>
        </w:rPr>
        <w:br/>
        <w:t>source_url: "https://www.ourdogs.co.uk/members/breednotes/RetrieverLabradorMain.php"</w:t>
      </w:r>
      <w:r>
        <w:br/>
      </w:r>
      <w:r>
        <w:rPr>
          <w:b w:val="0"/>
          <w:i w:val="0"/>
        </w:rPr>
        <w:br/>
        <w:t>scraped_at: "2026-09-13T15:31:15"</w:t>
      </w:r>
      <w:r>
        <w:br/>
      </w:r>
      <w:r>
        <w:rPr>
          <w:b w:val="0"/>
          <w:i w:val="0"/>
        </w:rPr>
        <w:br/>
        <w:t>word_count: 1290</w:t>
      </w:r>
    </w:p>
    <w:p>
      <w:r>
        <w:t>――――――――――――――――――――――――――――――</w:t>
      </w:r>
    </w:p>
    <w:p>
      <w:r>
        <w:rPr>
          <w:b w:val="0"/>
          <w:i w:val="0"/>
        </w:rPr>
        <w:t>NEWS MEMBERS' AREA SHOP SUBSCRIBE UPCOMING SHOWS MORE</w:t>
      </w:r>
    </w:p>
    <w:p>
      <w:r>
        <w:rPr>
          <w:b w:val="0"/>
          <w:i w:val="0"/>
        </w:rPr>
        <w:t>RETRIEVER LABRADOR</w:t>
      </w:r>
    </w:p>
    <w:p>
      <w:r>
        <w:rPr>
          <w:b w:val="0"/>
          <w:i w:val="0"/>
        </w:rPr>
        <w:t>Issue: 26/06/2015</w:t>
      </w:r>
    </w:p>
    <w:p>
      <w:r>
        <w:rPr>
          <w:b w:val="0"/>
          <w:i w:val="0"/>
        </w:rPr>
        <w:t>Unfortunately, a technical hiccup last week meant that although my computer told me it had sent the breed notes in to Our Dogs well in time for publication, it lied! They were finally sent three days later, which is somewhat confusing as the computer was actually turned off all week, but for whatever reason they arrived too late for publication. I presume they were circulating around the heavens somewhere, until then.</w:t>
      </w:r>
    </w:p>
    <w:p>
      <w:r>
        <w:rPr>
          <w:b w:val="0"/>
          <w:i w:val="0"/>
        </w:rPr>
        <w:t>For those wishing to eye-test their Labradors through the BVA/KC Scheme, there will be two eye testing sessions during July.</w:t>
      </w:r>
    </w:p>
    <w:p>
      <w:r>
        <w:rPr>
          <w:b w:val="0"/>
          <w:i w:val="0"/>
        </w:rPr>
        <w:t>Three Ridings Labrador Club will be holding an eye testing clinic run by David Habin, on Saturday 25th July at Harewood Village Hall, LS17 9LJ. Cost Â£39 per dog. All breeds welcome. This is the same day as Gundogs at Leeds Championship Show so expect more traffic than usual. To reserve an appointment please phone 01772 335930.</w:t>
      </w:r>
    </w:p>
    <w:p>
      <w:r>
        <w:rPr>
          <w:b w:val="0"/>
          <w:i w:val="0"/>
        </w:rPr>
        <w:t>On the afternoon of Monday July 27th Penny Carpanini, will be hosting her usual Eye-Testing session with ophthalmologist, Peter Bedford at her home in Gorsley, Herefordshire, which is five minutes from the M50 Junction 3. Telephone Penny on 01989720790 for appointments.</w:t>
      </w:r>
    </w:p>
    <w:p>
      <w:r>
        <w:rPr>
          <w:b w:val="0"/>
          <w:i w:val="0"/>
        </w:rPr>
        <w:t>Photographers Sharon Rogers and Karen Powell have produced a wonderful, large size 2016 Labrador calendar in full colour. Celebrating 100 years of the Labrador Retriever Club it is titled "Labradors through the Seasons". The calendars are available from Sharon or Karan and are selling at the bargain price of Â£10 each plus post. They will make lovely Christmas presents too. I have mine already. Contact Sharon on 01453886752 or Karen on 01946724212.  All profits will be shared amongst ten listed Labrador rescue/ rehoming charities.</w:t>
      </w:r>
    </w:p>
    <w:p>
      <w:r>
        <w:rPr>
          <w:b w:val="0"/>
          <w:i w:val="0"/>
        </w:rPr>
        <w:t>The Labrador Retriever Club held their 72nd Championship show at the Sports Connection Coventry. The weather during the previous couple of weeks had been hot and sunny, wall to wall blue skies every day, but sadly it all broke down the very day before the Lab Club show. Torrential rain and mist prevailed. It was miserable and what was planned as a bright, outdoor, sunny, garden-party event had to be quickly relocated indoors to the dull khaki clad, cold Cricket Connection halls with its hanging cricket nets, all of which didn't exactly add to the cheerfulness of a gloomy wet soggy day.</w:t>
      </w:r>
    </w:p>
    <w:p>
      <w:r>
        <w:rPr>
          <w:b w:val="0"/>
          <w:i w:val="0"/>
        </w:rPr>
        <w:t>As I have said many times, the weather makes or breaks a show and the same amount of effort has to be put in by the organising committee, whether it is dry and sunny, or wet and horrid. Well done to the committee for doing their best on a rotten day. Let's hope next year's major event has the sunshine back.</w:t>
      </w:r>
    </w:p>
    <w:p>
      <w:r>
        <w:rPr>
          <w:b w:val="0"/>
          <w:i w:val="0"/>
        </w:rPr>
        <w:t>There was an entry of 335 dogs and bitches for Brian Parrott (Dogs) and Arwyn Ellis (Bitches) to judge. The end of the day saw two new chocolate champions crowned, which I would think is a first. Maybe someone could confirm.</w:t>
      </w:r>
    </w:p>
    <w:p>
      <w:r>
        <w:rPr>
          <w:b w:val="0"/>
          <w:i w:val="0"/>
        </w:rPr>
        <w:t>The Dog CC and Best in Show was Mr and Mrs Wyatts chocolate, bred by Anne Hoban, Meadowleigh Brown Sugar (Keenes Walnut Wesley at Ryedown x Meadowleigh Mariella). Normally shown by Becky Hodge, this  time his owner took him into the ring at the Lab Club with Becky and Jackie looking on from the ringside. Things couldn't have worked out better for the Wyatts, a new champion in their household! Well done.  Looks like Becky will have lost her job now!</w:t>
      </w:r>
    </w:p>
    <w:p>
      <w:r>
        <w:rPr>
          <w:b w:val="0"/>
          <w:i w:val="0"/>
        </w:rPr>
        <w:t>The Dog RCC was won by Sheelin Cuthberts Sh Ch Ballyduff Marius. Good to see Sheelin is sound again now her new knees have completely settled in.</w:t>
      </w:r>
    </w:p>
    <w:p>
      <w:r>
        <w:rPr>
          <w:b w:val="0"/>
          <w:i w:val="0"/>
        </w:rPr>
        <w:t>The Bitch CC went to another chocolate winning her third CC on the day, Mr and Mrs Frank Gilmours Claychalk Costa Mille (Claychalk Costa Zaire x Claychalk Costa Markka).</w:t>
      </w:r>
    </w:p>
    <w:p>
      <w:r>
        <w:rPr>
          <w:b w:val="0"/>
          <w:i w:val="0"/>
        </w:rPr>
        <w:t>Marion Hopkinsons yellow Rocheby Sensational ((Rocheby Town Cryer x Rocheby Wild Snowdrop) won the Bitch RCC and Best Puppy in Show Sharon Lamberts yellow Mattand Exodus (Fin Ch Devonshires London Edition x Amberstead Dark and Stormy over Mattand). He is Top Puppy so far in this year's Our Dogs Top Puppy competition.</w:t>
      </w:r>
    </w:p>
    <w:p>
      <w:r>
        <w:rPr>
          <w:b w:val="0"/>
          <w:i w:val="0"/>
        </w:rPr>
        <w:t>The following Saturday was Gundog Day at Border Union in Kelso. This show was always a family favourite and for many years my late husband and I  marked the start of our annual Scottish holiday by exhibiting there and later exploring the surrounding countryside, including  the glorious Floors Castle on the opposite banks of the river from the showground. Floors Castle is well worth a visit if you have never been there. The grounds are open to dogs; there are even secure, fenced off paddocks for dogs to run in, should you not wish to risk them disappearing. The miles of woodland walks and open vistas are amazing and of course the castle's interior and its lovely gardens and popular tearoom, its counters filled to the brim with delicious home made goodies, are not to be missed.</w:t>
      </w:r>
    </w:p>
    <w:p>
      <w:r>
        <w:rPr>
          <w:b w:val="0"/>
          <w:i w:val="0"/>
        </w:rPr>
        <w:t>The 2015 judge was Elaine Cannon and her winners were Dog CC, Best of Breed and Group 3 under Jonathon Daltrey was Anthony Allen, Linda Hess and Eilliotts yellow dog, Am Ch Tampa Bay and Snobo Gusty Seas Batten Down The Hatch (Imp USA). The Dog RCC winner was Miss J S Wylies Loughbrae Jakata. The Bitch CC was a quick fourth CC for Mr and Mrs Frank Gilroys chocolate Sh Ch Claychalk Costa Mille whilst the Bitch RCC went to Mr and Mrs Gannaway Jones Oakhouse Oscar Winner at Mossland. Best Puppy was Mattand Exodus owned by Sharon Lambert.</w:t>
      </w:r>
    </w:p>
    <w:p>
      <w:r>
        <w:rPr>
          <w:b w:val="0"/>
          <w:i w:val="0"/>
        </w:rPr>
        <w:t>Plenty of photographs on Facebook from the World Show in Milan. Congratulations to the Labrador winners Franco Barberi with his well-known yellow litter brother and sister, Chs, Loch Mor Romeo and Guilietta under judge Heather Wiles.</w:t>
      </w:r>
    </w:p>
    <w:p>
      <w:r>
        <w:rPr>
          <w:b w:val="0"/>
          <w:i w:val="0"/>
        </w:rPr>
        <w:t>The World Show is sponsored by Royal Canin, and I thought how smart the layout appeared and how lovely the dogs looked in the red carpeted rings.</w:t>
      </w:r>
    </w:p>
    <w:p>
      <w:r>
        <w:rPr>
          <w:b w:val="0"/>
          <w:i w:val="0"/>
        </w:rPr>
        <w:t>I recall many years ago, carpet was required for LKA at the NEC because the floor had become very slippy and highly polished following many years of mechanical sweeping after every single NEC event.</w:t>
      </w:r>
    </w:p>
    <w:p>
      <w:r>
        <w:rPr>
          <w:b w:val="0"/>
          <w:i w:val="0"/>
        </w:rPr>
        <w:t>As Show Architect, I chose a bright cheery red carpet very similar to that used recently at the World Show in Milan. At LKA in the 1990s, a red carpet seemed warmly applicable to me, the show being held in the chilly month of December when all would be damp, grey and miserable outside.</w:t>
      </w:r>
    </w:p>
    <w:p>
      <w:r>
        <w:rPr>
          <w:b w:val="0"/>
          <w:i w:val="0"/>
        </w:rPr>
        <w:t>However, whereas the recent Milan event's red carpet has been greatly admired, my 1990s choice at LKA was greeted with uproar. What idiot had chosen red carpet?</w:t>
      </w:r>
    </w:p>
    <w:p>
      <w:r>
        <w:rPr>
          <w:b w:val="0"/>
          <w:i w:val="0"/>
        </w:rPr>
        <w:t>Me!</w:t>
      </w:r>
    </w:p>
    <w:p>
      <w:r>
        <w:rPr>
          <w:b w:val="0"/>
          <w:i w:val="0"/>
        </w:rPr>
        <w:t>I think I was the only person in the UK who thought the red carpet was suitable for dog show rings. The irate red-carpet-haters even made their feelings known via the letters column in the dog press!</w:t>
      </w:r>
    </w:p>
    <w:p>
      <w:r>
        <w:rPr>
          <w:b w:val="0"/>
          <w:i w:val="0"/>
        </w:rPr>
        <w:t>Following that, a safe dull green or dull blue replaced my cheery red.</w:t>
      </w:r>
    </w:p>
    <w:p>
      <w:r>
        <w:rPr>
          <w:b w:val="0"/>
          <w:i w:val="0"/>
        </w:rPr>
        <w:t>How lovely to realise twenty five years later that I was actually, and, yes quite unbelievably I know, a forerunner of fashion, and the Royal Canin sponsored carpets at the World Show have followed my brilliant idea. Red carpets are extremely smart, inviting and lovely.</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