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- 22/11/2013"</w:t>
      </w:r>
      <w:r>
        <w:br/>
      </w:r>
      <w:r>
        <w:rPr>
          <w:b w:val="0"/>
          <w:i w:val="0"/>
        </w:rPr>
        <w:br/>
        <w:t>date_original: "22/11/2013"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"2026-09-13T22:42:18"</w:t>
      </w:r>
      <w:r>
        <w:br/>
      </w:r>
      <w:r>
        <w:rPr>
          <w:b w:val="0"/>
          <w:i w:val="0"/>
        </w:rPr>
        <w:br/>
        <w:t>word_count: 1183</w:t>
      </w:r>
    </w:p>
    <w:p>
      <w:r>
        <w:t>――――――――――――――――――――――――――――――</w:t>
      </w:r>
    </w:p>
    <w:p>
      <w:r>
        <w:rPr>
          <w:b w:val="0"/>
          <w:i w:val="0"/>
        </w:rPr>
        <w:t>NEWS MEMBERS' AREA SHOP SUBSCRIBE UPCOMING SHOWS MORE</w:t>
      </w:r>
    </w:p>
    <w:p>
      <w:r>
        <w:rPr>
          <w:b w:val="0"/>
          <w:i w:val="0"/>
        </w:rPr>
        <w:t>RETRIEVER LABRADOR</w:t>
      </w:r>
    </w:p>
    <w:p>
      <w:r>
        <w:rPr>
          <w:b w:val="0"/>
          <w:i w:val="0"/>
        </w:rPr>
        <w:t>Issue: 22/11/2013</w:t>
      </w:r>
    </w:p>
    <w:p>
      <w:r>
        <w:rPr>
          <w:b w:val="0"/>
          <w:i w:val="0"/>
        </w:rPr>
        <w:t>If you ever read any other breed notes do make a point of reading last weeks, 15th November 2013, Saluki notes by Helen Graham. A wonderful article about judging and its effects, which everyone should read, learn, study and digest. It could so well apply in general in very many breeds, our own included.</w:t>
      </w:r>
    </w:p>
    <w:p>
      <w:r>
        <w:rPr>
          <w:b w:val="0"/>
          <w:i w:val="0"/>
        </w:rPr>
        <w:t>There is still time to send your kennel reviews in to the various breed club Yearbook editors, but try not to linger too much longer. Those wishing to advertise in the Midland Counties LRC yearbook can send their information /queries to info@mclrc.info where co Editors Mandy Deane and Ken Comery will do their best to help.</w:t>
      </w:r>
    </w:p>
    <w:p>
      <w:r>
        <w:rPr>
          <w:b w:val="0"/>
          <w:i w:val="0"/>
        </w:rPr>
        <w:t>Owner breeder of our most recent full champion, Rachael Williams, writes of the memorable day when her bitch Sh Ch Millerdan Vision of Love JW ShCM gained her Show Gundog Working Certificate; losing the Sh and gaining the CH.</w:t>
      </w:r>
    </w:p>
    <w:p>
      <w:r>
        <w:rPr>
          <w:b w:val="0"/>
          <w:i w:val="0"/>
        </w:rPr>
        <w:t>Racheal writes, "On the 7th November the Golden Retriever Club of Northumbria held a SGWC day.  A total 11 dogs ran, 3 of which were Labradors, interestingly they represented all colours of the breed, one being yellow, one black and one chocolate, the remainder of the field were Golden Retrievers.  The test consisted of several walk-up exercises across rather tough terrain consisting of heather and bracken which came up to the knees of most of the handlers! This gave the dogs a good test of their hunting ability as well as their ability to mark falling game. After lunch there was a water retrieve from an appropriate and safe point on the River Greta.</w:t>
      </w:r>
    </w:p>
    <w:p>
      <w:r>
        <w:rPr>
          <w:b w:val="0"/>
          <w:i w:val="0"/>
        </w:rPr>
        <w:t>On the day, 5 dogs passed the tests and were awarded the SGWC by the judges Steve Crookes and Jennifer Hay.</w:t>
      </w:r>
    </w:p>
    <w:p>
      <w:r>
        <w:rPr>
          <w:b w:val="0"/>
          <w:i w:val="0"/>
        </w:rPr>
        <w:t>The Labradors to pass were; Fiona Maclean's chocolate Labrador bitch Afinmore Alexandrova and my own recently crowned yellow bitch Sh.Ch Millerdan Vision of Love JW ShCM, now making her into a full UK champion.</w:t>
      </w:r>
    </w:p>
    <w:p>
      <w:r>
        <w:rPr>
          <w:b w:val="0"/>
          <w:i w:val="0"/>
        </w:rPr>
        <w:t>A good day was had by all despite the wind and rain. We ended with a drink, homemade cottage pie and certificate presentations in the local pub in front of a roaring log fire." Well done Rachael.</w:t>
      </w:r>
    </w:p>
    <w:p>
      <w:r>
        <w:rPr>
          <w:b w:val="0"/>
          <w:i w:val="0"/>
        </w:rPr>
        <w:t>The Labrador Retriever Club held their Open Show at Norton near Worcester. I normally enjoy this show but missed it this time being at home puppy minding. Two quick weeks of their lives had passed and it was worming day for the first time.</w:t>
      </w:r>
    </w:p>
    <w:p>
      <w:r>
        <w:rPr>
          <w:b w:val="0"/>
          <w:i w:val="0"/>
        </w:rPr>
        <w:t>Ed Casey was the judge at the show. The entry was 127 dogs and bitches, but I gather there were quite a lot of absentees. Looking at Facebook that night it appeared to be a well organised, much enjoyed event.</w:t>
      </w:r>
    </w:p>
    <w:p>
      <w:r>
        <w:rPr>
          <w:b w:val="0"/>
          <w:i w:val="0"/>
        </w:rPr>
        <w:t>Best Bitch and Best in Show was Carole and Mervyn Reynolds yellow Carromer Sekonda, Best Dog and Best Opposite Sex was Yolande Shirtons yellow Sh Ch Woolman Cadell.</w:t>
      </w:r>
    </w:p>
    <w:p>
      <w:r>
        <w:rPr>
          <w:b w:val="0"/>
          <w:i w:val="0"/>
        </w:rPr>
        <w:t>Reserve Best Dog was Tony and Maureen Floyds yellow, Trenow Plover.  Reserve Best Bitch  was Anne Lavelles yellow Crosscroyde Choice Words JW and Best Puppy in Show was the Floyds Trenow Rio Grande.</w:t>
      </w:r>
    </w:p>
    <w:p>
      <w:r>
        <w:rPr>
          <w:b w:val="0"/>
          <w:i w:val="0"/>
        </w:rPr>
        <w:t>As I was getting up early on the morning of the Lab Club Open Show, I heard on the local radio that someone was precariously standing, just about balanced, on the bridge over the M42 close by its junction with the M5, he had been there for some hours threatening who knows what, but the police had of necessity closed both carriageways of the motorway below. I gather all lanes of the M42 both east and west bound remained closed all day as the chap appeared thoroughly determined in his vigil up on the bridge. I am sure many of those travelling to Norton via this important motorway link from North East and South East were held up by the over-crowded diversions. I trust no-one missed their classes.</w:t>
      </w:r>
    </w:p>
    <w:p>
      <w:r>
        <w:rPr>
          <w:b w:val="0"/>
          <w:i w:val="0"/>
        </w:rPr>
        <w:t>The weather has turned somewhat stormy; rather chilly and windy. Not much fun being outside. The gigantic sweet chestnut tree in the garden two houses away has been covered in prickly chestnuts this autumn. Now it is dropping its crop and the prickly husks are being whipped away by the wind.</w:t>
      </w:r>
    </w:p>
    <w:p>
      <w:r>
        <w:rPr>
          <w:b w:val="0"/>
          <w:i w:val="0"/>
        </w:rPr>
        <w:t>Most seem to end up in everyone's gutters, but some have been falling down on my terrace, to be picked up, oh so gently, and then proudly carried around and played with for most of the morning by the naughty black pup, Georgiana.</w:t>
      </w:r>
    </w:p>
    <w:p>
      <w:r>
        <w:rPr>
          <w:b w:val="0"/>
          <w:i w:val="0"/>
        </w:rPr>
        <w:t>I picked up just one of the empty husks and spiked my finger horribly. The prickles are viciously sharp. Georgie must have the softest mouth ever or no sense at all as she happily carries the prickly things round proudly for hours on end, every day. Hopefully it is the former.</w:t>
      </w:r>
    </w:p>
    <w:p>
      <w:r>
        <w:rPr>
          <w:b w:val="0"/>
          <w:i w:val="0"/>
        </w:rPr>
        <w:t>My two week old football team are all doing well. Absolute timewasters; eyes just opening slightly and taking their first wobbly, tottering steps around the whelping box.</w:t>
      </w:r>
    </w:p>
    <w:p>
      <w:r>
        <w:rPr>
          <w:b w:val="0"/>
          <w:i w:val="0"/>
        </w:rPr>
        <w:t>First time Mum, Daisy is so good, placid and patient with them. When she is sitting up feeding them she looks as though she has been taken over by hoards of limpets!</w:t>
      </w:r>
    </w:p>
    <w:p>
      <w:r>
        <w:rPr>
          <w:b w:val="0"/>
          <w:i w:val="0"/>
        </w:rPr>
        <w:t>Ive already got the pups to lap formula milk to ease her load a bit, although she is still with them most of the time.</w:t>
      </w:r>
    </w:p>
    <w:p>
      <w:r>
        <w:rPr>
          <w:b w:val="0"/>
          <w:i w:val="0"/>
        </w:rPr>
        <w:t>Each puppy has been taught to take the milk on its own from a tiny rectangular straight sided glass dish I have used for the purpose for years. I think the dish was originally a wedding present for the 1970s dinner table but I found a far better use for it; teaching pups to lap. It is just the right size.</w:t>
      </w:r>
    </w:p>
    <w:p>
      <w:r>
        <w:rPr>
          <w:b w:val="0"/>
          <w:i w:val="0"/>
        </w:rPr>
        <w:t>I get the pups to chase my finger through the milk. They soon latch on quickly being pre- programmed Labradors and lap away with great gusto; the milk going all over the place.</w:t>
      </w:r>
    </w:p>
    <w:p>
      <w:r>
        <w:rPr>
          <w:b w:val="0"/>
          <w:i w:val="0"/>
        </w:rPr>
        <w:t>As each one finishes, Mum then gives it a good clean up and some of her proper milk, whilst I continue to slowly work through the ranks. Certainly makes my back ache by the time I have finished them all. I didn't have that problem with Georgie, the singleton!</w:t>
      </w:r>
    </w:p>
    <w:p>
      <w:r>
        <w:rPr>
          <w:b w:val="0"/>
          <w:i w:val="0"/>
        </w:rPr>
        <w:t>Now, the quiet, tranquil period is nearly over for me and the hard work really begins. This is the lull before the storm when every day will bring 44 tiny meals a day to prepare, 44 dishes to wash up; eleven faces to wipe clean four times a day, and then there is the other end and all those soggy newspapers, which I wont even mention. We wouldn't do it if we didn't enjoy it though!</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