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- 02/05/2025 - ISSUE"</w:t>
      </w:r>
      <w:r>
        <w:br/>
      </w:r>
      <w:r>
        <w:rPr>
          <w:b w:val="0"/>
          <w:i w:val="0"/>
        </w:rPr>
        <w:br/>
        <w:t>date_original: "02/05/2025 - ISSUE"</w:t>
      </w:r>
      <w:r>
        <w:br/>
      </w:r>
      <w:r>
        <w:rPr>
          <w:b w:val="0"/>
          <w:i w:val="0"/>
        </w:rPr>
        <w:br/>
        <w:t>source_url: "https://www.ourdogs.co.uk/members/breednotes/RetrieverLabradorMain.php"</w:t>
      </w:r>
      <w:r>
        <w:br/>
      </w:r>
      <w:r>
        <w:rPr>
          <w:b w:val="0"/>
          <w:i w:val="0"/>
        </w:rPr>
        <w:br/>
        <w:t>scraped_at: "2026-09-13T15:05:53"</w:t>
      </w:r>
      <w:r>
        <w:br/>
      </w:r>
      <w:r>
        <w:rPr>
          <w:b w:val="0"/>
          <w:i w:val="0"/>
        </w:rPr>
        <w:br/>
        <w:t>word_count: 1179</w:t>
      </w:r>
    </w:p>
    <w:p>
      <w:r>
        <w:t>――――――――――――――――――――――――――――――</w:t>
      </w:r>
    </w:p>
    <w:p>
      <w:r>
        <w:rPr>
          <w:b w:val="0"/>
          <w:i w:val="0"/>
        </w:rPr>
        <w:t>NEWS MEMBERS' AREA SHOP SUBSCRIBE UPCOMING SHOWS MORE</w:t>
      </w:r>
    </w:p>
    <w:p>
      <w:r>
        <w:rPr>
          <w:b w:val="0"/>
          <w:i w:val="0"/>
        </w:rPr>
        <w:t>RETRIEVER LABRADOR</w:t>
      </w:r>
    </w:p>
    <w:p>
      <w:r>
        <w:rPr>
          <w:b w:val="0"/>
          <w:i w:val="0"/>
        </w:rPr>
        <w:t>Issue: 02/05/2025</w:t>
      </w:r>
    </w:p>
    <w:p>
      <w:r>
        <w:rPr>
          <w:b w:val="0"/>
          <w:i w:val="0"/>
        </w:rPr>
        <w:t xml:space="preserve">The Labrador Retriever Club have announced the new Club Patron is Her Royal Highness the </w:t>
      </w:r>
    </w:p>
    <w:p>
      <w:r>
        <w:rPr>
          <w:b w:val="0"/>
          <w:i w:val="0"/>
        </w:rPr>
        <w:t>Princess Royal, Princess Anne. What delightful news.</w:t>
      </w:r>
    </w:p>
    <w:p>
      <w:r>
        <w:rPr>
          <w:b w:val="0"/>
          <w:i w:val="0"/>
        </w:rPr>
        <w:t xml:space="preserve">Sad news via Keith Evanâ€™s online post that Paddy Mott, Meaculpa Labradors, wife of the late Adrian, has passed away. She was a former Maghull Merseyside Police Traffic Radar Officer  who had completed her 30 yrs service.  A favourite spot for the radar car was on Roe Lane , Southport, right outside Anne Taylorâ€™s  (Fabracken) parents home and  the Taylorâ€™s and the Motts became friends. They had many </w:t>
      </w:r>
    </w:p>
    <w:p>
      <w:r>
        <w:rPr>
          <w:b w:val="0"/>
          <w:i w:val="0"/>
        </w:rPr>
        <w:t xml:space="preserve">a chat and a coffee with Anne while keeping the roads safe with the other ladies in the radar traffic team. </w:t>
      </w:r>
    </w:p>
    <w:p>
      <w:r>
        <w:rPr>
          <w:b w:val="0"/>
          <w:i w:val="0"/>
        </w:rPr>
        <w:t>This friendship lead to Paddy and Adrian acquiring from Anne, a Labrador whom they  successfully showed,  Fabracken Expressly Yours (Ballyduff Marlborough of Junicott x  Ch Fabracken Dancing Shadow ). Paddy was an enthusiastic member and committee member of The North West Labrador Club for  many years. She remained active in the breed and  enjoyed her Open show judging appointments .</w:t>
      </w:r>
    </w:p>
    <w:p>
      <w:r>
        <w:rPr>
          <w:b w:val="0"/>
          <w:i w:val="0"/>
        </w:rPr>
        <w:t>Sadly her latter years were spent in a nursing home. Her funeral was held earlier this week.</w:t>
      </w:r>
    </w:p>
    <w:p>
      <w:r>
        <w:rPr>
          <w:b w:val="0"/>
          <w:i w:val="0"/>
        </w:rPr>
        <w:t>Midland Counties Labrador Club held their championship show with judges Caroline Campbell and</w:t>
      </w:r>
    </w:p>
    <w:p>
      <w:r>
        <w:rPr>
          <w:b w:val="0"/>
          <w:i w:val="0"/>
        </w:rPr>
        <w:t>Jane Rawlinson officiating. From a grand entry of 283 dogs and bitches, 111 dogs and 167 bitches  the winners were.</w:t>
      </w:r>
    </w:p>
    <w:p>
      <w:r>
        <w:rPr>
          <w:b w:val="0"/>
          <w:i w:val="0"/>
        </w:rPr>
        <w:t>Dog Challenge Certificate  Original Soundtrack del Trango for Brupurhat (Mr B J Brackner) Reserve Dog Challenge Certificate  Devonshires Yellowstone at Mariank (Imp Usa) (Mr R S Ennis-Holden) Best Puppy Dog Rochevale Prince Charming to Rocheby NAF (Mrs D M Hopkinson) Best Minor Puppy Dog Rochdale  Prince Charming to Rocheby NAF (Mrs D M Hopkinson) Best Veteran Dog A Sense of Pleasureâ€™s Get Lucky JW (Imp Deu) (Miss K Druggan) Bitch Challenge Certificate Sh Ch Kimbajak Miss Jazz Swinger JW (Ms C M Edwards) Reserve Bitch Challenge Certificate Nld/de/int Ch Riverflow Spring Fever (Mrs A Van Den Breemen) Best Puppy Bitch Rochevale Moana (Mrs C &amp; Mr D Clayton) Best Minor Puppy Bitch Rochevale Moana (Mrs C &amp; Mr D Clayton) Best Veteran Bitch  Carromer Shimmering in Pink JW (Mr M &amp; Mrs C Reynolds) Best Of Breed - Sh Ch Kimbajak Miss Jazz Swinger JW (Ms C M Edwards) Best Puppy  Rochevale Prince Charming to Rocheby NAF (Mrs D M Hopkinson)</w:t>
      </w:r>
    </w:p>
    <w:p>
      <w:r>
        <w:rPr>
          <w:b w:val="0"/>
          <w:i w:val="0"/>
        </w:rPr>
        <w:t xml:space="preserve">WELKS was the first outdoor show to be held this year at Malvern with a total entry of 6919 exhibits. The weather was dry and pleasantly warm. The ground was in perfect condition after a great deal of maintenance work had been carried out by Three Counties ground-staff after the wet soggy winter. </w:t>
      </w:r>
    </w:p>
    <w:p>
      <w:r>
        <w:rPr>
          <w:b w:val="0"/>
          <w:i w:val="0"/>
        </w:rPr>
        <w:t>Elaine Grummitt was judging at CC level for her first time and had drawn a splendid entry of 197 dogs and bitches for a general championship show where entry fees are considerably higher than club shows,.</w:t>
      </w:r>
    </w:p>
    <w:p>
      <w:r>
        <w:rPr>
          <w:b w:val="0"/>
          <w:i w:val="0"/>
        </w:rPr>
        <w:t>Dog Challenge Certificate  Beskerby Pageant (Mr &amp; Mrs R I &amp; Miss M Dawson) Reserve Dog Challenge Certificate    Int/multi Ch Carpenny Patrick (Mr Jh &amp; Mr R Stigt &amp; Wolstenholme-Egerton) Bitch Challenge Certificate Sh Ch Farnfield Partridge (Mr R A S Stafford) Reserve Bitch Challenge Certificate Ch Warringahâ€™s Pippingarra JW Sgwc (Mr D Coode) Best Of Breed Sh Ch Farnfield Partridge (Mr R A S Stafford) Best Puppy Naiken Island Hopping (ai) (Mr &amp; Mrs A R V &amp; Miss R Hodge) Best Veteran  Allenies Tampa Bay Dâ€™orta for Darrabol (Mr I J &amp; Mrs B A Ganney</w:t>
      </w:r>
    </w:p>
    <w:p>
      <w:r>
        <w:rPr>
          <w:b w:val="0"/>
          <w:i w:val="0"/>
        </w:rPr>
        <w:t>The Dawson family looked rightfully relaxed and very happy ringside after they had won their 3rd Dog CC with their 6 year old yellow Beskerby Pageant, now a well deserved show champion. Many Congratulations.</w:t>
      </w:r>
    </w:p>
    <w:p>
      <w:r>
        <w:rPr>
          <w:b w:val="0"/>
          <w:i w:val="0"/>
        </w:rPr>
        <w:t xml:space="preserve">For me after four months of total isolation recovering from  a long spell of nasty illness it was so  lovely to feel better and out in the wide world once again; enjoying my first Labrador show since last September. </w:t>
      </w:r>
    </w:p>
    <w:p>
      <w:r>
        <w:rPr>
          <w:b w:val="0"/>
          <w:i w:val="0"/>
        </w:rPr>
        <w:t xml:space="preserve">As I watched ringside and later, remembered how to show a non table dog, ie Labradors as opposed to my Jack Russell terriers, and how to actually run round a ring,  it was so good to see and chat to friends once more. </w:t>
      </w:r>
    </w:p>
    <w:p>
      <w:r>
        <w:rPr>
          <w:b w:val="0"/>
          <w:i w:val="0"/>
        </w:rPr>
        <w:t>So many new young faces but also all the friends and characters of previous decades with whom I have shared many years of showing and all of them still determined to compete with their dogs despite various operations holding worn bodies together. This dog showing lark certainly does keep us going!</w:t>
      </w:r>
    </w:p>
    <w:p>
      <w:r>
        <w:rPr>
          <w:b w:val="0"/>
          <w:i w:val="0"/>
        </w:rPr>
        <w:t xml:space="preserve">Especially happy to see Michael Neachell (Suttonpark) watching and chatting ringside and looking so well-recovered after a difficult health period. </w:t>
      </w:r>
    </w:p>
    <w:p>
      <w:r>
        <w:rPr>
          <w:b w:val="0"/>
          <w:i w:val="0"/>
        </w:rPr>
        <w:t>I enjoyed a lovely day out with both my exhibits. My eight months yellow bitch puppy had never been to a training class due to my being  confined to home.</w:t>
      </w:r>
    </w:p>
    <w:p>
      <w:r>
        <w:rPr>
          <w:b w:val="0"/>
          <w:i w:val="0"/>
        </w:rPr>
        <w:t>I was concerned as I hadnâ€™t a clue how she would react to meeting people en masse and seeing many odd-looking breeds and shapes and sizes of dogs, let alone meet a judge and run round the ring in a reasonably straight line without tripping me up.</w:t>
      </w:r>
    </w:p>
    <w:p>
      <w:r>
        <w:rPr>
          <w:b w:val="0"/>
          <w:i w:val="0"/>
        </w:rPr>
        <w:t xml:space="preserve">She took to it like a duck to water. We even visited the Mountain and Moorland Pony show in another part of the show ground. Sheâ€™s never seen a horse, let alone very hairy ones with long manes and tails and big hooves with furry fetlocks. </w:t>
      </w:r>
    </w:p>
    <w:p>
      <w:r>
        <w:rPr>
          <w:b w:val="0"/>
          <w:i w:val="0"/>
        </w:rPr>
        <w:t xml:space="preserve">Pup to me - â€œ Oh, for goodness sake, do relax Mum, thereâ€™s no problem thatâ€™s a hairy horse.  Please stop fretting !â€ So I did. </w:t>
      </w:r>
    </w:p>
    <w:p>
      <w:r>
        <w:rPr>
          <w:b w:val="0"/>
          <w:i w:val="0"/>
        </w:rPr>
        <w:t xml:space="preserve">Thrilled to win 2 x 2nds in her very first, well filled puppy classes, then later,  2nd in Limit with her chocolate kennel mate. </w:t>
      </w:r>
    </w:p>
    <w:p>
      <w:r>
        <w:rPr>
          <w:b w:val="0"/>
          <w:i w:val="0"/>
        </w:rPr>
        <w:t xml:space="preserve">I have only ever kept animals I really like looking at and watching moving and playing at home which is where we dig folk spend most of our time and these two are just my cup of tea. The puppy  reminds me of my CC and Group winner back in the 1990s, the yellow Bradking Roseanna , (elder sister of breed Record Holder ShCh Bradking Hugo), at the same age, quietly maturing, everything in the right place, fabulous movement and nothing overdone. </w:t>
      </w:r>
    </w:p>
    <w:p>
      <w:r>
        <w:rPr>
          <w:b w:val="0"/>
          <w:i w:val="0"/>
        </w:rPr>
        <w:t>Tired out after such a good day out. Hoarse from chatting so much but so  good to feel alive again. Many thanks to my pal Lynda Miles (Llanstinan),  forgoing showing her own entered dogs and coming with me in the car to help me and make sure I survived my very first outing of the year, oh and it was my Birthday too on the day as well. Greatly appreciated.</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