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Nov 2003"</w:t>
      </w:r>
      <w:r>
        <w:br/>
      </w:r>
      <w:r>
        <w:rPr>
          <w:b w:val="0"/>
          <w:i w:val="0"/>
        </w:rPr>
        <w:br/>
        <w:t>date_original: "21 Nov 2003"</w:t>
      </w:r>
      <w:r>
        <w:br/>
      </w:r>
      <w:r>
        <w:rPr>
          <w:b w:val="0"/>
          <w:i w:val="0"/>
        </w:rPr>
        <w:br/>
        <w:t>source_url: "https://www.ourdogs.co.uk/members/breednotes/2003/RetrieverLabrador/RetrieverLabrador-nov21.htm"</w:t>
      </w:r>
      <w:r>
        <w:br/>
      </w:r>
      <w:r>
        <w:rPr>
          <w:b w:val="0"/>
          <w:i w:val="0"/>
        </w:rPr>
        <w:br/>
        <w:t>archive_type: "static_html"</w:t>
      </w:r>
      <w:r>
        <w:br/>
      </w:r>
      <w:r>
        <w:rPr>
          <w:b w:val="0"/>
          <w:i w:val="0"/>
        </w:rPr>
        <w:br/>
        <w:t>scraped_at: "2026-09-13T22:17:18"</w:t>
      </w:r>
      <w:r>
        <w:br/>
      </w:r>
      <w:r>
        <w:rPr>
          <w:b w:val="0"/>
          <w:i w:val="0"/>
        </w:rPr>
        <w:br/>
        <w:t>word_count: 1353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Bridgwater DCS open show on November 2 Linda Major’s homebred 11 months yellow bitch Linjor Tihany was BPIB and went on to win BP Gundog in group, breed and group judge Jinty Gill Davis (Rosecourt)</w:t>
      </w:r>
    </w:p>
    <w:p>
      <w:r>
        <w:rPr>
          <w:b w:val="0"/>
          <w:i w:val="0"/>
        </w:rPr>
        <w:t>Many congratulations to Andrew &amp; Margaret Brown of the Ramsayville Labradors based in Scotland, who will be celebrating their 30th wedding anniversary on Monday 24th November.</w:t>
      </w:r>
    </w:p>
    <w:p>
      <w:r>
        <w:rPr>
          <w:b w:val="0"/>
          <w:i w:val="0"/>
        </w:rPr>
        <w:t>Caron Morton sends in the following tribute to her dear friend Vivienne Scott:</w:t>
      </w:r>
    </w:p>
    <w:p>
      <w:r>
        <w:rPr>
          <w:b w:val="0"/>
          <w:i w:val="0"/>
        </w:rPr>
        <w:t>“Viv Scott (Archallagan) passed away peacefully at St Bridget’s Hospice, Douglas, IOM, on Saturday 1st November 2003 after a long and courageous fight against breast cancer, she was only 43. Viv had fought this horrible disease for the last three years with the most incredible determination and dignity, sadly even Viv’s steely determination couldn’t win this battle, one of the remarkable things was that she was always smiling and she didn’t ever complain, self pity was not in Viv’s vocabulary.</w:t>
      </w:r>
    </w:p>
    <w:p>
      <w:r>
        <w:rPr>
          <w:b w:val="0"/>
          <w:i w:val="0"/>
        </w:rPr>
        <w:t>Her funeral was held on Friday 7th November 2003 at a packed St Patrick’s Church, Jurby on the Isle of Man. Of Viv’s Labrador friends attending from the mainland were Marion Hopkinson, Jenny Nunn (who stayed with Viv during the summer whilst out on the island studying bats), my partner Neil Bould and myself, I know there were a lot more of her friends, who would have dearly loved to have attended the service.</w:t>
      </w:r>
    </w:p>
    <w:p>
      <w:r>
        <w:rPr>
          <w:b w:val="0"/>
          <w:i w:val="0"/>
        </w:rPr>
        <w:t>Viv, being the strong and organised person she was and obviously knowing her health was failing, had arranged every part of her funeral service herself, which made it so very personal, everything included in the service was delivered by members of her family.</w:t>
      </w:r>
    </w:p>
    <w:p>
      <w:r>
        <w:rPr>
          <w:b w:val="0"/>
          <w:i w:val="0"/>
        </w:rPr>
        <w:t>The church she had picked for her service and burial was thought out so carefully. It was the most lovely white church, which sat on top of a small raised part of the island with the sea just sitting behind it.</w:t>
      </w:r>
    </w:p>
    <w:p>
      <w:r>
        <w:rPr>
          <w:b w:val="0"/>
          <w:i w:val="0"/>
        </w:rPr>
        <w:t>Her most treasured black Labrador, Paddy, was present at the service and I am positive that Viv would have been delighted in the way he made himself part of the service by the thumping of his wagging tail and his excited loud panting, which almost sounded like a laugh, yes, Viv would have approved.</w:t>
      </w:r>
    </w:p>
    <w:p>
      <w:r>
        <w:rPr>
          <w:b w:val="0"/>
          <w:i w:val="0"/>
        </w:rPr>
        <w:t>The eulogy was read by her brother in law, Tony Hawkes and gave us an insight into Viv’s life, from being a child right up to her untimely death, at much too young an age.</w:t>
      </w:r>
    </w:p>
    <w:p>
      <w:r>
        <w:rPr>
          <w:b w:val="0"/>
          <w:i w:val="0"/>
        </w:rPr>
        <w:t>I certainly think that Viv had packed 80 years worth of living into her life. The eulogy was followed by a poem, which was written by Viv in the last few weeks of her life and believe me, there wasn’t a dry eye in the house.</w:t>
      </w:r>
    </w:p>
    <w:p>
      <w:r>
        <w:rPr>
          <w:b w:val="0"/>
          <w:i w:val="0"/>
        </w:rPr>
        <w:t>My memories of Viv are all that I have left now, but I consider it an honour and a privilege to have been a part of Viv’s life. I am deeply thankful for all the times we have spent together and the very special friendship we had. She was a remarkable and much loved friend and some words which instantly spring to mind are: fun, bubbly, laughing, positive, caring, brave; probably too many words to write down, but most of all, Vivienne Joy Scott you were irreplaceable”.</w:t>
      </w:r>
    </w:p>
    <w:p>
      <w:r>
        <w:rPr>
          <w:b w:val="0"/>
          <w:i w:val="0"/>
        </w:rPr>
        <w:t>So many of Vivienne’s friends will echo your words Caron. We shall remember her with great fondness; she will never grow old in our thoughts but be remembered as the laughing joyous character she was.</w:t>
      </w:r>
    </w:p>
    <w:p>
      <w:r>
        <w:rPr>
          <w:b w:val="0"/>
          <w:i w:val="0"/>
        </w:rPr>
        <w:t>Gundog Breeds of Scotland held their Championship show at Ingleston, Edinburgh where the judge was Judith Charlton. The Bitch CC and Best of Breed was won by Diana Downey Tulloch’s yellow Sh Ch Tullochmohr Thespian JW. The Bitch RCC was won by Rewari Sunbeam over Benboee owned by Miss P Tait. The Dog CC went to John and Saudjie Crook’s black Am Ch. Weathertop El Nino, winning his first CC in the UK having previously resided in the warmth of California. The Dog RCC went to Diana Downey Tulloch’s Tullochmohr Final Edition. Best Puppy and Best Puppy in Show was Les and Joyce Brabban’s Cambremer I’ve Got Rhythm whom I believe, is a daughter of the RCC winner and the lovely black bitch Cambremer Two to Tango.</w:t>
      </w:r>
    </w:p>
    <w:p>
      <w:r>
        <w:rPr>
          <w:b w:val="0"/>
          <w:i w:val="0"/>
        </w:rPr>
        <w:t>I now have it on good authority that the figures I quoted for West of England Lab Club Ch Show were incorrect, in that the 547dogs I quoted appears not to have been the actual number of dogs, but the total number of entries in the classes including repeats. I am told that the number of dogs entered was actually 370, which was made up of 247 bitches and 123 dogs. My apologies for this confusion.</w:t>
      </w:r>
    </w:p>
    <w:p>
      <w:r>
        <w:rPr>
          <w:b w:val="0"/>
          <w:i w:val="0"/>
        </w:rPr>
        <w:t>Ann Britton</w:t>
      </w:r>
      <w:r>
        <w:br/>
      </w:r>
      <w:r>
        <w:rPr>
          <w:b w:val="0"/>
          <w:i w:val="0"/>
        </w:rPr>
        <w:br/>
        <w:t>01989 720665 Email bowstones@btinternet.com</w:t>
      </w:r>
    </w:p>
    <w:p>
      <w:r>
        <w:rPr>
          <w:b w:val="0"/>
          <w:i w:val="0"/>
        </w:rPr>
        <w:t>At the Gundog Breeds Association of Scotland Judith Charlton awarded the dog CC to John and Saudji Crook's American Ch WEATHERTOP EL NINO his first. RCC winner was Diana Downey-Tulloch's Sh Ch TULLOCHMOHR FINAL EDITION JW, with her yellow bitch, Sh Ch TULLOCHMOHR THESPIAN winning her 10th CC and winning BoB. RCC bitch was owned by Pamela Tait with her yellow REWARI SUNBEAM OVER BENBOEE. It was a great day too for Les Brabban as his puppy bitch, CAMBREMER I'VE GOT RYTHYM, sired by Final Edition, went on to Best Puppy in Show. This new venue in the Ingliston complex is huge and all breeds and benches were on one level. Acoustics were poor but lighting good and the rings were generous. It should be a regular venue for big shows. Club President Margie Cairns seemed very happy with most of the organisation and the venue but did feel a little isolated up in her ivory tower where she informed me that the day after returning from an Italian judging appointment she sets off with Roy Ellison, the club's Vice President, on a cruise over Christmas and the New Year. Where does she get all the energy from?</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