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- 26/02/2016 - ISSUE"</w:t>
      </w:r>
      <w:r>
        <w:br/>
      </w:r>
      <w:r>
        <w:rPr>
          <w:b w:val="0"/>
          <w:i w:val="0"/>
        </w:rPr>
        <w:br/>
        <w:t>date_original: "26/02/2016 - ISSUE"</w:t>
      </w:r>
      <w:r>
        <w:br/>
      </w:r>
      <w:r>
        <w:rPr>
          <w:b w:val="0"/>
          <w:i w:val="0"/>
        </w:rPr>
        <w:br/>
        <w:t>source_url: "https://www.ourdogs.co.uk/members/breednotes/RetrieverLabradorMain.php"</w:t>
      </w:r>
      <w:r>
        <w:br/>
      </w:r>
      <w:r>
        <w:rPr>
          <w:b w:val="0"/>
          <w:i w:val="0"/>
        </w:rPr>
        <w:br/>
        <w:t>scraped_at: "2026-09-13T15:29:24"</w:t>
      </w:r>
      <w:r>
        <w:br/>
      </w:r>
      <w:r>
        <w:rPr>
          <w:b w:val="0"/>
          <w:i w:val="0"/>
        </w:rPr>
        <w:br/>
        <w:t>word_count: 1067</w:t>
      </w:r>
    </w:p>
    <w:p>
      <w:r>
        <w:t>――――――――――――――――――――――――――――――</w:t>
      </w:r>
    </w:p>
    <w:p>
      <w:r>
        <w:rPr>
          <w:b w:val="0"/>
          <w:i w:val="0"/>
        </w:rPr>
        <w:t>NEWS MEMBERS' AREA SHOP SUBSCRIBE UPCOMING SHOWS MORE</w:t>
      </w:r>
    </w:p>
    <w:p>
      <w:r>
        <w:rPr>
          <w:b w:val="0"/>
          <w:i w:val="0"/>
        </w:rPr>
        <w:t>RETRIEVER LABRADOR</w:t>
      </w:r>
    </w:p>
    <w:p>
      <w:r>
        <w:rPr>
          <w:b w:val="0"/>
          <w:i w:val="0"/>
        </w:rPr>
        <w:t>Issue: 26/02/2016</w:t>
      </w:r>
    </w:p>
    <w:p>
      <w:r>
        <w:rPr>
          <w:b w:val="0"/>
          <w:i w:val="0"/>
        </w:rPr>
        <w:t>Retriever Labrador</w:t>
      </w:r>
    </w:p>
    <w:p>
      <w:r>
        <w:rPr>
          <w:b w:val="0"/>
          <w:i w:val="0"/>
        </w:rPr>
        <w:t>Our sincere condolences go to Brian Lowe (Raybooth) who has sadly lost "his Iris" after her long,</w:t>
      </w:r>
    </w:p>
    <w:p>
      <w:r>
        <w:rPr>
          <w:b w:val="0"/>
          <w:i w:val="0"/>
        </w:rPr>
        <w:t>debilitating illness, so meticulously cared for initially by Brian, but regretfully needing to be looked</w:t>
      </w:r>
    </w:p>
    <w:p>
      <w:r>
        <w:rPr>
          <w:b w:val="0"/>
          <w:i w:val="0"/>
        </w:rPr>
        <w:t>after in a nursing home for her last three years. Our thoughts are with you Brian.</w:t>
      </w:r>
    </w:p>
    <w:p>
      <w:r>
        <w:rPr>
          <w:b w:val="0"/>
          <w:i w:val="0"/>
        </w:rPr>
        <w:t>For those who like a bargain show entry, do remember that there is an early reduced entry fee for WELKS 2016. If you enter before 9th March it is just Â£23 per dog . After 9th March the normal fee applies and will be Â£26 per dog. The judge of Labrador dogs and bitches is Anne Taylor of the well-respected Fabracken Labradors. More details via Fosse Data.</w:t>
      </w:r>
    </w:p>
    <w:p>
      <w:r>
        <w:rPr>
          <w:b w:val="0"/>
          <w:i w:val="0"/>
        </w:rPr>
        <w:t>Facebook does have some good uses and details of a nasty accident with the D shaped metal carrying-handles on the top of a large metal crate, have very kindly alerted others of an unexpected</w:t>
      </w:r>
    </w:p>
    <w:p>
      <w:r>
        <w:rPr>
          <w:b w:val="0"/>
          <w:i w:val="0"/>
        </w:rPr>
        <w:t>danger.  Evidently in this particular instance, one end of one of the two D shaped carrying handles situated on top of the roof of the metal crate became disconnected from the wire mesh of the body of the crate and unfortunately as the unsupported hook then hung down into the crate, the dog in the crate somehow got hook-end stuck right through its face. Eventually the dog was cut free, but this was a nasty accident . Luckily someone was there. What if the dog had been left on its own all day? I have now removed the metal handles from my metal crates. Do make sure you check that your crates are OK.</w:t>
      </w:r>
    </w:p>
    <w:p>
      <w:r>
        <w:rPr>
          <w:b w:val="0"/>
          <w:i w:val="0"/>
        </w:rPr>
        <w:t>Well last week's breed notes certainly appear to have touched a few raw nerves! Thank you for the 99.99% positive messages. We shall see. At least everyone has had their say.  I have started the ball rolling. I know what the moral answer is but don't know what the practical answer is and leave the deliberations to you, the exhibitors, the breed Club Members, our Breed Club committees and the Breed Council.</w:t>
      </w:r>
    </w:p>
    <w:p>
      <w:r>
        <w:rPr>
          <w:b w:val="0"/>
          <w:i w:val="0"/>
        </w:rPr>
        <w:t>Someone put my breed note article on Facebook having seen it in their own published edition of Our Dogs last week. I was surprised to see it there initially, but the interest and comments have been heartening as so many are clearly very unhappy with the way things are going and walking away.</w:t>
      </w:r>
    </w:p>
    <w:p>
      <w:r>
        <w:rPr>
          <w:b w:val="0"/>
          <w:i w:val="0"/>
        </w:rPr>
        <w:t xml:space="preserve">Whilst reading the many useful positive comments on the topic on Facebook I found it somewhat amusing, to read the list of names of those who had had a quiet little peep at the article, but unlike many had not pressed "like" or left "comments", or openly joined the discussion or added their  helpful thoughts. Quite interesting!  I didn't realise beforehand that you could access that viewing list, but obviously you can.  Just to illustrate my point of ever decreasing participation in Open dog showing for whatever reasons, I called in at two Malvern shows this last weekend.  </w:t>
      </w:r>
    </w:p>
    <w:p>
      <w:r>
        <w:rPr>
          <w:b w:val="0"/>
          <w:i w:val="0"/>
        </w:rPr>
        <w:t>One visit was on Saturday, minus dogs - not entered, to what used to be an absolutely packed-out, most popular, All Breed Open show. This year just a tiny handful of judges had been invited to take on the many varied breeds scheduled within the various  Groups.</w:t>
      </w:r>
    </w:p>
    <w:p>
      <w:r>
        <w:rPr>
          <w:b w:val="0"/>
          <w:i w:val="0"/>
        </w:rPr>
        <w:t xml:space="preserve">In the past, breed entries at this show, with specialist judges appointed, were great in number and there was standing room only in the Avon Hall it was such a crush.   But what did I find this past weekend? A nearly empty Hall. 1 Flatcoat, 5 Labradors,  7 Golden Retrievers, 1 American Cocker, 1 Fox Terrier , a bad tempered un-reprimanded Cairn flying out at everyone, human and canine, a handful of Dobermanns with varying long twirly tails, etc etc.  You could have held a large car boot sale in the Avon Hall at the same time as the dog show there were so few there.  </w:t>
      </w:r>
    </w:p>
    <w:p>
      <w:r>
        <w:rPr>
          <w:b w:val="0"/>
          <w:i w:val="0"/>
        </w:rPr>
        <w:t>I understood that two other Open shows within 60 miles of each other were being held that same day with equally sparse entries compared to former times. Would it not be better for the KC to ensure these local Open Show dates dont clash and that organising societies appoint popular breed specialist judges rather than hoping that one judge suits all, which clearly it doesn't.</w:t>
      </w:r>
    </w:p>
    <w:p>
      <w:r>
        <w:rPr>
          <w:b w:val="0"/>
          <w:i w:val="0"/>
        </w:rPr>
        <w:t>What is the point of an exhibitor getting up at the crack of dawn to feed and exercise all ones other dogs prior to driving to a show only to find you are the only one there? Winning a First out of one isn't much fun; mind you I suppose its better than being Withheld!</w:t>
      </w:r>
    </w:p>
    <w:p>
      <w:r>
        <w:rPr>
          <w:b w:val="0"/>
          <w:i w:val="0"/>
        </w:rPr>
        <w:t>The following day I took my baby bitch puppy to Mid Western Gundog Society Open show which was held in the same Malvern Hall as the previous days show. There were a few more entries overall the Gundog Breeds than the day before, but vast areas of emptiness and certainly not the numbers of former times when this packed-out show was a popular "must attend" event of the approaching spring show season.</w:t>
      </w:r>
    </w:p>
    <w:p>
      <w:r>
        <w:rPr>
          <w:b w:val="0"/>
          <w:i w:val="0"/>
        </w:rPr>
        <w:t>It was nice for the show to be back at its old Malvern home after its few years in Worcester, but winning Best Puppy, (because mine was the only Labrador puppy there) brought it home to me that we have to get our heads together and make showing popular once again. Any suggestions, let me know and perhaps if you think it appropriate, you could send a copy to your breed club Secretary, and the committee might come up with some suggestions for the Breed Council Meeting Agenda. Do remember, the breed club committees are there to serve their membership so don't be afraid to</w:t>
      </w:r>
    </w:p>
    <w:p>
      <w:r>
        <w:rPr>
          <w:b w:val="0"/>
          <w:i w:val="0"/>
        </w:rPr>
        <w:t>make sensible suggestions for discussion. For that matter you can also make your thoughts known to  your local Open Show canine committee.</w:t>
      </w:r>
    </w:p>
    <w:p>
      <w:r>
        <w:rPr>
          <w:b w:val="0"/>
          <w:i w:val="0"/>
        </w:rPr>
        <w:t>Ann Britton, 01989720665</w:t>
      </w:r>
    </w:p>
    <w:p>
      <w:r>
        <w:rPr>
          <w:b w:val="0"/>
          <w:i w:val="0"/>
        </w:rPr>
        <w:t xml:space="preserve">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