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- 20/12/2013"</w:t>
      </w:r>
      <w:r>
        <w:br/>
      </w:r>
      <w:r>
        <w:rPr>
          <w:b w:val="0"/>
          <w:i w:val="0"/>
        </w:rPr>
        <w:br/>
        <w:t>date_original: "20/12/2013"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"2026-09-13T22:42:06"</w:t>
      </w:r>
      <w:r>
        <w:br/>
      </w:r>
      <w:r>
        <w:rPr>
          <w:b w:val="0"/>
          <w:i w:val="0"/>
        </w:rPr>
        <w:br/>
        <w:t>word_count: 1047</w:t>
      </w:r>
    </w:p>
    <w:p>
      <w:r>
        <w:t>――――――――――――――――――――――――――――――</w:t>
      </w:r>
    </w:p>
    <w:p>
      <w:r>
        <w:rPr>
          <w:b w:val="0"/>
          <w:i w:val="0"/>
        </w:rPr>
        <w:t>NEWS MEMBERS' AREA SHOP SUBSCRIBE UPCOMING SHOWS MORE</w:t>
      </w:r>
    </w:p>
    <w:p>
      <w:r>
        <w:rPr>
          <w:b w:val="0"/>
          <w:i w:val="0"/>
        </w:rPr>
        <w:t>RETRIEVER LABRADOR</w:t>
      </w:r>
    </w:p>
    <w:p>
      <w:r>
        <w:rPr>
          <w:b w:val="0"/>
          <w:i w:val="0"/>
        </w:rPr>
        <w:t>Issue: 20/12/2013</w:t>
      </w:r>
    </w:p>
    <w:p>
      <w:r>
        <w:rPr>
          <w:b w:val="0"/>
          <w:i w:val="0"/>
        </w:rPr>
        <w:t>When the day arrives, a very Happy Christmas to you all. Thank you for your cards, news and appreciation of my weekly whitterings in these notes. I am so glad you have enjoyed the notes and</w:t>
      </w:r>
    </w:p>
    <w:p>
      <w:r>
        <w:rPr>
          <w:b w:val="0"/>
          <w:i w:val="0"/>
        </w:rPr>
        <w:t>hope you will continue to send in your snippets to share with our readers.</w:t>
      </w:r>
    </w:p>
    <w:p>
      <w:r>
        <w:rPr>
          <w:b w:val="0"/>
          <w:i w:val="0"/>
        </w:rPr>
        <w:t>Like many others at Christmas, I shall be at home.; a normal day with animals, dog minding, puppy</w:t>
      </w:r>
    </w:p>
    <w:p>
      <w:r>
        <w:rPr>
          <w:b w:val="0"/>
          <w:i w:val="0"/>
        </w:rPr>
        <w:t>feeding and cleaning; praying that the supply of newspapers topped by the white fish and chip paper holds out. The latter, whilst expensive, turned out to be brilliant. No more newsprint covered puppies.</w:t>
      </w:r>
    </w:p>
    <w:p>
      <w:r>
        <w:rPr>
          <w:b w:val="0"/>
          <w:i w:val="0"/>
        </w:rPr>
        <w:t>As you would expect, I have met and tutored all the new owners and their children on how to rear their new puppy properly and not wreck him/her in the first year. The pups will start to leave straight after Christmas and into the New Year.</w:t>
      </w:r>
    </w:p>
    <w:p>
      <w:r>
        <w:rPr>
          <w:b w:val="0"/>
          <w:i w:val="0"/>
        </w:rPr>
        <w:t>Although rearing them has involved masses of hard work from dawn till dusk each day, I have enjoyed this litter so much and shall really miss them when they have gone. Mind you, as you might expect, one or two will be staying here, so all is not completely lost!</w:t>
      </w:r>
    </w:p>
    <w:p>
      <w:r>
        <w:rPr>
          <w:b w:val="0"/>
          <w:i w:val="0"/>
        </w:rPr>
        <w:t>The Labrador Club of Wales hosted an excellent afternoon at Langstone Village Hall recently where Richard Edwards, our expert Labrador historian gave his illustrated talk on the Early History of the Labrador.</w:t>
      </w:r>
    </w:p>
    <w:p>
      <w:r>
        <w:rPr>
          <w:b w:val="0"/>
          <w:i w:val="0"/>
        </w:rPr>
        <w:t>What a brilliant speaker Richard is and what an informative and enjoyable talk he gave. Remembering former founders of the Lab Club of Wales, including his pal Gordon Howells, who so sadly passed away earlier in the year, Richard claimed he was initially a bit nervous about giving the talk. Well, no one would have guessed and certainly no one could have delivered such intriguing information so well. It was seamless.</w:t>
      </w:r>
    </w:p>
    <w:p>
      <w:r>
        <w:rPr>
          <w:b w:val="0"/>
          <w:i w:val="0"/>
        </w:rPr>
        <w:t>Richard spoke for nearly three hours, with a half way break for tea and delicious cakes provided in typical Lab Club of Wales quality and plentitude.; I think we were all sad when the talk ended and could have easily stayed on and listened for another three hours; it was excellent. Thank you Richard.</w:t>
      </w:r>
    </w:p>
    <w:p>
      <w:r>
        <w:rPr>
          <w:b w:val="0"/>
          <w:i w:val="0"/>
        </w:rPr>
        <w:t>I am sure everyone is hoping there will be a next instalment.</w:t>
      </w:r>
    </w:p>
    <w:p>
      <w:r>
        <w:rPr>
          <w:b w:val="0"/>
          <w:i w:val="0"/>
        </w:rPr>
        <w:t>Gareth Proctor, (Penkaric) judged at Lincoln Canine Society Open Show and from a super entry of 46 Labrado dogs and bitches in  5 classes, with 17 in the puppy class alone,  BOB was Mr &amp; Mrs Albutt's yellow bitch Centenalee Yellow Orchid, (Rocheby Gamekeeper x Yellow Millstone). RBOB and BP was Sharon Lambert's Mattand Obsidian, (SH CH/AM CH Salty Dog of Tampa Bay x Amberstead Dark and Stormy Over Mattand) who went on to get PG1 under judge Nigel Naylor (Anlory Irish Setters) and BPIS under Mr Bryan Claydon (Brymarden Cavaliers &amp; Norfolk Terriers).</w:t>
      </w:r>
    </w:p>
    <w:p>
      <w:r>
        <w:rPr>
          <w:b w:val="0"/>
          <w:i w:val="0"/>
        </w:rPr>
        <w:t>Many thanks to Michael Hewitt (Newinn Labradors) for sending in the list of approved 2014 Championship show judges for the breed notes. They are as follows:- Date  Show Dogs  Both  Bitches 10 Jan/Fri  Boston &amp; District  Mrs.F.E.M.Braddon.19 Jan/Sun Manchester Mrs.L.C.Blunt</w:t>
      </w:r>
    </w:p>
    <w:p>
      <w:r>
        <w:rPr>
          <w:b w:val="0"/>
          <w:i w:val="0"/>
        </w:rPr>
        <w:t>01 Feb/Sat  L.R.C.Of Wales  Mrs.C.M. Jury, Mrs.D.G.Timms. 01 Mar/Sat East Anglian L.R.C.  Mr.A.W.Jury, Mrs.M.R.Phillips. 09 Mar/Sun  Crufts Crufts, Mr.A.Ellis, Mrs.A.M.Britton. 15 Mar/Sat Three Riding. L.R.C. Mr.K.Gawthorpe, Mrs.A.Williams. 30 Mar/Sun K.S.S.L.R.C.  Miss.C.L.Morton, Mr.S.P.Williamson. 05 Apr/Sat L.R.C.Of Scotland Mrs.C.Reynolds,   Mr.M.Reynolds. 19 Apr/Sat Midland Counties L.R.C. Mr.R.W.Wiles, Mr.L.Brabban. 26 Apr/Sat W.E.L.K.S. Mrs.M.Hepper. 03 May/Sat L.R.C.Of Northern Ireland Mrs.M.R.Hewitt.10 May/Sat Birmingham National, Mrs.M.A.E.Persson. 18 May/Sun  Scottish K.C, Mr.G.Talbot. 24 May/Sat  Bath, Mrs.H.G.Wiles-Fone, Mr.R.A.Floyd.30 May/Fri Southern Counties, Miss.B.Johnson. 08 June/Sun Three Counties, Mr.M.J.Gadsby.14 June/Sat The Labrador Club Mr.A.G.Taylor  Mr.J.B.Rooth. 15 June/Sun Border Union, Mr.A.Metcalfe. 21 June/Sat Blackpool Mrs.J.M.Miller. 29 June/Sun Windsor, Mrs.J.Lewis. 02 July/Wed Cotswold &amp; Wyvern Lrc. Mrs.L.Tooth Mrs.J.Hodge. 04 July/Fri East Of England, Mr.M.Armstrong. 25 July/Fri Leeds, Mr.D.S.Hopkinson.03 Aug/Sun National Gundog Assoc, Miss.M.Brown, Mr.D.R.Craig. 05 Aug/Tues Paignton,Mr.A.C.Allen. 10 Aug/Sun Bournemouth, Mrs.M.J.Woods.13 Aug/Wed U.R.C. Mr.L. Brabban, Mrs.L.Tooth. 17 Aug/Sun  Welsh K. C. Mr.F.Kane. 23 Aug/Sat Scottish K.C. Mr.V.Cole. 31 Aug/Sun City Of Birmingham, Mrs.P.Williams. 07 Sept/Sun Richmond. 14 Sept/Sun Darlington, Mrs.A.Lavelle. 19 Sept/Fri  Driffield, Mr.M.Givan. 24 Sept/Wed Yellow L.R.C.  Mr.D.Ericsson, Mrs.L.Sutcliffe. 27 Sept/Sat  Belfast, Mrs.Z.Thorn-Andrews. 04 Oct/Sat  Northum &amp; Durham L.R.C. Mr.R.A.Stafford  Mr.A.R.Porter. 11 Oct/Sat South Wales K.A.  Mrs.M.Gardner. 12 Oct/Sun North West L.R.C. Mr.R.J.Morris, Miss.K.Powell. 15 Oct/Wed Gundog Society Of Wales Mrs.J.Green. 23 Oct/Thur  Midland Counties C.S. Mrs.P.M.Carpanini 08 Nov/Sat West Of England L.R.C.15 Nov/Sat Gundog Breeds Of Scotland Joint Labrador Clubs 14 Dec/Sun L.K.A.Mrs.P.M.Harrison</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