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Jul 2003"</w:t>
      </w:r>
      <w:r>
        <w:br/>
      </w:r>
      <w:r>
        <w:rPr>
          <w:b w:val="0"/>
          <w:i w:val="0"/>
        </w:rPr>
        <w:br/>
        <w:t>date_original: "25 Jul 2003"</w:t>
      </w:r>
      <w:r>
        <w:br/>
      </w:r>
      <w:r>
        <w:rPr>
          <w:b w:val="0"/>
          <w:i w:val="0"/>
        </w:rPr>
        <w:br/>
        <w:t>source_url: "https://www.ourdogs.co.uk/members/breednotes/2003/RetrieverLabrador/RetrieverLabrador-jul25.htm"</w:t>
      </w:r>
      <w:r>
        <w:br/>
      </w:r>
      <w:r>
        <w:rPr>
          <w:b w:val="0"/>
          <w:i w:val="0"/>
        </w:rPr>
        <w:br/>
        <w:t>archive_type: "static_html"</w:t>
      </w:r>
      <w:r>
        <w:br/>
      </w:r>
      <w:r>
        <w:rPr>
          <w:b w:val="0"/>
          <w:i w:val="0"/>
        </w:rPr>
        <w:br/>
        <w:t>scraped_at: "2026-09-13T22:16:30"</w:t>
      </w:r>
      <w:r>
        <w:br/>
      </w:r>
      <w:r>
        <w:rPr>
          <w:b w:val="0"/>
          <w:i w:val="0"/>
        </w:rPr>
        <w:br/>
        <w:t>word_count: 1568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 HAVE been asked to correct some minor but important items in last week’s report on the group at South Wales KA championship show submitted by Mrs Margie Cairns</w:t>
      </w:r>
      <w:r>
        <w:br/>
      </w:r>
      <w:r>
        <w:rPr>
          <w:b w:val="0"/>
          <w:i w:val="0"/>
        </w:rPr>
        <w:br/>
        <w:t>‘Group 4 Labrador Retriever Sh Ch Tapeton Ginantonic at Sandylands. One I have commented on before, she is my interpretation of the standard standing and moving, this super yellow demands attention.</w:t>
      </w:r>
    </w:p>
    <w:p>
      <w:r>
        <w:rPr>
          <w:b w:val="0"/>
          <w:i w:val="0"/>
        </w:rPr>
        <w:t>OUR DOGS apologises for these misprints</w:t>
      </w:r>
    </w:p>
    <w:p>
      <w:r>
        <w:rPr>
          <w:b w:val="0"/>
          <w:i w:val="0"/>
        </w:rPr>
        <w:t>Whilst exhibitors attended SWKA, in the sweltering heat of 30plus degrees C in the shade, I was judging some very good Labradors at the Portuguese Kennel Club all breeds Championship show in Lisbon, where it was a mere 26 degrees and cloudy. The temperature at home having been 33C in the shade with high humidity, for most of the previous week, this drop to 26degrees felt quite chilly!</w:t>
      </w:r>
    </w:p>
    <w:p>
      <w:r>
        <w:rPr>
          <w:b w:val="0"/>
          <w:i w:val="0"/>
        </w:rPr>
        <w:t>Once again, judging in Lisbon, following on from Three Counties where I judged last month, I found the quality and construction of most of the Portuguese, French and Spanish dogs to be of a very high standard and I have to say the breeders from these European countries are really paying great attention to correct construction, good shoulders, upper arms and strong quarters. Consequently they are breeding dogs with good free flowing movement as befits gundogs. The top winners would certainly do very well if exhibited in the UK.</w:t>
      </w:r>
    </w:p>
    <w:p>
      <w:r>
        <w:rPr>
          <w:b w:val="0"/>
          <w:i w:val="0"/>
        </w:rPr>
        <w:t>Back to the sweltering SWKA, where the results under Roy Ellison (Bitches) and Alan Taylor (Dogs) were:-</w:t>
      </w:r>
    </w:p>
    <w:p>
      <w:r>
        <w:rPr>
          <w:b w:val="0"/>
          <w:i w:val="0"/>
        </w:rPr>
        <w:t>Bitch CC and Best of Breed under Roy Ellison, followed by Group 4 under Margie Cairns, Erica Jayes and Garner Anthony’s yellow Sh Ch Tapeatom Ginantonic at Sandylands.</w:t>
      </w:r>
    </w:p>
    <w:p>
      <w:r>
        <w:rPr>
          <w:b w:val="0"/>
          <w:i w:val="0"/>
        </w:rPr>
        <w:t>The Res Bitch CC winner was Elise and Jim Nolan’s black Veyatie Driving Miss Daisy (Cricklecreek Cruising Along ex Veyatie Melody Maker)</w:t>
      </w:r>
    </w:p>
    <w:p>
      <w:r>
        <w:rPr>
          <w:b w:val="0"/>
          <w:i w:val="0"/>
        </w:rPr>
        <w:t>The Dog CC, his second, was won by Isobel Key’s black Keydella Klassic Edition (Ch Marfell Seafarer ex Sh Ch Keydella Klassique), whilst the Res Dog CC went to Mr and Mrs McLellans yellow Sh Ch Saranden Saboteur JW</w:t>
      </w:r>
    </w:p>
    <w:p>
      <w:r>
        <w:rPr>
          <w:b w:val="0"/>
          <w:i w:val="0"/>
        </w:rPr>
        <w:t>Best Puppy was Sue Marskellsblack Berolee Moons Magic Star.</w:t>
      </w:r>
    </w:p>
    <w:p>
      <w:r>
        <w:rPr>
          <w:b w:val="0"/>
          <w:i w:val="0"/>
        </w:rPr>
        <w:t>A few days later, East of England Ch Show was held and here Eric Gill judged the bitches and Jean Allen the dogs.</w:t>
      </w:r>
    </w:p>
    <w:p>
      <w:r>
        <w:rPr>
          <w:b w:val="0"/>
          <w:i w:val="0"/>
        </w:rPr>
        <w:t>A repeat of five days earlier, Erica Jayes and Garner Anthony’s Sh Ch Tapeatom Ginantonic at Sandylands won the Bitch CC, Best of Breed and was once again shortlisted in the Group, this time under Michael Boothroyd. The Res Bitch CC went to Mr and Mrs Metcalfe’s Baileydale Custard Cream (Ch Cornlands Wellington ex Baileydale Nushka Babushka).</w:t>
      </w:r>
    </w:p>
    <w:p>
      <w:r>
        <w:rPr>
          <w:b w:val="0"/>
          <w:i w:val="0"/>
        </w:rPr>
        <w:t>In the dog ring, Jean Allen awarded a crowning third CC to Isobel Key’s black Keydella Klassic Edition, whereupon, I am told, loud cheers erupted from his many supporters around the ringside. He becomes Isobel’s third home-bred black champion. Very many Congratulations.</w:t>
      </w:r>
    </w:p>
    <w:p>
      <w:r>
        <w:rPr>
          <w:b w:val="0"/>
          <w:i w:val="0"/>
        </w:rPr>
        <w:t>Sh Ch Saranden Saboteur once again won the Dog RCC for the McLellans.</w:t>
      </w:r>
      <w:r>
        <w:br/>
      </w:r>
      <w:r>
        <w:rPr>
          <w:b w:val="0"/>
          <w:i w:val="0"/>
        </w:rPr>
        <w:br/>
        <w:t>A couple of weeks ago I wrote that Anne-Charlotte Dreyfus’s recently made up black dog, Sh Ch, Int/Fr Ch. Ole from France and Franco Babari’s yellow bitch, Sh Ch, It Ch Amber from Italy, were the first overseas champions to be made up here in the UK.</w:t>
      </w:r>
    </w:p>
    <w:p>
      <w:r>
        <w:rPr>
          <w:b w:val="0"/>
          <w:i w:val="0"/>
        </w:rPr>
        <w:t>As written, that was not quite correct; for whilst they certainly are the first such champions under the new ATC qualifications for dogs owned, registered and resident abroad, Judith Charlton’s, Norwegian bred, yellow bitch, Ch. Aditis Becky of Foxrush was probably the first overseas champion. She was imported, made up and trained for her working certificate and full title by Judith in1985, eighteen years ago.</w:t>
      </w:r>
    </w:p>
    <w:p>
      <w:r>
        <w:rPr>
          <w:b w:val="0"/>
          <w:i w:val="0"/>
        </w:rPr>
        <w:t>Ch. Aditis Becky was bred in Norway by Linda Holene. Sired by Int. Nord.Ch. Licithas Blizzard, she was out of Licithas Mary Poppins, (a daughter of Nu. Ch. Foxrush Pioneer, a yellow dog, which Judith had earlier exported to Norway).</w:t>
      </w:r>
    </w:p>
    <w:p>
      <w:r>
        <w:rPr>
          <w:b w:val="0"/>
          <w:i w:val="0"/>
        </w:rPr>
        <w:t>Perhaps you would let me know of any other overseas champions I have missed.</w:t>
      </w:r>
    </w:p>
    <w:p>
      <w:r>
        <w:rPr>
          <w:b w:val="0"/>
          <w:i w:val="0"/>
        </w:rPr>
        <w:t>Rosemary Hewitt who recently judged the dogs at Cotswold and Wyevern LRC Ch Show writes</w:t>
      </w:r>
    </w:p>
    <w:p>
      <w:r>
        <w:rPr>
          <w:b w:val="0"/>
          <w:i w:val="0"/>
        </w:rPr>
        <w:t>“I enjoyed my day tremendously: my thanks to the hard-working committee and the exhibitors, who accepted my decisions so sportingly.</w:t>
      </w:r>
    </w:p>
    <w:p>
      <w:r>
        <w:rPr>
          <w:b w:val="0"/>
          <w:i w:val="0"/>
        </w:rPr>
        <w:t>The standard of the first prizewinners in each class was very high. These were lovely dogs, in superb condition.</w:t>
      </w:r>
    </w:p>
    <w:p>
      <w:r>
        <w:rPr>
          <w:b w:val="0"/>
          <w:i w:val="0"/>
        </w:rPr>
        <w:t>As a breeder, I do appreciate how difficult it is to breed animals with spring of rib and correct shoulders. That said, shoulders were really very poor and this showed in the movement.</w:t>
      </w:r>
    </w:p>
    <w:p>
      <w:r>
        <w:rPr>
          <w:b w:val="0"/>
          <w:i w:val="0"/>
        </w:rPr>
        <w:t>Unfortunately, I found several suspect bites, a problem, which really must be addressed before it becomes even more serious.</w:t>
      </w:r>
    </w:p>
    <w:p>
      <w:r>
        <w:rPr>
          <w:b w:val="0"/>
          <w:i w:val="0"/>
        </w:rPr>
        <w:t>A dog show is a “beauty show” and some exhibits would have benefited from a “wash and brush up” and as Gundogs they should have been in hard condition.</w:t>
      </w:r>
    </w:p>
    <w:p>
      <w:r>
        <w:rPr>
          <w:b w:val="0"/>
          <w:i w:val="0"/>
        </w:rPr>
        <w:t>On the positive note, temperaments were excellent and most dogs were sound.</w:t>
      </w:r>
      <w:r>
        <w:br/>
      </w:r>
      <w:r>
        <w:rPr>
          <w:b w:val="0"/>
          <w:i w:val="0"/>
        </w:rPr>
        <w:br/>
        <w:t>Clearly the breed has some very competent, dedicated breeders that have the welfare of the breed at heart and are breeding some really high-class animals”.</w:t>
      </w:r>
    </w:p>
    <w:p>
      <w:r>
        <w:rPr>
          <w:b w:val="0"/>
          <w:i w:val="0"/>
        </w:rPr>
        <w:t>There will be an eye-testing clinic with Dr Keith Barnett at Styrrup Village Hall (Notts) on Thursday 14th August 2003ss from 1.30pm to 4pm.</w:t>
      </w:r>
    </w:p>
    <w:p>
      <w:r>
        <w:rPr>
          <w:b w:val="0"/>
          <w:i w:val="0"/>
        </w:rPr>
        <w:t>All dogs with permanent identification (tattoo or microchip) will receive European Certificates, whilst the rest will receive Animal Health Trust certificates.</w:t>
      </w:r>
      <w:r>
        <w:br/>
      </w:r>
      <w:r>
        <w:rPr>
          <w:b w:val="0"/>
          <w:i w:val="0"/>
        </w:rPr>
        <w:br/>
        <w:t>The test is exactly the same for both, however, Europe demands that the dogs have permanent identification.</w:t>
      </w:r>
      <w:r>
        <w:br/>
      </w:r>
      <w:r>
        <w:rPr>
          <w:b w:val="0"/>
          <w:i w:val="0"/>
        </w:rPr>
        <w:br/>
        <w:t>For appointments please contact Marion Hopkinson on 01302 742791 after 26th July 2003.</w:t>
      </w:r>
    </w:p>
    <w:p>
      <w:r>
        <w:rPr>
          <w:b w:val="0"/>
          <w:i w:val="0"/>
        </w:rPr>
        <w:t>Ann Britton</w:t>
      </w:r>
      <w:r>
        <w:br/>
      </w:r>
      <w:r>
        <w:rPr>
          <w:b w:val="0"/>
          <w:i w:val="0"/>
        </w:rPr>
        <w:br/>
        <w:t>tel 01989 720665 email bowstones@btinternet.com</w:t>
      </w:r>
    </w:p>
    <w:p>
      <w:r>
        <w:rPr>
          <w:b w:val="0"/>
          <w:i w:val="0"/>
        </w:rPr>
        <w:t>"At the South Wales Kennel Association Championship Show we were delighted with the wonderful weather and a beautiful flat grassy showground. Not so keen on the layout though. What a lot of walking. The organisers did say they intend to change the layout next year with the benches and rings laid out similarly to that at the Border Union Show, which takes a lot of beating. Roy Ellison (Bitches) and Alan Taylor (Dogs) got through their entry in good time. It seems nowadays exhibitors don't come to general championship shows on Fridays the way they once did. People can't take days off work as easily as they once could plus the entry fees are so expensive at the general championship shows.</w:t>
      </w:r>
    </w:p>
    <w:p>
      <w:r>
        <w:rPr>
          <w:b w:val="0"/>
          <w:i w:val="0"/>
        </w:rPr>
        <w:t>Alan found his top dog in Isobel Key's Keydella Klassic Edition, his second, with the RCC going to McLennan's Sh Ch Sarenden Saboteur JW. Roy's Best Bitch and in agreement with Alan, Best of Breed, was Anthony and Jayes' Sh Ch Tapeatom Ginantonic at Sandylands, with Elise Nolan's black Veyatie Driving Miss Daisy gaining her 2nd RCC. Best Puppy was Marskell's Berollee Moons Magic Star. After the show we spent 3 days touring around the Cotswolds and worked our way up through the border of England and Wales enjoying the wonderful scenery and the fantastic weather with the two dogs swimming every time we were able to get them into cool water, which thankfully, was quite often. Not the best week to find out the air conditioning was faulty. One of the benefits of being retired is the ability to take a little holiday in various parts of Britain while travelling to far-flung shows but it does take a lot of money! Hope to save up enough for next year's show.</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