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- 20/03/2026 - ISSUE"</w:t>
      </w:r>
      <w:r>
        <w:br/>
      </w:r>
      <w:r>
        <w:rPr>
          <w:b w:val="0"/>
          <w:i w:val="0"/>
        </w:rPr>
        <w:br/>
        <w:t>date_original: "20/03/2026 - ISSUE"</w:t>
      </w:r>
      <w:r>
        <w:br/>
      </w:r>
      <w:r>
        <w:rPr>
          <w:b w:val="0"/>
          <w:i w:val="0"/>
        </w:rPr>
        <w:br/>
        <w:t>source_url: "https://www.ourdogs.co.uk/members/breednotes/RetrieverLabradorMain.php"</w:t>
      </w:r>
      <w:r>
        <w:br/>
      </w:r>
      <w:r>
        <w:rPr>
          <w:b w:val="0"/>
          <w:i w:val="0"/>
        </w:rPr>
        <w:br/>
        <w:t>scraped_at: "2026-09-13T15:04:02"</w:t>
      </w:r>
      <w:r>
        <w:br/>
      </w:r>
      <w:r>
        <w:rPr>
          <w:b w:val="0"/>
          <w:i w:val="0"/>
        </w:rPr>
        <w:br/>
        <w:t>word_count: 875</w:t>
      </w:r>
    </w:p>
    <w:p>
      <w:r>
        <w:t>――――――――――――――――――――――――――――――</w:t>
      </w:r>
    </w:p>
    <w:p>
      <w:r>
        <w:rPr>
          <w:b w:val="0"/>
          <w:i w:val="0"/>
        </w:rPr>
        <w:t>NEWS MEMBERS' AREA SHOP SUBSCRIBE UPCOMING SHOWS MORE</w:t>
      </w:r>
    </w:p>
    <w:p>
      <w:r>
        <w:rPr>
          <w:b w:val="0"/>
          <w:i w:val="0"/>
        </w:rPr>
        <w:t>RETRIEVER LABRADOR</w:t>
      </w:r>
    </w:p>
    <w:p>
      <w:r>
        <w:rPr>
          <w:b w:val="0"/>
          <w:i w:val="0"/>
        </w:rPr>
        <w:t>Issue: 20/03/2026</w:t>
      </w:r>
    </w:p>
    <w:p>
      <w:r>
        <w:rPr>
          <w:b w:val="0"/>
          <w:i w:val="0"/>
        </w:rPr>
        <w:t xml:space="preserve">Well thatâ€™s Crufts over for another year folks. We all came home exhausted. Some of us spent too much money at the inviting stands. We met up with friends from all over the world, but as usual at Crufts, many of our interactions with our many friends were fleeting as we all tried to get round to everyone. </w:t>
      </w:r>
    </w:p>
    <w:p>
      <w:r>
        <w:rPr>
          <w:b w:val="0"/>
          <w:i w:val="0"/>
        </w:rPr>
        <w:t xml:space="preserve">Margaret Brown was in charge of the bitch ring, where it was a good day for the Americans, making the long trip worthwhile as they took both top awards. BCC &amp; BOB was Juhl &amp; Negronâ€™s Am Ch Everland Dance Party At Gallivant. RBCC went to Wilcher &amp; Hiteâ€™s Am Ch Cedarkey Back To Flo Rita At Suebel. </w:t>
      </w:r>
    </w:p>
    <w:p>
      <w:r>
        <w:rPr>
          <w:b w:val="0"/>
          <w:i w:val="0"/>
        </w:rPr>
        <w:t xml:space="preserve">Over in the dog ring, Fiona Braddon found her DCC winner, who was adding to his considerable tally of such awards, in Diana Tullochâ€™s Sh Ch Binnaig Sea The Stars Over Tullochmohr. RDCC &amp; BV, here from Italy, was Sh Ch, Int Ch, It Ch, Es Ch Loch Mor Broderick, owned by Franco Barberi who is no stranger to the UK show ring, and no stranger to Crufts success. </w:t>
      </w:r>
    </w:p>
    <w:p>
      <w:r>
        <w:rPr>
          <w:b w:val="0"/>
          <w:i w:val="0"/>
        </w:rPr>
        <w:t xml:space="preserve">BP was a popular win for the ever-smiling Andy Metcalfe, with his and Joâ€™s Bish Bash Bosh Baileydale. </w:t>
      </w:r>
    </w:p>
    <w:p>
      <w:r>
        <w:rPr>
          <w:b w:val="0"/>
          <w:i w:val="0"/>
        </w:rPr>
        <w:t xml:space="preserve">The day before Crufts was the East Anglia Lab Club Championship Show, and secretary Jane Digweed writes:- The committee would like to thank everybody for supporting the EALRC. We had a very successful day despite it being the day before Crufts. It was a great atmosphere with many visitors from abroad supporting the show. A very exhausting weekend for committee and exhibitors, but all for the love of our dogs. Congratulations to the main winners and to everyone who came and enjoyed their day with us.  Thank you Jane. </w:t>
      </w:r>
    </w:p>
    <w:p>
      <w:r>
        <w:rPr>
          <w:b w:val="0"/>
          <w:i w:val="0"/>
        </w:rPr>
        <w:t xml:space="preserve">Winners were as follows. BIS was Maxine Woodleyâ€™s Ch Alkhamhurst Moment Of Truth, who recently gained his SGWC, and has now proudly dropped his â€˜Shâ€™. RDCC was Caroline Smithâ€™s Flyenpyg Jurgen Chop JW.  RBIS &amp; BOS was Caroline Edwards Sh Ch Kimbajak Miss Jazz Swinger. RBCC was the Rawlinson and Balshaw family with Halshimoor Perfect Pitch At Shanorell.  BP went to Karen Powellâ€™s dog puppy Seatallan English Oak. Karen also took BPB with Seatallen Ebony.  BMPIS was Parkerâ€™s Bruadarach Ballachulish. BBPIS was Sharon Lamberts Mattand Foreign Affair, and BVIS went to Charlotte Claytonâ€™s Sh Ch Rochevale Once Upon A Time. </w:t>
      </w:r>
    </w:p>
    <w:p>
      <w:r>
        <w:rPr>
          <w:b w:val="0"/>
          <w:i w:val="0"/>
        </w:rPr>
        <w:t xml:space="preserve">As always at Crufts, the Labrador Discover Dogs stand was very well supported, and we are all so enormously grateful to Jackie Hodge and her team who, year after year put their hearts and souls into a display that is both informative and educational. </w:t>
      </w:r>
    </w:p>
    <w:p>
      <w:r>
        <w:rPr>
          <w:b w:val="0"/>
          <w:i w:val="0"/>
        </w:rPr>
        <w:t xml:space="preserve">Jackie write:- â€˜The Labrador Discover Dogs stand at Crufts was once again  very busy over all four days. For those that have never visited it, try and visit next year. We are very proud of the it and the information, history and pictures which show the breed at its best. A big thank you to the team that turned up on the Wednesday to help with the setting up. Lisa Finney, Karen Callender, Shirley Bean and myself. Think you also to Karl for booking all the passes and organising all the relevant information. As one would expect, our dogs were brilliant and thank you to all the owners who brought them, and who talked Labrador ll day. Thursday;- Becci with Envy and Nala, Sam with Remi and helper Penny. Friday;- Lisa with Brew and Nudge, Becky with Brody, Karen B helper, and John J. Saturday;- Jackie with Kona, Tom with Gem, Shirley with Jenna, Jane and Lucy with Sid &amp; Lizzo, Ginette helper. Sunday;- Karen C with Oscar, Hannah with Nala, (Nala doing her second day, a star that Clare Balding fell for), Anita with Bessie, Donna helper. Look forward to seeing you all next year. Jackie Hodge.â€™  Thank you so much for that Jackie. </w:t>
      </w:r>
    </w:p>
    <w:p>
      <w:r>
        <w:rPr>
          <w:b w:val="0"/>
          <w:i w:val="0"/>
        </w:rPr>
        <w:t>Crufts is a marvellous opportunity for Labrador enthusiasts to see many Labradors all in one place, and itâ€™s also an opportunity to assess the direction in which our breed is going. On a personal level, two things came to my attention. Firstly, feet!!! Oh my goodness, so many flat, open feet. Feet with no arch to the toes. Feet that would never work effectively on the grouse moors of Yorkshire, or the plough of East Anglia. And secondly, heads. Whilst we saw some truly beautiful, well proportioned classic heads, there were also far too many heavy heads, with ridged brows and heavy cheeks. Quite a few round eyes, deep stops and short muzzles. Of course all breeds evolve and change over time, but not all change is for the better.</w:t>
      </w:r>
    </w:p>
    <w:p>
      <w:r>
        <w:rPr>
          <w:b w:val="0"/>
          <w:i w:val="0"/>
        </w:rPr>
        <w:t>Elaine Grummitt</w:t>
      </w:r>
    </w:p>
    <w:p>
      <w:r>
        <w:rPr>
          <w:b w:val="0"/>
          <w:i w:val="0"/>
        </w:rPr>
        <w:t>manorwell@sky.com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