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- 28/04/2017 - ISSUE"</w:t>
      </w:r>
      <w:r>
        <w:br/>
      </w:r>
      <w:r>
        <w:rPr>
          <w:b w:val="0"/>
          <w:i w:val="0"/>
        </w:rPr>
        <w:br/>
        <w:t>date_original: "28/04/2017 - ISSUE"</w:t>
      </w:r>
      <w:r>
        <w:br/>
      </w:r>
      <w:r>
        <w:rPr>
          <w:b w:val="0"/>
          <w:i w:val="0"/>
        </w:rPr>
        <w:br/>
        <w:t>source_url: "https://www.ourdogs.co.uk/members/breednotes/RetrieverLabradorMain.php"</w:t>
      </w:r>
      <w:r>
        <w:br/>
      </w:r>
      <w:r>
        <w:rPr>
          <w:b w:val="0"/>
          <w:i w:val="0"/>
        </w:rPr>
        <w:br/>
        <w:t>scraped_at: "2026-09-13T15:26:15"</w:t>
      </w:r>
      <w:r>
        <w:br/>
      </w:r>
      <w:r>
        <w:rPr>
          <w:b w:val="0"/>
          <w:i w:val="0"/>
        </w:rPr>
        <w:br/>
        <w:t>word_count: 1149</w:t>
      </w:r>
    </w:p>
    <w:p>
      <w:r>
        <w:t>――――――――――――――――――――――――――――――</w:t>
      </w:r>
    </w:p>
    <w:p>
      <w:r>
        <w:rPr>
          <w:b w:val="0"/>
          <w:i w:val="0"/>
        </w:rPr>
        <w:t>NEWS MEMBERS' AREA SHOP SUBSCRIBE UPCOMING SHOWS MORE</w:t>
      </w:r>
    </w:p>
    <w:p>
      <w:r>
        <w:rPr>
          <w:b w:val="0"/>
          <w:i w:val="0"/>
        </w:rPr>
        <w:t>RETRIEVER LABRADOR</w:t>
      </w:r>
    </w:p>
    <w:p>
      <w:r>
        <w:rPr>
          <w:b w:val="0"/>
          <w:i w:val="0"/>
        </w:rPr>
        <w:t>Issue: 28/04/2017</w:t>
      </w:r>
    </w:p>
    <w:p>
      <w:r>
        <w:rPr>
          <w:b w:val="0"/>
          <w:i w:val="0"/>
        </w:rPr>
        <w:t xml:space="preserve">Sussie, Bonnie and Mark Wiles would like to thank everyone for their thoughtfulness after Richards passing. The house is filled with beautiful cards and flowers and it was lovely to see a full church at his funeral last week. </w:t>
      </w:r>
    </w:p>
    <w:p>
      <w:r>
        <w:rPr>
          <w:b w:val="0"/>
          <w:i w:val="0"/>
        </w:rPr>
        <w:t>We are touched and very grateful"</w:t>
      </w:r>
    </w:p>
    <w:p>
      <w:r>
        <w:rPr>
          <w:b w:val="0"/>
          <w:i w:val="0"/>
        </w:rPr>
        <w:t>Sitting outside, writing these notes, post lunch on a warm, sun bathed terrace at home, blue skies and white fluffy clouds overhead with several dogs comfily snoozing in the  shade around the garden, I had my fingers crossed that the beautiful warm weather would last another week for WELKS . By the time you read these notes you will know, but regretfully I fear the forecast is for chilly weather. Typical.</w:t>
      </w:r>
    </w:p>
    <w:p>
      <w:r>
        <w:rPr>
          <w:b w:val="0"/>
          <w:i w:val="0"/>
        </w:rPr>
        <w:t>I had really looked forward to showing at Midland Counties Lab Club Championship show at Stafford on 15th April under experienced judges Richard Edwards (Dogs) and Tom Grant (Bitches) but spent the time instead tucked up in the sick bay fighting off a fever under piles of blankets at home. Isnt that just typical!</w:t>
      </w:r>
    </w:p>
    <w:p>
      <w:r>
        <w:rPr>
          <w:b w:val="0"/>
          <w:i w:val="0"/>
        </w:rPr>
        <w:t>There was an excellent entry of 316 dogs and Bitches. Results percolated through during the day to those of us who had been unable to get to the show. Stafford Showground, where I have organised events for many years has notoriously tricky mobile phone reception so I was grateful to glean whatever results were posted online. Thank you all who tried. The main  winners were Dog CC and Best in Show Carole and Mervyn Reynolds black Sh Ch Carromers Blue Lagoon, dog RCC Jo and Andy Metcalfes black Trenow Rio Grand. The bitch CC was a crowning third CC for Marion Hopkinsons yellow Kilburnpark Miss Maureen at Rocheby whilst the Bitch RCC went to Shaun Williamsons Sharouns Victorias Secret who later went Best Puppy in Show as well. Many congratulations to you all.</w:t>
      </w:r>
    </w:p>
    <w:p>
      <w:r>
        <w:rPr>
          <w:b w:val="0"/>
          <w:i w:val="0"/>
        </w:rPr>
        <w:t>That same weekend Becci Hodge was across the water in Ireland showing a couple of her own bitches plus the Wyatts Ch Meadowleigh Brown Sugar with much success.</w:t>
      </w:r>
    </w:p>
    <w:p>
      <w:r>
        <w:rPr>
          <w:b w:val="0"/>
          <w:i w:val="0"/>
        </w:rPr>
        <w:t xml:space="preserve">At the first show where the judge was Mr T Bradley from the USA, Brown Sugar won the dog Green Star, dog CACIB, BOB and Group 4 followed on the next day at the Combined Canine Club National Show by winning his 3rd Green Star, BOB, Group 1 and 3rd BIS. The breed judge at that show was Sergio Scarpellini from Italy, Group judge was once again Mr Bradley and BIS judge Ms. O'Sullivan (IRE). </w:t>
      </w:r>
    </w:p>
    <w:p>
      <w:r>
        <w:rPr>
          <w:b w:val="0"/>
          <w:i w:val="0"/>
        </w:rPr>
        <w:t>Well done!</w:t>
      </w:r>
    </w:p>
    <w:p>
      <w:r>
        <w:rPr>
          <w:b w:val="0"/>
          <w:i w:val="0"/>
        </w:rPr>
        <w:t>At Derby Canine Society  Open show Michelle Morgans Tessholly's Jessica was BOB, BPIB, PG2. Congratulations.</w:t>
      </w:r>
    </w:p>
    <w:p>
      <w:r>
        <w:rPr>
          <w:b w:val="0"/>
          <w:i w:val="0"/>
        </w:rPr>
        <w:t>As I was about to send these notes off I was also pleased to note the good class entry numbers  of 39 Labradors, with few absentees, entered at White Rose Canine Society Open Show on 22/04/2017 where the Judge was Gareth Proctor (Penkaric)</w:t>
      </w:r>
    </w:p>
    <w:p>
      <w:r>
        <w:rPr>
          <w:b w:val="0"/>
          <w:i w:val="0"/>
        </w:rPr>
        <w:t>Best of Breed was Hayley Brambles's black Shaymiloney Stormin Norma JW and  Best Puppy was  Druggan's Mystic Kiss Von Osten Herz.</w:t>
      </w:r>
    </w:p>
    <w:p>
      <w:r>
        <w:rPr>
          <w:b w:val="0"/>
          <w:i w:val="0"/>
        </w:rPr>
        <w:t>A message from Sally Ricketts at the Animal Health Trust. "I am writing to you regarding our genetic study of hereditary cataracts in the Labrador Retriever.  Following two successful breed health days in October and February, we are nearing the numbers of dogs that we require to conduct the first phase of our study.  However, we are still a little short of cheek swab DNA samples from Labradors over the age of 8 years with clear eyes.</w:t>
      </w:r>
    </w:p>
    <w:p>
      <w:r>
        <w:rPr>
          <w:b w:val="0"/>
          <w:i w:val="0"/>
        </w:rPr>
        <w:t>As part of our final recruitment drive for the samples we need we are offering free BVA eye examinations for 30 Labradors over the age of 8 years on a first-come-first-served basis.  Please see the attached flyer for details.  Please could you help us publicise this offer by placing the flyer on your social media stream or sending it to your club contacts?</w:t>
      </w:r>
    </w:p>
    <w:p>
      <w:r>
        <w:rPr>
          <w:b w:val="0"/>
          <w:i w:val="0"/>
        </w:rPr>
        <w:t>We would be very grateful for your help with this and we will keep you updated on our research as it progresses later this year.</w:t>
      </w:r>
    </w:p>
    <w:p>
      <w:r>
        <w:rPr>
          <w:b w:val="0"/>
          <w:i w:val="0"/>
        </w:rPr>
        <w:t>Sally Ricketts, PhD Postdoctoral Geneticist, Canine Genetics Research Group. Animal Health Trust, Lanwades Park, Kentford, Newmarket, Suffolk, CB8 7UU . Switchboard: 01638 751000 Ext: 1284. Reg Charity No 209642</w:t>
      </w:r>
    </w:p>
    <w:p>
      <w:r>
        <w:rPr>
          <w:b w:val="0"/>
          <w:i w:val="0"/>
        </w:rPr>
        <w:t>Finally, a tale against myself, of a casual country afternoon stroll in the sun with happy dogs at Bowstones.</w:t>
      </w:r>
    </w:p>
    <w:p>
      <w:r>
        <w:rPr>
          <w:b w:val="0"/>
          <w:i w:val="0"/>
        </w:rPr>
        <w:t>"I took five bitches a walk one recent afternoon with a pal and her Labrador. All dogs were on loose chain collars and  leads .  A ginger cat saw us coming and decided to stand like a statue in the narrow, little used lane where the grass grows right up the middle. From a distance the cat stared at the group of dogs who will usually chase any cat if has the cheek to even enter our garden! Amazingly as we got nearer instead of it quickly running off, the cat refused to budge so we had to walk past it. I was somewhat amazed that no one pounced on its static form, but the dogs seems of the opinion that "If its not going to run, then theres no sport and therefore little point in chasing it!" and they proceeded to  walk past it extremely peaceably .</w:t>
      </w:r>
    </w:p>
    <w:p>
      <w:r>
        <w:rPr>
          <w:b w:val="0"/>
          <w:i w:val="0"/>
        </w:rPr>
        <w:t>Thinking how lucky we were that it hadn't sped off, we strolled on a few yards chattering away, admiring the lovely sunny day and the spring flowers in the grassy bank beside the lane,</w:t>
      </w:r>
    </w:p>
    <w:p>
      <w:r>
        <w:rPr>
          <w:b w:val="0"/>
          <w:i w:val="0"/>
        </w:rPr>
        <w:t>when, trotting by, on a mission, intent to sniff high up a bank ahead of us, came someone else's loose yellow Labrador.</w:t>
      </w:r>
    </w:p>
    <w:p>
      <w:r>
        <w:rPr>
          <w:b w:val="0"/>
          <w:i w:val="0"/>
        </w:rPr>
        <w:t>We watched as she sniffed the undergrowth, oblivious to the rest of the world.</w:t>
      </w:r>
    </w:p>
    <w:p>
      <w:r>
        <w:rPr>
          <w:b w:val="0"/>
          <w:i w:val="0"/>
        </w:rPr>
        <w:t>"Look" I said , "theres another Labrador. It really is rather a nice one, I wonder whose dog that is?"</w:t>
      </w:r>
    </w:p>
    <w:p>
      <w:r>
        <w:rPr>
          <w:b w:val="0"/>
          <w:i w:val="0"/>
        </w:rPr>
        <w:t>I had a hard look.......Then eventually the penny dropped. " Oh, Good Lord, its Polly! ( mine and one meant to be on the lead beside me with all the others). "How did she get up there?"</w:t>
      </w:r>
    </w:p>
    <w:p>
      <w:r>
        <w:rPr>
          <w:b w:val="0"/>
          <w:i w:val="0"/>
        </w:rPr>
        <w:t>I looked round to assess the dogs on their leads and yes, there was Pollys lead with all the others in my hand, but whereas the rest of the dogs were walking on their leads, to heel, in her case only her  chain collar and lead were walking to heel  or rather emptily dragging along the lane surface obediently behind me, with no dog on it at all! Well thats a first!</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