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September 2009"</w:t>
      </w:r>
      <w:r>
        <w:br/>
      </w:r>
      <w:r>
        <w:rPr>
          <w:b w:val="0"/>
          <w:i w:val="0"/>
        </w:rPr>
        <w:br/>
        <w:t>date_original: "19 September 2009"</w:t>
      </w:r>
      <w:r>
        <w:br/>
      </w:r>
      <w:r>
        <w:rPr>
          <w:b w:val="0"/>
          <w:i w:val="0"/>
        </w:rPr>
        <w:br/>
        <w:t>source_url: "https://www.ourdogs.co.uk/members/breednotes/2009/RetrieverLabrador/RetrieverLabrador-oct30.htm"</w:t>
      </w:r>
      <w:r>
        <w:br/>
      </w:r>
      <w:r>
        <w:rPr>
          <w:b w:val="0"/>
          <w:i w:val="0"/>
        </w:rPr>
        <w:br/>
        <w:t>archive_type: "static_html"</w:t>
      </w:r>
      <w:r>
        <w:br/>
      </w:r>
      <w:r>
        <w:rPr>
          <w:b w:val="0"/>
          <w:i w:val="0"/>
        </w:rPr>
        <w:br/>
        <w:t>scraped_at: "2026-09-13T22:03:39"</w:t>
      </w:r>
      <w:r>
        <w:br/>
      </w:r>
      <w:r>
        <w:rPr>
          <w:b w:val="0"/>
          <w:i w:val="0"/>
        </w:rPr>
        <w:br/>
        <w:t>word_count: 806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congratulations to happy couple, Pat and Eric Gill, who have recently celebrated their Diamond Wedding Anniversary of 60 years together. The special couple also received a celebratory card from the Queen.</w:t>
      </w:r>
    </w:p>
    <w:p>
      <w:r>
        <w:rPr>
          <w:b w:val="0"/>
          <w:i w:val="0"/>
        </w:rPr>
        <w:t>Shaun Williamsons puppy, Sharouns Heritage, was BPIB, BOB, PG1 and BPIS at Flyde Kennel Association show on 18th October. The Breed and Group were judged by Mrs Jean Byrne (Enryb) and BPIS Judges by Mr John Allington (Rexford)</w:t>
      </w:r>
    </w:p>
    <w:p>
      <w:r>
        <w:rPr>
          <w:b w:val="0"/>
          <w:i w:val="0"/>
        </w:rPr>
        <w:t>Many thanks to Dale Elliot who sent in her report of recent judging trip to South Africa - I judged the Labrador Retriever Kennel Club of South Africa Ch Show on 19 September 2009. The hospitality shown to Keith and I by Di and Mike Holman during the show and our trip to Kruger with them, and by Rose-Marie and Louis Cabion at the Cape, was very much appreciated. It was an unforgettable experience leaving us with so many happy memories of South Africa and vowing to return there as soon as possible!</w:t>
      </w:r>
    </w:p>
    <w:p>
      <w:r>
        <w:rPr>
          <w:b w:val="0"/>
          <w:i w:val="0"/>
        </w:rPr>
        <w:t>I had some lovely Labradors to judge at an extremely well run, friendly show on a very hot day. The main results are as follows.</w:t>
      </w:r>
    </w:p>
    <w:p>
      <w:r>
        <w:rPr>
          <w:b w:val="0"/>
          <w:i w:val="0"/>
        </w:rPr>
        <w:t>Best in Show (from the Champions Class) Mr R J van Vuuren’s Ch Adamasdor’s Rolls Royce (Ch Great Guy of Dwarsberg x Lekkerwijn Merrygoround at Adamasdor). This yellow dog was in cracking order and I learned after the show that he is the top winning Labrador in South Africa this year. Dog CC Mrs A R Moore’s Ch Ailsacraig Christmas Star of Tsavo (Ch Ailsacraig Topstar x Ch Ailsacraig Starsparkle). Yellow dog. Dog RCC Mr R J van Vuuren’s Adamasdor Maestro Maxim (Ch Adamasdor Maestro Kalaf x Ch Brightwood Dark n Delishus of Adamasdor) Black dog. Bitch CC Mrs Y J Vieira’s Craignair Harlech of Vonniejo (Craignair Jump Master x Craignair Diamond Jubilee). Res. BIS. Black bitch. Bitch RCC Mrs A van Heerden s Dennegeur Yohanna Yolyt (Carriegame Bobby Dazzler of Dirnelia (Imp UK) x Ch Carriegame Paris of Dennegeur (Imp UK)) Best Junior in Show. Black bitch. Best Puppy Mr R J van Vuuren’s Adamasdor’s Great Gatsby (Ch Adamasdor Mooi Matthys x Lekkerwijn Merrygoround at Adamasdor) Yellow dog. Dale Elliott.</w:t>
      </w:r>
    </w:p>
    <w:p>
      <w:r>
        <w:rPr>
          <w:b w:val="0"/>
          <w:i w:val="0"/>
        </w:rPr>
        <w:t>A message from Pam Hingley, Yearbook Editor for Midland Counties LRC. Copy should be received by 31st October. The price is £125 for a double colour page, £70 for a single colour page with extra photographs charged at £10 each. In black and white, the price is £70 for a double page and £35 for a single page, with extra photos charged at £5 each. For help and enquires please contact Pam Hingley on 0128354236, or email pam.hingley@tesco.net</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