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- 14/03/2014 - ISSUE"</w:t>
      </w:r>
      <w:r>
        <w:br/>
      </w:r>
      <w:r>
        <w:rPr>
          <w:b w:val="0"/>
          <w:i w:val="0"/>
        </w:rPr>
        <w:br/>
        <w:t>date_original: "14/03/2014 - ISSUE"</w:t>
      </w:r>
      <w:r>
        <w:br/>
      </w:r>
      <w:r>
        <w:rPr>
          <w:b w:val="0"/>
          <w:i w:val="0"/>
        </w:rPr>
        <w:br/>
        <w:t>source_url: "https://www.ourdogs.co.uk/members/breednotes/RetrieverLabradorMain.php"</w:t>
      </w:r>
      <w:r>
        <w:br/>
      </w:r>
      <w:r>
        <w:rPr>
          <w:b w:val="0"/>
          <w:i w:val="0"/>
        </w:rPr>
        <w:br/>
        <w:t>scraped_at: "2026-09-13T15:34:38"</w:t>
      </w:r>
      <w:r>
        <w:br/>
      </w:r>
      <w:r>
        <w:rPr>
          <w:b w:val="0"/>
          <w:i w:val="0"/>
        </w:rPr>
        <w:br/>
        <w:t>word_count: 900</w:t>
      </w:r>
    </w:p>
    <w:p>
      <w:r>
        <w:t>――――――――――――――――――――――――――――――</w:t>
      </w:r>
    </w:p>
    <w:p>
      <w:r>
        <w:rPr>
          <w:b w:val="0"/>
          <w:i w:val="0"/>
        </w:rPr>
        <w:t>NEWS MEMBERS' AREA SHOP SUBSCRIBE UPCOMING SHOWS MORE</w:t>
      </w:r>
    </w:p>
    <w:p>
      <w:r>
        <w:rPr>
          <w:b w:val="0"/>
          <w:i w:val="0"/>
        </w:rPr>
        <w:t>RETRIEVER LABRADOR</w:t>
      </w:r>
    </w:p>
    <w:p>
      <w:r>
        <w:rPr>
          <w:b w:val="0"/>
          <w:i w:val="0"/>
        </w:rPr>
        <w:t>Issue: 14/03/2014</w:t>
      </w:r>
    </w:p>
    <w:p>
      <w:r>
        <w:rPr>
          <w:b w:val="0"/>
          <w:i w:val="0"/>
        </w:rPr>
        <w:t xml:space="preserve">There is a change of judges at  North Lincs. Dog Club show to be held at Winthorpe, Newark Notts showground on Monday 12st April 2014. The  Labrador judge is now Andrew Southwell (Driffwold)  and not as printed in the schedule.   </w:t>
      </w:r>
    </w:p>
    <w:p>
      <w:r>
        <w:rPr>
          <w:b w:val="0"/>
          <w:i w:val="0"/>
        </w:rPr>
        <w:t xml:space="preserve">East Anglian Labrador Club held their championship show at Wood Green Animal Shelter near </w:t>
      </w:r>
    </w:p>
    <w:p>
      <w:r>
        <w:rPr>
          <w:b w:val="0"/>
          <w:i w:val="0"/>
        </w:rPr>
        <w:t xml:space="preserve">Huntingdon. The judges were Tony Jury (Dogs) and Ronwein Phillips (Bitches) </w:t>
      </w:r>
    </w:p>
    <w:p>
      <w:r>
        <w:rPr>
          <w:b w:val="0"/>
          <w:i w:val="0"/>
        </w:rPr>
        <w:t xml:space="preserve">The winners, all yellows in both rings, were Dog CC Shaun Williamsons Sharouns Incognito. Dog RCC Suttonpark Buxton at Kimbajak. Bitch CC Penny Carpanini's Sh Ch Carpenny Vassar. Bitch RCC Louise Lewis's Crammondkirk Morning Mist JW </w:t>
      </w:r>
    </w:p>
    <w:p>
      <w:r>
        <w:rPr>
          <w:b w:val="0"/>
          <w:i w:val="0"/>
        </w:rPr>
        <w:t xml:space="preserve">Best Puppy was Mervyn and Carole Reynoldsyellow Bitch  Carromer Hot Off the Press. </w:t>
      </w:r>
    </w:p>
    <w:p>
      <w:r>
        <w:rPr>
          <w:b w:val="0"/>
          <w:i w:val="0"/>
        </w:rPr>
        <w:t xml:space="preserve">From an entry 0f 548, the 255 Labrador dogs entered at Crufts on 9th March were judged by Arwyn Ellis and the 293 bitches were judged by me. I think both judges really had a wonderful, most memorable day with very many beautiful animals to go over. Bearing in mind all entered dogs had previously qualified to be shown at Crufts, in many classes, of up to 36 entries in each, it would have been rewarding to have had more cards to award. To be even shortlistedfrom these huge numbers was a great credit. </w:t>
      </w:r>
    </w:p>
    <w:p>
      <w:r>
        <w:rPr>
          <w:b w:val="0"/>
          <w:i w:val="0"/>
        </w:rPr>
        <w:t xml:space="preserve">I was thrilled with my eventual line up and what struck me was the beautiful, gentle heads of </w:t>
      </w:r>
    </w:p>
    <w:p>
      <w:r>
        <w:rPr>
          <w:b w:val="0"/>
          <w:i w:val="0"/>
        </w:rPr>
        <w:t xml:space="preserve">correct proportions that I had selected. I certainly adored the melting expression of the majority of the class winners. I could look at those expressions forever.  </w:t>
      </w:r>
    </w:p>
    <w:p>
      <w:r>
        <w:rPr>
          <w:b w:val="0"/>
          <w:i w:val="0"/>
        </w:rPr>
        <w:t xml:space="preserve">Movement was in general sound and acceptable, no major rubbing hocks or bad pinning. A handful of bitches were very  fat and lacked muscle tone, a few were short in leg, one or two were a bit </w:t>
      </w:r>
    </w:p>
    <w:p>
      <w:r>
        <w:rPr>
          <w:b w:val="0"/>
          <w:i w:val="0"/>
        </w:rPr>
        <w:t xml:space="preserve">pongy and might have benefitted a clean-up beforehand but otherwise a truly wonderful entry to go over.  </w:t>
      </w:r>
    </w:p>
    <w:p>
      <w:r>
        <w:rPr>
          <w:b w:val="0"/>
          <w:i w:val="0"/>
        </w:rPr>
        <w:t xml:space="preserve">With an entry of this size there was little time to hang about or take breaks. We both got on well </w:t>
      </w:r>
    </w:p>
    <w:p>
      <w:r>
        <w:rPr>
          <w:b w:val="0"/>
          <w:i w:val="0"/>
        </w:rPr>
        <w:t xml:space="preserve">with the job in hand and finished more or less at the suggested time, around 5pm.  </w:t>
      </w:r>
    </w:p>
    <w:p>
      <w:r>
        <w:rPr>
          <w:b w:val="0"/>
          <w:i w:val="0"/>
        </w:rPr>
        <w:t xml:space="preserve">The Dog CC was won by Farnco Barberis yellow It Ch Sh Ch Loch Mor Romeo with the Dog RCC going </w:t>
      </w:r>
    </w:p>
    <w:p>
      <w:r>
        <w:rPr>
          <w:b w:val="0"/>
          <w:i w:val="0"/>
        </w:rPr>
        <w:t xml:space="preserve">to Richard Staffords yellow Farnfield Topo Gigio JW Sh CM. The Bitch CC was won by Anne Taylors black , Ch Fabracken Trust in Me with the RCC going to Penny Carpanini's yellow Sh Ch Carpenny Vassar. Best Puppy was Margaret Browns gorgeous young  yellow dog Brighton Sarracenia. </w:t>
      </w:r>
    </w:p>
    <w:p>
      <w:r>
        <w:rPr>
          <w:b w:val="0"/>
          <w:i w:val="0"/>
        </w:rPr>
        <w:t xml:space="preserve">Sadly, things had  ground to a halt for Best of Breed as the referee had to be called because we two </w:t>
      </w:r>
    </w:p>
    <w:p>
      <w:r>
        <w:rPr>
          <w:b w:val="0"/>
          <w:i w:val="0"/>
        </w:rPr>
        <w:t xml:space="preserve">judges did not agree at all on which of the two CC winners should be Best of Breed. Arwyn preferring his well known, extrovert Dog CC winner, the premier showdog, Franco Barberi's It Ch Sh Ch Loch Mor Romeo, always eye-catching and what a European career behind him including being last years  Crufts Reserve Best in Show Winner, whilst I preferred the traditional quiet style and energy saving un-exaggerated movement of the black full champion bitch, a working Gundog and my CC winner,  Ch Fabracken Trust in Me. </w:t>
      </w:r>
    </w:p>
    <w:p>
      <w:r>
        <w:rPr>
          <w:b w:val="0"/>
          <w:i w:val="0"/>
        </w:rPr>
        <w:t xml:space="preserve">Penny Williams, the official referee was not available at the time to officiate as she was away </w:t>
      </w:r>
    </w:p>
    <w:p>
      <w:r>
        <w:rPr>
          <w:b w:val="0"/>
          <w:i w:val="0"/>
        </w:rPr>
        <w:t xml:space="preserve">preparing her attire for judging the televised Gundog Group later that evening. After a very long wait for the dog and bitch and their handlers, it was eventually decided that Ron James should stand in as referee and when he finally arrived having been called from distant Hall 2 to our ring in Hall 5, he quickly chose the famous dog, Romeo, who was later shortlisted in the Group under Penny Williams but was sadly unable to repeat his wonderful triumph of the previous year. </w:t>
      </w:r>
    </w:p>
    <w:p>
      <w:r>
        <w:rPr>
          <w:b w:val="0"/>
          <w:i w:val="0"/>
        </w:rPr>
        <w:t xml:space="preserve">I have watched Group judging and the requirements to win, change over very many years. It used to be about breed type but now is more a circus of razzmatazz and performance and who will woo the crowd with presence, flash and dash, rather than traditional requirements of type and correct movement at a correct pace for each individual breed. Now in all Groups, it appears to be like the Silverstone motor racing track for all breeds, big or small; the faster the better. The traditional </w:t>
      </w:r>
    </w:p>
    <w:p>
      <w:r>
        <w:rPr>
          <w:b w:val="0"/>
          <w:i w:val="0"/>
        </w:rPr>
        <w:t xml:space="preserve">Labrador with steady, long reaching energy saving movement, a calm dog who could work from dawn till dusk without tiring is never likely to feature in such modern-day Group competition and though correct would probably appear boring and sluggish to the un-initiated. I often wonder whether we Labrador people would even miss the Group competition if it ceased to exist. For us winning the CC is far more important I feel. Well done to all the winners on the day. </w:t>
      </w:r>
    </w:p>
    <w:p>
      <w:r>
        <w:rPr>
          <w:b w:val="0"/>
          <w:i w:val="0"/>
        </w:rPr>
        <w:t xml:space="preserve">Now off to write my report!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