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- 29/04/2011"</w:t>
      </w:r>
      <w:r>
        <w:br/>
      </w:r>
      <w:r>
        <w:rPr>
          <w:b w:val="0"/>
          <w:i w:val="0"/>
        </w:rPr>
        <w:br/>
        <w:t>date_original: "29/04/2011"</w:t>
      </w:r>
      <w:r>
        <w:br/>
      </w:r>
      <w:r>
        <w:rPr>
          <w:b w:val="0"/>
          <w:i w:val="0"/>
        </w:rPr>
        <w:br/>
        <w:t>source_url: "https://www.ourdogs.co.uk/members/breednotes/retlabarchive.php"</w:t>
      </w:r>
      <w:r>
        <w:br/>
      </w:r>
      <w:r>
        <w:rPr>
          <w:b w:val="0"/>
          <w:i w:val="0"/>
        </w:rPr>
        <w:br/>
        <w:t>archive_type: "retlabarchive_post"</w:t>
      </w:r>
      <w:r>
        <w:br/>
      </w:r>
      <w:r>
        <w:rPr>
          <w:b w:val="0"/>
          <w:i w:val="0"/>
        </w:rPr>
        <w:br/>
        <w:t>scraped_at: "2026-09-13T22:48:49"</w:t>
      </w:r>
      <w:r>
        <w:br/>
      </w:r>
      <w:r>
        <w:rPr>
          <w:b w:val="0"/>
          <w:i w:val="0"/>
        </w:rPr>
        <w:br/>
        <w:t>word_count: 1450</w:t>
      </w:r>
    </w:p>
    <w:p>
      <w:r>
        <w:t>――――――――――――――――――――――――――――――</w:t>
      </w:r>
    </w:p>
    <w:p>
      <w:r>
        <w:rPr>
          <w:b w:val="0"/>
          <w:i w:val="0"/>
        </w:rPr>
        <w:t>NEWS MEMBERS' AREA SHOP SUBSCRIBE UPCOMING SHOWS MORE</w:t>
      </w:r>
    </w:p>
    <w:p>
      <w:r>
        <w:rPr>
          <w:b w:val="0"/>
          <w:i w:val="0"/>
        </w:rPr>
        <w:t>RETRIEVER LABRADOR</w:t>
      </w:r>
    </w:p>
    <w:p>
      <w:r>
        <w:rPr>
          <w:b w:val="0"/>
          <w:i w:val="0"/>
        </w:rPr>
        <w:t>Issue: 29/04/2011</w:t>
      </w:r>
    </w:p>
    <w:p>
      <w:r>
        <w:rPr>
          <w:b w:val="0"/>
          <w:i w:val="0"/>
        </w:rPr>
        <w:t>My missing telephone and Broadband mentioned in last weeks notes were eventually reconnected by BT six days after they first went off. I had not realised how dependent I had become; no on-line entering for shows; no downloading schedules or entry forms; no searching for interesting items to read, no ordering dog food, no receipt of cheery emails or un-cheery ones for that matter; just a great big void. Hopefully it wont go off again?!</w:t>
      </w:r>
    </w:p>
    <w:p>
      <w:r>
        <w:rPr>
          <w:b w:val="0"/>
          <w:i w:val="0"/>
        </w:rPr>
        <w:t>As today is the Royal Wedding Day I expect many will be enjoying a day off work at home, watching the happy celebrations on television or perhaps viewing events on the TV screens at WELKS; set up around the show at Malvern so that first day's exhibitors don't miss one minute of the pageantry.</w:t>
      </w:r>
    </w:p>
    <w:p>
      <w:r>
        <w:rPr>
          <w:b w:val="0"/>
          <w:i w:val="0"/>
        </w:rPr>
        <w:t>It doesn't seem that long since I was driving onto the car-park one grey Sunday morning at City of Birmingham Canine Associations show, at that time held at Perry Park. The radio programme I was listening to was suddenly broken into and a shocking announcement proclaimed the death of Princess Diana, Williams mother. How the years have quickly flown by. We wish the happy couple a long and happy life together!</w:t>
      </w:r>
    </w:p>
    <w:p>
      <w:r>
        <w:rPr>
          <w:b w:val="0"/>
          <w:i w:val="0"/>
        </w:rPr>
        <w:t>Talking of time flying, after a long stint of eight years at Secretary of the Labrador Retriever Club, Arwyn Ellis has decided to take his well-deserved retirement and will stand down from the Secretary's post at the end of 2011. Arwyn thanks everyone for all the support he has received during his time in the job.</w:t>
      </w:r>
    </w:p>
    <w:p>
      <w:r>
        <w:rPr>
          <w:b w:val="0"/>
          <w:i w:val="0"/>
        </w:rPr>
        <w:t>Anyone wishing to apply for the post of Labrador Retriever Club Secretary should send a letter in the first instance to the Chairman, Robin Wise, Wendy, Royston, Hertfordshire SG8 0HJ. Letters should reach the Chairman by 24th May 2011.</w:t>
      </w:r>
    </w:p>
    <w:p>
      <w:r>
        <w:rPr>
          <w:b w:val="0"/>
          <w:i w:val="0"/>
        </w:rPr>
        <w:t>Midland Counties Lab Club held their championship show in the Sandylands Centre at Stafford County Showground. It was a very friendly happy show with a pleasant sporting atmosphere and a splendid entry of 370 Labradors for judges Mr P Lammens (Dogs) and Mrs Denise Timms (Bitches) to go over.</w:t>
      </w:r>
    </w:p>
    <w:p>
      <w:r>
        <w:rPr>
          <w:b w:val="0"/>
          <w:i w:val="0"/>
        </w:rPr>
        <w:t>For me, my one hate, there was no benching, so, as it was too warm to leave my dogs in the car all day, it was a 'lugg a few crates day', but there was plenty of space in the adjacent Argyll Hall to find a secluded spot and once camped and with the blessed crates finally erected, I really hadn't got anything to complain about, (although I did notice some past occupant of one of the dreaded crates had made a start on chewing a future escape hole in the fabric).</w:t>
      </w:r>
    </w:p>
    <w:p>
      <w:r>
        <w:rPr>
          <w:b w:val="0"/>
          <w:i w:val="0"/>
        </w:rPr>
        <w:t>Eye Vet, John Goodyear was carrying out BVA/KC eye testing and had a steady stream of customers waiting at Â£30 per dog per test. When did the price go up? The last eye tests I had done were nearer Â£24 per dog, but thinking about it, I recall there was a comprehensive list of all the new BVA testing prices issued last autumn and eye tests obviously went up along with all the rest. Maybe there ought to be a reduced pensioner rate; now theres a thought!</w:t>
      </w:r>
    </w:p>
    <w:p>
      <w:r>
        <w:rPr>
          <w:b w:val="0"/>
          <w:i w:val="0"/>
        </w:rPr>
        <w:t>Midland Counties Lab Club committee had designed, erected and tastefully furnished a splendid eye testing igloo, (a spacious gazebo with blacked out roof and curtains) for John Goodyear to work from, including a desk and 2 chairs; rather superior to the blacked out caravan of former years. It was like going into the fortune-tellers tent at the fair and probably just as scary until the 'clear' results were all signed and stamped.</w:t>
      </w:r>
    </w:p>
    <w:p>
      <w:r>
        <w:rPr>
          <w:b w:val="0"/>
          <w:i w:val="0"/>
        </w:rPr>
        <w:t>The winners at the show were, Dog CC Michael Neachells yellow Adoraden Hallmark at Suttonpark (Sh Ch Silver Suede over Rocheby x Suttonpark Maggie May) winning his second CC on the day. The winner of second prize in the CC winners Limit class was then called for and a thorough search ensued for John Crook's black Balrion Weathertop John Barleycorn who was being shown in Johns absence by his step daughter Kiana. But despite an extensive search of halls and car-park, neither dog nor handler could be found. Oops, I bet someone won't do the disappearing trick again, but it is so easily done; I should know; I've done it myself. Once, having won 2nd in a class, I had completely forgotten about the challenge and absent-mindedly wandered off to the car-park, thinking about the long drive home, only to be called back from the car-park into the ring and eventually ended up with a lovely RCC!</w:t>
      </w:r>
    </w:p>
    <w:p>
      <w:r>
        <w:rPr>
          <w:b w:val="0"/>
          <w:i w:val="0"/>
        </w:rPr>
        <w:t>So, back at Midland Counties Lab Club, having given up on the disappeared exhibit, after much re-consideration of all the class winners, Mr Lammens awarded the Dog RCC to Tom Grants Graduate winner Simandem Silver Spirit (Sh Ch Silver Suede over Rocheby x Rocheby Ice Dance at Simandem).</w:t>
      </w:r>
    </w:p>
    <w:p>
      <w:r>
        <w:rPr>
          <w:b w:val="0"/>
          <w:i w:val="0"/>
        </w:rPr>
        <w:t>In the Bitch ring from a very typy, all yellow bar two blacks, line up, the Bitch CC and later Best in Show was won by Sue Marskells black 9 year old Veteran Sh Ch Berolee Moons Magic Star JW  (Lembas to the Moon and Back x Berolee Black Magic). The Bitch RCC went to Rosemary and Desmond Airey's yellow, Sh Ch Ronsard Me Celebrait ShCM (Sh Ch Rocheby Statesman x Ronsard Hope and Glory)</w:t>
      </w:r>
    </w:p>
    <w:p>
      <w:r>
        <w:rPr>
          <w:b w:val="0"/>
          <w:i w:val="0"/>
        </w:rPr>
        <w:t>When my phone line was down, the Labrador Breed Notes were kindly faxed to Our Dogs by Ken Gibson, my neighbour who is the Motoring Editor of the Sun newspaper. However, on reading the in Our Dogs Breed Notes of 22nd April I see only half of the text he sent has been printed; maybe it was published in the Sun instead?!</w:t>
      </w:r>
    </w:p>
    <w:p>
      <w:r>
        <w:rPr>
          <w:b w:val="0"/>
          <w:i w:val="0"/>
        </w:rPr>
        <w:t>I am therefore reproducing the complete story of Brian Lowes young bitch, who is at last slowly recovering from her ordeal thanks to Brian's talented Vets. The whole story should have read as follows: 'Brian Lowe (Raybooth) would like to share his recent frightening experience in the hope that others are warned in future.</w:t>
      </w:r>
    </w:p>
    <w:p>
      <w:r>
        <w:rPr>
          <w:b w:val="0"/>
          <w:i w:val="0"/>
        </w:rPr>
        <w:t>He was exercising his dogs off lead in the usual place, when two of them ran ahead, intent upon following a delicious aroma they had picked up on the wind. Although only a short distance from Brian the dogs were not one hundred percent in view. Only when he caught up with them did he find that the 'scent' they were after was that of a very rotten, decayed, dead sheep. The carcass appeared to have been thrown over the hedge from a field onto the footpath.</w:t>
      </w:r>
    </w:p>
    <w:p>
      <w:r>
        <w:rPr>
          <w:b w:val="0"/>
          <w:i w:val="0"/>
        </w:rPr>
        <w:t>Labradors will be Labradors and of course one of the dogs, barely out of puppy-hood, so with little worldly experience, had already eaten some of the putrid creature including some of the wool. The older dog had more sense.</w:t>
      </w:r>
    </w:p>
    <w:p>
      <w:r>
        <w:rPr>
          <w:b w:val="0"/>
          <w:i w:val="0"/>
        </w:rPr>
        <w:t>Twenty-four hours later the youngster was extremely poorly and she spent the next week fighting for her life on a drip at the Vets.</w:t>
      </w:r>
    </w:p>
    <w:p>
      <w:r>
        <w:rPr>
          <w:b w:val="0"/>
          <w:i w:val="0"/>
        </w:rPr>
        <w:t>An emergency operation had to be performed to remove the sheep-wool, which had become stuck fast, wrapped around her bowel causing a complete blockage. The Vet had to individually pick out and unravel the strands of hair.</w:t>
      </w:r>
    </w:p>
    <w:p>
      <w:r>
        <w:rPr>
          <w:b w:val="0"/>
          <w:i w:val="0"/>
        </w:rPr>
        <w:t>The poorly youngster remained unresponsive, on a drip at the Vets for several agonising days. It was highly possible she would not pull through.</w:t>
      </w:r>
    </w:p>
    <w:p>
      <w:r>
        <w:rPr>
          <w:b w:val="0"/>
          <w:i w:val="0"/>
        </w:rPr>
        <w:t>Then one day, in true Labrador fashion, completely oblivious of all the concern and worry she had given her doting owner, the Vets and everyone around her, she woke up, stretched, rolled over, and decided enough was enough, she was on the mend, was going to live and a long happy life too!</w:t>
      </w:r>
    </w:p>
    <w:p>
      <w:r>
        <w:rPr>
          <w:b w:val="0"/>
          <w:i w:val="0"/>
        </w:rPr>
        <w:t>She was allowed home a few days later to recuperate, and as Labradors do this rather well, she is now returning to good health and no doubt enjoying her extra food as she has lost so much weight.</w:t>
      </w:r>
    </w:p>
    <w:p>
      <w:r>
        <w:rPr>
          <w:b w:val="0"/>
          <w:i w:val="0"/>
        </w:rPr>
        <w:t>Brian would not wish anyone else to go through such a drama, so do beware least your dogs accidentally consume rotting sheep and sheep-wool. If it happens, get to the Vets as soon as possible.</w:t>
      </w:r>
    </w:p>
    <w:p>
      <w:r>
        <w:rPr>
          <w:b w:val="0"/>
          <w:i w:val="0"/>
        </w:rPr>
        <w:t>Ann Britton, 01989720665</w:t>
      </w:r>
    </w:p>
    <w:p>
      <w:r>
        <w:rPr>
          <w:b w:val="0"/>
          <w:i w:val="0"/>
        </w:rPr>
        <w:t>bowstones@btinternet.com</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