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- 10/01/2020 - ISSUE"</w:t>
      </w:r>
      <w:r>
        <w:br/>
      </w:r>
      <w:r>
        <w:rPr>
          <w:b w:val="0"/>
          <w:i w:val="0"/>
        </w:rPr>
        <w:br/>
        <w:t>date_original: "10/01/2020 - ISSUE"</w:t>
      </w:r>
      <w:r>
        <w:br/>
      </w:r>
      <w:r>
        <w:rPr>
          <w:b w:val="0"/>
          <w:i w:val="0"/>
        </w:rPr>
        <w:br/>
        <w:t>source_url: "https://www.ourdogs.co.uk/members/breednotes/RetrieverLabradorMain.php"</w:t>
      </w:r>
      <w:r>
        <w:br/>
      </w:r>
      <w:r>
        <w:rPr>
          <w:b w:val="0"/>
          <w:i w:val="0"/>
        </w:rPr>
        <w:br/>
        <w:t>scraped_at: "2026-09-13T15:18:33"</w:t>
      </w:r>
      <w:r>
        <w:br/>
      </w:r>
      <w:r>
        <w:rPr>
          <w:b w:val="0"/>
          <w:i w:val="0"/>
        </w:rPr>
        <w:br/>
        <w:t>word_count: 1842</w:t>
      </w:r>
    </w:p>
    <w:p>
      <w:r>
        <w:t>――――――――――――――――――――――――――――――</w:t>
      </w:r>
    </w:p>
    <w:p>
      <w:r>
        <w:rPr>
          <w:b w:val="0"/>
          <w:i w:val="0"/>
        </w:rPr>
        <w:t>NEWS MEMBERS' AREA SHOP SUBSCRIBE UPCOMING SHOWS MORE</w:t>
      </w:r>
    </w:p>
    <w:p>
      <w:r>
        <w:rPr>
          <w:b w:val="0"/>
          <w:i w:val="0"/>
        </w:rPr>
        <w:t>RETRIEVER LABRADOR</w:t>
      </w:r>
    </w:p>
    <w:p>
      <w:r>
        <w:rPr>
          <w:b w:val="0"/>
          <w:i w:val="0"/>
        </w:rPr>
        <w:t>Issue: 10/01/2020</w:t>
      </w:r>
    </w:p>
    <w:p>
      <w:r>
        <w:rPr>
          <w:b w:val="0"/>
          <w:i w:val="0"/>
        </w:rPr>
        <w:t xml:space="preserve">A slightly belated Happy New Year to you all. </w:t>
      </w:r>
    </w:p>
    <w:p>
      <w:r>
        <w:rPr>
          <w:b w:val="0"/>
          <w:i w:val="0"/>
        </w:rPr>
        <w:t>The Top Labrador Kennel of 2019 is the Naiken Kennel of the Hodge family who have been so consistently successful over many years with their top quality, home bred Labradors, assisted in no small manner by daughter BecciÃ¢â‚¬â„¢s apparent unending supply of energy. Best wishes to Mum Jacki wearing in her brand new knee over the coming months.  Many Congratulations to the Naiken kennel.</w:t>
      </w:r>
    </w:p>
    <w:p>
      <w:r>
        <w:rPr>
          <w:b w:val="0"/>
          <w:i w:val="0"/>
        </w:rPr>
        <w:t xml:space="preserve">The Top Labrador of 2019 is Fiona Braddons yellow dog Sh Ch Trendlewood Born to Run (Fin Ch Devonshires London Edition x Sh Ch Trendlewood Silent Night), another breeder whose consistent kennel has been very successful over a long period of time. </w:t>
      </w:r>
    </w:p>
    <w:p>
      <w:r>
        <w:rPr>
          <w:b w:val="0"/>
          <w:i w:val="0"/>
        </w:rPr>
        <w:t>The Top Labrador Puppy of 2019 is the yellow dog, Elaine Youngs home bred yellow, Potterspiney Silas (Suttonpark Brogue x Potterspiney Heart Warmer) assisted at shows by her talented grand-daughter Evie, another expertdog- handler in the making..</w:t>
      </w:r>
    </w:p>
    <w:p>
      <w:r>
        <w:rPr>
          <w:b w:val="0"/>
          <w:i w:val="0"/>
        </w:rPr>
        <w:t>This is the time of year I record the new Show Champions and CC winners of 2019</w:t>
      </w:r>
    </w:p>
    <w:p>
      <w:r>
        <w:rPr>
          <w:b w:val="0"/>
          <w:i w:val="0"/>
        </w:rPr>
        <w:t>Many congratulations to their owners and breeders. Hopefully the list is correct, however, my sincere apologies for any unintentional errors or omissions. Do let me know.</w:t>
      </w:r>
    </w:p>
    <w:p>
      <w:r>
        <w:rPr>
          <w:b w:val="0"/>
          <w:i w:val="0"/>
        </w:rPr>
        <w:t>Next week I will list the CC winners of 2019.</w:t>
      </w:r>
    </w:p>
    <w:p>
      <w:r>
        <w:rPr>
          <w:b w:val="0"/>
          <w:i w:val="0"/>
        </w:rPr>
        <w:t>There were 7 new Show Champion dogs made up during 2019 - 1 Black and 4 yellows</w:t>
      </w:r>
    </w:p>
    <w:p>
      <w:r>
        <w:rPr>
          <w:b w:val="0"/>
          <w:i w:val="0"/>
        </w:rPr>
        <w:t>In no particular order they are :-</w:t>
      </w:r>
    </w:p>
    <w:p>
      <w:pPr>
        <w:pStyle w:val="ListNumber"/>
      </w:pPr>
      <w:r>
        <w:rPr>
          <w:b w:val="0"/>
          <w:i w:val="0"/>
        </w:rPr>
        <w:t xml:space="preserve">Sh Ch Trendlewood Born to Run (Devonshires London Edition x Sh Ch Trendlewood Silent Night.  (Y)  dob 22:09:16. Owned and bred by Fiona Braddon. He already had 2 CCs to his name as we entered 2019 and was made up at the first show of the year, Boston, under Liz Peggs, who was awarding CCs for the first time. </w:t>
      </w:r>
    </w:p>
    <w:p>
      <w:r>
        <w:rPr>
          <w:b w:val="0"/>
          <w:i w:val="0"/>
        </w:rPr>
        <w:t>During 2019 he won 8CCs, 3 with Best of Breed. His other CCs, won during 2019, were from Crufts- Pat Harrison, Lab Club of Scotland</w:t>
      </w:r>
      <w:r>
        <w:rPr>
          <w:b w:val="0"/>
          <w:i/>
        </w:rPr>
        <w:t xml:space="preserve"> Ã¢â‚¬â€œ D Coode, Joint Lab Club Ã¢â‚¬â€œ S Slettendal, Lab Club of Wales Ã¢â‚¬â€œ Amanda Stewart, Bath</w:t>
      </w:r>
      <w:r>
        <w:rPr>
          <w:b w:val="0"/>
          <w:i w:val="0"/>
        </w:rPr>
        <w:t>- L Harvey Major,  United Retriever Club</w:t>
      </w:r>
      <w:r>
        <w:rPr>
          <w:b w:val="0"/>
          <w:i/>
        </w:rPr>
        <w:t>Ã¢â‚¬â€œ Erica Jayes, Birmingham City</w:t>
      </w:r>
      <w:r>
        <w:rPr>
          <w:b w:val="0"/>
          <w:i w:val="0"/>
        </w:rPr>
        <w:t>- Dan Ericsson.</w:t>
      </w:r>
    </w:p>
    <w:p>
      <w:pPr>
        <w:pStyle w:val="ListNumber"/>
      </w:pPr>
      <w:r>
        <w:rPr>
          <w:b w:val="0"/>
          <w:i w:val="0"/>
        </w:rPr>
        <w:br/>
      </w:r>
      <w:r>
        <w:rPr>
          <w:b w:val="0"/>
          <w:i w:val="0"/>
        </w:rPr>
        <w:t>Int Ch Dutch. Ger. Sh Ch Mocnys Knoxville (Y) (Int Ch  Seawind Polish Poker x Ch Mysis Usvainen Mers) dob 9:3:14, owner S Nugteren from the Netherlands, already had 2CCs to his name at the start of 2019 and was made up at the National Dog Show  Birmingham 2019 under Dr Thamas Jakkel</w:t>
      </w:r>
      <w:r>
        <w:rPr>
          <w:b w:val="0"/>
          <w:i w:val="0"/>
        </w:rPr>
        <w:br/>
      </w:r>
    </w:p>
    <w:p>
      <w:pPr>
        <w:pStyle w:val="ListNumber"/>
      </w:pPr>
      <w:r>
        <w:rPr>
          <w:b w:val="0"/>
          <w:i w:val="0"/>
        </w:rPr>
        <w:br/>
      </w:r>
      <w:r>
        <w:rPr>
          <w:b w:val="0"/>
          <w:i w:val="0"/>
        </w:rPr>
        <w:t>Gary and Jean Johnsons Sh Ch Cremino Chilly Pepper Sh CM (Y) (Trendlewood Snowman JW x Cremino Cobnut) won 4 CCs 3 with BOB during 2019, His crowning three CCs were won at  Three Counties</w:t>
      </w:r>
      <w:r>
        <w:rPr>
          <w:b w:val="0"/>
          <w:i/>
        </w:rPr>
        <w:t xml:space="preserve"> Maureen Rees, National Gundog- Chris Rose and made up at Bournemouth</w:t>
      </w:r>
      <w:r>
        <w:rPr>
          <w:b w:val="0"/>
          <w:i w:val="0"/>
        </w:rPr>
        <w:t>under Jenny King plus a further one at Welsh Kennel Club- Becky Johnson*</w:t>
      </w:r>
      <w:r>
        <w:rPr>
          <w:b w:val="0"/>
          <w:i w:val="0"/>
        </w:rPr>
        <w:br/>
      </w:r>
    </w:p>
    <w:p>
      <w:r>
        <w:rPr>
          <w:b w:val="0"/>
          <w:i w:val="0"/>
        </w:rPr>
        <w:t xml:space="preserve">4 Mac Percivals black Ch Wynfaul the Wizard (Wynfaul Rocket Fuel x Cricklecreek Carolina at Wynfaul) 17:10:14, was made up at Kent Surrey and Sussex LRC under Gordon Fox </w:t>
      </w:r>
    </w:p>
    <w:p>
      <w:pPr>
        <w:pStyle w:val="ListNumber"/>
      </w:pPr>
      <w:r>
        <w:rPr>
          <w:b w:val="0"/>
          <w:i w:val="0"/>
        </w:rPr>
        <w:br/>
      </w:r>
      <w:r>
        <w:rPr>
          <w:b w:val="0"/>
          <w:i w:val="0"/>
        </w:rPr>
        <w:t>Probably one of our most travelled exhibitors,Pam Druggan, who regularly arrives for a mainland drive to shows via the ferry from the Isle of Man, made up her imported black dog, Sh Ch A Sense of Pleasures El Toro at Balladoole (Imp Deu) JW27:8:17 (Sh Ch Blacksugar Luis x Catherines Selleria). He was bred in Germany by Karen Korff.  (B) and won his CCs 2 with BOB at WELKS* - Dale Elliott, Richmond- Tracy Butler and Driffield- Linda McGillivray</w:t>
      </w:r>
      <w:r>
        <w:rPr>
          <w:b w:val="0"/>
          <w:i w:val="0"/>
        </w:rPr>
        <w:br/>
      </w:r>
    </w:p>
    <w:p>
      <w:pPr>
        <w:pStyle w:val="ListNumber"/>
      </w:pPr>
      <w:r>
        <w:rPr>
          <w:b w:val="0"/>
          <w:i w:val="0"/>
        </w:rPr>
        <w:br/>
      </w:r>
      <w:r>
        <w:rPr>
          <w:b w:val="0"/>
          <w:i w:val="0"/>
        </w:rPr>
        <w:t>The DouglasÃ¢â‚¬â„¢s yellow Sh Ch Talard Cee Three Pee Ohh  (Y) (Multi Ch Blue Bayo Strong Wind of Kawarimono x Talard Tainted Love) 14:12:17 is another who crosses the Irish Sea frequently. He entered 2019 on 1 CC and completed his title by winning a further 2CCs at East of England- Maurice Givan, and LKA under Mairi Brown</w:t>
      </w:r>
      <w:r>
        <w:rPr>
          <w:b w:val="0"/>
          <w:i w:val="0"/>
        </w:rPr>
        <w:br/>
      </w:r>
    </w:p>
    <w:p>
      <w:r>
        <w:rPr>
          <w:b w:val="0"/>
          <w:i w:val="0"/>
        </w:rPr>
        <w:t>7. Susan Parkers black Sh Ch Poniel Reason to Believe at Bruadarach ShCM ShCEx won 2CCs during the year, at Blackpool under Loiise Blunt  and made up at Leeds under David Nightingale. He also became the first Labrador to obtain the Open Show Certificate of Excellence later in the year.</w:t>
      </w:r>
    </w:p>
    <w:p>
      <w:r>
        <w:rPr>
          <w:b w:val="0"/>
          <w:i w:val="0"/>
        </w:rPr>
        <w:t xml:space="preserve">There were 9 Bitch Show Champions made up in 2019,  2 Black and 7 Yellows </w:t>
      </w:r>
    </w:p>
    <w:p>
      <w:r>
        <w:rPr>
          <w:b w:val="0"/>
          <w:i w:val="0"/>
        </w:rPr>
        <w:t>A star indicates Best of Breed</w:t>
      </w:r>
    </w:p>
    <w:p>
      <w:r>
        <w:rPr>
          <w:b w:val="0"/>
          <w:i w:val="0"/>
        </w:rPr>
        <w:t>1.Sh Ch Naiken Dance Rhythm (B) dob 2:8:17 was the top CC winning bitch in 2019 with a tally during the year of 6CCs and 3BOBs. Her CCs were won at Boston</w:t>
      </w:r>
      <w:r>
        <w:rPr>
          <w:b w:val="0"/>
          <w:i/>
        </w:rPr>
        <w:t>- L Peggs, WELKS Dale Elliott, Lab Club of Wales</w:t>
      </w:r>
      <w:r>
        <w:rPr>
          <w:b w:val="0"/>
          <w:i w:val="0"/>
        </w:rPr>
        <w:t xml:space="preserve"> - J Venturi Rose, SKC* May Anthony Allen, Driffield, Linda McGillivray, Yellow Lab Club - Lucy Kent.</w:t>
      </w:r>
    </w:p>
    <w:p>
      <w:pPr>
        <w:pStyle w:val="ListNumber"/>
      </w:pPr>
      <w:r>
        <w:rPr>
          <w:b w:val="0"/>
          <w:i w:val="0"/>
        </w:rPr>
        <w:br/>
      </w:r>
      <w:r>
        <w:rPr>
          <w:b w:val="0"/>
          <w:i w:val="0"/>
        </w:rPr>
        <w:t>Sh Ch Trewinnard Pimlico (B) (Carpenny Primo x Trendlewood Whisper at Trewinnard) dob 19;4:16, owned by Penny Lally and bred by Lucy Kent won 3 CCs and 1BOB during 2019, at  Lab Club of Scotland - C Coode, Joint Lab Clubs* D Coode, URC- M McCollough</w:t>
      </w:r>
      <w:r>
        <w:rPr>
          <w:b w:val="0"/>
          <w:i w:val="0"/>
        </w:rPr>
        <w:br/>
      </w:r>
    </w:p>
    <w:p>
      <w:pPr>
        <w:pStyle w:val="ListNumber"/>
      </w:pPr>
      <w:r>
        <w:rPr>
          <w:b w:val="0"/>
          <w:i w:val="0"/>
        </w:rPr>
        <w:br/>
      </w:r>
      <w:r>
        <w:rPr>
          <w:b w:val="0"/>
          <w:i w:val="0"/>
        </w:rPr>
        <w:t>The Rawlinson and Balshaw partnerships Sh Ch Shanorrell Socialite at Halshimoor (Fin Ch Devonshires London Edition x Sh Ch  Shannorrell Splendour at Halshimoor) Y. 3:1:15, was made up at Windsor under Lynda Miles</w:t>
      </w:r>
      <w:r>
        <w:rPr>
          <w:b w:val="0"/>
          <w:i w:val="0"/>
        </w:rPr>
        <w:br/>
      </w:r>
    </w:p>
    <w:p>
      <w:pPr>
        <w:pStyle w:val="ListNumber"/>
      </w:pPr>
      <w:r>
        <w:rPr>
          <w:b w:val="0"/>
          <w:i w:val="0"/>
        </w:rPr>
        <w:br/>
      </w:r>
      <w:r>
        <w:rPr>
          <w:b w:val="0"/>
          <w:i w:val="0"/>
        </w:rPr>
        <w:t>Judith Charltons Sh Ch Classical Act at Foxrush (Y) (Sh Ch Rocheby Old Punch x Foxrush Touch of Class) dob 17:6:17 bred by Miss C Rowe won her 3 CCs during 2019 at Border Union Ã¢â‚¬â€œ D Hopkinson, WKC - Becky Johnson, City of Birmingham- D Ericsson</w:t>
      </w:r>
      <w:r>
        <w:rPr>
          <w:b w:val="0"/>
          <w:i w:val="0"/>
        </w:rPr>
        <w:br/>
      </w:r>
    </w:p>
    <w:p>
      <w:pPr>
        <w:pStyle w:val="ListNumber"/>
      </w:pPr>
      <w:r>
        <w:rPr>
          <w:b w:val="0"/>
          <w:i w:val="0"/>
        </w:rPr>
        <w:br/>
      </w:r>
      <w:r>
        <w:rPr>
          <w:b w:val="0"/>
          <w:i w:val="0"/>
        </w:rPr>
        <w:t>Anthony Allen and Guildfords Sh Ch Allenies Athena at Mandursan (Y) (Sh Ch Am Ch Salty Dog of Tampa Bay x Mandursans Aphrodite with Allenie) dob 12:8:12 won 2 CCs and 2 BOB sduring 2019, at The National Dog Show* T Jakkel and made up, also with BOB at Southern Counties under Gorden Haran.</w:t>
      </w:r>
      <w:r>
        <w:rPr>
          <w:b w:val="0"/>
          <w:i w:val="0"/>
        </w:rPr>
        <w:br/>
      </w:r>
    </w:p>
    <w:p>
      <w:r>
        <w:rPr>
          <w:b w:val="0"/>
          <w:i w:val="0"/>
        </w:rPr>
        <w:t>6 The OÃ¢â‚¬â„¢Briens yellow Sh Ch Maxfield Arabella (Fin Ch Devonshires London Edition x Mandursans Misdemeanor of Maxfield)  2:8:16 was made up with BOB at National Gundog under Anne Lavelle.</w:t>
      </w:r>
    </w:p>
    <w:p>
      <w:r>
        <w:rPr>
          <w:b w:val="0"/>
          <w:i w:val="0"/>
        </w:rPr>
        <w:t>7..Kay Jenkins Sh Ch Sekada Miss Bianka (Y) (Ch Ballyduff Marius x Brigburn Vuiolet Sekada) dob 21:10:13 already had 2 CCs prior to 2019 was made up with BOB at SKC in August under Mike Gadsby</w:t>
      </w:r>
    </w:p>
    <w:p>
      <w:pPr>
        <w:pStyle w:val="ListNumber"/>
      </w:pPr>
      <w:r>
        <w:rPr>
          <w:b w:val="0"/>
          <w:i w:val="0"/>
        </w:rPr>
        <w:br/>
      </w:r>
      <w:r>
        <w:rPr>
          <w:b w:val="0"/>
          <w:i w:val="0"/>
        </w:rPr>
        <w:t>Sh Ch Ramsayville Rhubarb Rock at Kinchyle (Y) (Sh Ch Brighton Sarracenia x  Graybrae  Golden Girl of Ramsayville) dob 16:5:15, Y won 1CC and BOB which made her up at Lab Club of Northern Ireland under G Oulton.</w:t>
      </w:r>
      <w:r>
        <w:rPr>
          <w:b w:val="0"/>
          <w:i w:val="0"/>
        </w:rPr>
        <w:br/>
      </w:r>
    </w:p>
    <w:p>
      <w:pPr>
        <w:pStyle w:val="ListNumber"/>
      </w:pPr>
      <w:r>
        <w:rPr>
          <w:b w:val="0"/>
          <w:i w:val="0"/>
        </w:rPr>
        <w:br/>
      </w:r>
      <w:r>
        <w:rPr>
          <w:b w:val="0"/>
          <w:i w:val="0"/>
        </w:rPr>
        <w:t>Dennis and Sarah McLellans yellow Sh Ch Saranden Rock Your Baby (Y) (Sh Ch Ramsayville Rock Solid x Saranden Coda) dob 1:12:15 won 4CCs, 3 with BOB at KSS</w:t>
      </w:r>
      <w:r>
        <w:rPr>
          <w:b w:val="0"/>
          <w:i/>
        </w:rPr>
        <w:t xml:space="preserve"> - M Hopkinson, Bath</w:t>
      </w:r>
      <w:r>
        <w:rPr>
          <w:b w:val="0"/>
          <w:i w:val="0"/>
        </w:rPr>
        <w:t xml:space="preserve"> Linda Harvey Major, made up at NW Lab Club* C Mills, plus LKA - K Roberts.</w:t>
      </w:r>
      <w:r>
        <w:rPr>
          <w:b w:val="0"/>
          <w:i w:val="0"/>
        </w:rPr>
        <w:br/>
      </w:r>
    </w:p>
    <w:p>
      <w:r>
        <w:rPr>
          <w:b w:val="0"/>
          <w:i w:val="0"/>
        </w:rPr>
        <w:t>My most sincere apologies if I have missed anyone out. Do let me know and I will correct  any omissions.</w:t>
      </w:r>
    </w:p>
    <w:p>
      <w:r>
        <w:rPr>
          <w:b w:val="0"/>
          <w:i w:val="0"/>
        </w:rPr>
        <w:t>As mentioned previously, next week I will list all the Dog and Bitch CC winners of 2019.</w:t>
      </w:r>
    </w:p>
    <w:p>
      <w:r>
        <w:rPr>
          <w:b w:val="0"/>
          <w:i w:val="0"/>
        </w:rPr>
        <w:t>Now on to other news.</w:t>
      </w:r>
    </w:p>
    <w:p>
      <w:r>
        <w:rPr>
          <w:b w:val="0"/>
          <w:i w:val="0"/>
        </w:rPr>
        <w:t>There was an error in the published critique for EALRCÃ¢â‚¬â„¢s open show. Veteran D/B was won by Angela Mitchells yellow, Cornlands Lady Flora, the non-stop wagger referred to in the printed critique, bred by the late Peggy Rae.</w:t>
      </w:r>
    </w:p>
    <w:p>
      <w:r>
        <w:rPr>
          <w:b w:val="0"/>
          <w:i w:val="0"/>
        </w:rPr>
        <w:t xml:space="preserve">The following result was unfortunately missed from the breed note report on the recent Labrador Club Open show. Harvey-Major and BambrookÃ¢â‚¬â„¢s Linjor Sessile Oak at Ravoakar ShCM. was Best Veteran in Show under judge Di Arrowsmith. </w:t>
      </w:r>
    </w:p>
    <w:p>
      <w:r>
        <w:rPr>
          <w:b w:val="0"/>
          <w:i w:val="0"/>
        </w:rPr>
        <w:t>Happy owners, Karen and Carey Bambrook, point out that he also won Best Veteran Dog at West of England Lab Club Ch show.</w:t>
      </w:r>
    </w:p>
    <w:p>
      <w:r>
        <w:rPr>
          <w:b w:val="0"/>
          <w:i w:val="0"/>
        </w:rPr>
        <w:t>Karen is enjoying the challenge of competing for the new Veteran Warrant with Oak. They have already won over half the points required in just 6 open shows. Well done.</w:t>
      </w:r>
    </w:p>
    <w:p>
      <w:r>
        <w:rPr>
          <w:b w:val="0"/>
          <w:i w:val="0"/>
        </w:rPr>
        <w:t>West of  England Labrador Club Open show was held on 4th January 2020. The Judge was Fiona Maclean (Afinmore) . From an entry of 66, the winners were :-</w:t>
      </w:r>
    </w:p>
    <w:p>
      <w:r>
        <w:rPr>
          <w:b w:val="0"/>
          <w:i w:val="0"/>
        </w:rPr>
        <w:t>Best Bitch and BIS: Penny Lallys Chyanhal Trezelah (Sh Ch Trendlewood Born to Run x Sh Ch Trewinnard Pimlico) and RBIS his dam, the same owners Sh Ch Trewinnard Pimlico .</w:t>
      </w:r>
    </w:p>
    <w:p>
      <w:r>
        <w:rPr>
          <w:b w:val="0"/>
          <w:i w:val="0"/>
        </w:rPr>
        <w:t>Best Dog : Baker and Judds Harpitts True Spirit (Afinmore Alain x Harpitts Forever Tilly)</w:t>
      </w:r>
    </w:p>
    <w:p>
      <w:r>
        <w:rPr>
          <w:b w:val="0"/>
          <w:i w:val="0"/>
        </w:rPr>
        <w:t>BPIS and Res Best dog: David Coodes black dog WarringahÃ¢â‚¬â„¢s The Bluff (Ch Winfaul The Wizard x Warringahs Bungaa)</w:t>
      </w:r>
    </w:p>
    <w:p>
      <w:r>
        <w:rPr>
          <w:b w:val="0"/>
          <w:i w:val="0"/>
        </w:rPr>
        <w:t>BVIS: The Daveys 10year old black bitch Southridge Precious Token (Sh Ch Sandylands |Pressed for Time x Southridge Grace)</w:t>
      </w:r>
    </w:p>
    <w:p>
      <w:r>
        <w:rPr>
          <w:b w:val="0"/>
          <w:i w:val="0"/>
        </w:rPr>
        <w:t>Luton Canine Society Open Show on 31st December 2019 saw David Coodes black Puppy Warringahs Bluff, continuing his winning ways. He was Best Labrador Puppy and Best of  Breed under David R Alcron,  2nd in the Adult Puppy Group under Pam Blay and 2nd in the all Breed Puppy Group under Sheila Jakeman. Following on the next weekend he went</w:t>
      </w:r>
    </w:p>
    <w:p>
      <w:r>
        <w:rPr>
          <w:b w:val="0"/>
          <w:i w:val="0"/>
        </w:rPr>
        <w:t>BPIS at West of England Lab Club as mentioned above and the very next day, Best Puppy in Show at Dukeries Gundog where the breed judge was Lewslie Tasker and the BIS Judge was Di Arrowsmith. At that same show Carole and Mervyn Reynolds yellow Bitch Carromer Shimmering in Pink was Best of Breed and 2nd in the Group.</w:t>
      </w:r>
    </w:p>
    <w:p>
      <w:r>
        <w:rPr>
          <w:b w:val="0"/>
          <w:i w:val="0"/>
        </w:rPr>
        <w:t>Linda Harvey Major enjoyed a lovely end to 2019 with her yellow puppy bitch, Linjor Sansa</w:t>
      </w:r>
    </w:p>
    <w:p>
      <w:r>
        <w:rPr>
          <w:b w:val="0"/>
          <w:i w:val="0"/>
        </w:rPr>
        <w:t xml:space="preserve">at Stourbridge show. She was 1st Puppy, Best Puppy in Breed and winner of the Gundog Puppy Group under breed judge Margaret Barker and Group Judge -Sue Loach. </w:t>
      </w:r>
    </w:p>
    <w:p>
      <w:r>
        <w:rPr>
          <w:b w:val="0"/>
          <w:i w:val="0"/>
        </w:rPr>
        <w:t xml:space="preserve">Well done, Susan Parker whose black dog Sh Ch Poniel Reason to Believe at Bruadarach ShCM ShCEx is the first  Labrador in the UK to gain the Show Certificate of Excellence </w:t>
      </w:r>
    </w:p>
    <w:p>
      <w:r>
        <w:rPr>
          <w:b w:val="0"/>
          <w:i w:val="0"/>
        </w:rPr>
        <w:t>Alison Scutcher writes Ã¢â‚¬Å" Winsleywood Wild Daisy has obtained her JW subject to KC approval. She is the third generation JW holder for my small kennel and is sired by Sh Ch Cremino Chilly Pepper ShCM.Ã¢â‚¬Â Great news. Well done!</w:t>
      </w:r>
    </w:p>
    <w:p>
      <w:r>
        <w:rPr>
          <w:b w:val="0"/>
          <w:i w:val="0"/>
        </w:rPr>
        <w:t xml:space="preserve">Swansea &amp; District Canine Club are holding their 203 class Open Show (Gp system) on </w:t>
      </w:r>
    </w:p>
    <w:p>
      <w:r>
        <w:rPr>
          <w:b w:val="0"/>
          <w:i w:val="0"/>
        </w:rPr>
        <w:t>Sat. 8 February 2020 at Neath Sports Centre, Neath Abbey SA10 7BE</w:t>
      </w:r>
    </w:p>
    <w:p>
      <w:r>
        <w:rPr>
          <w:b w:val="0"/>
          <w:i w:val="0"/>
        </w:rPr>
        <w:t>Entries close (postmark) 13 January 2020; online midnight 20 January 2020</w:t>
      </w:r>
    </w:p>
    <w:p>
      <w:r>
        <w:rPr>
          <w:b w:val="0"/>
          <w:i w:val="0"/>
        </w:rPr>
        <w:t>Schedules: Hon Sec Mrs Robin Paisey, 252 Peniel Green Rd, Swansea SA7 9BW (SAE pls) Tel: 01792 310622 (BT ansa)</w:t>
      </w:r>
    </w:p>
    <w:p>
      <w:r>
        <w:rPr>
          <w:b w:val="0"/>
          <w:i w:val="0"/>
        </w:rPr>
        <w:t>email: paisey1@hotmail.com (pls mark as Ã¢â‚¬ËœSwansea 2020Ã¢â‚¬â„¢)</w:t>
      </w:r>
    </w:p>
    <w:p>
      <w:r>
        <w:rPr>
          <w:b w:val="0"/>
          <w:i w:val="0"/>
        </w:rPr>
        <w:t>or download from: http://www.onlineshowentry.com</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