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- 12/02/2016 - ISSUE"</w:t>
      </w:r>
      <w:r>
        <w:br/>
      </w:r>
      <w:r>
        <w:rPr>
          <w:b w:val="0"/>
          <w:i w:val="0"/>
        </w:rPr>
        <w:br/>
        <w:t>date_original: "12/02/2016 - ISSUE"</w:t>
      </w:r>
      <w:r>
        <w:br/>
      </w:r>
      <w:r>
        <w:rPr>
          <w:b w:val="0"/>
          <w:i w:val="0"/>
        </w:rPr>
        <w:br/>
        <w:t>source_url: "https://www.ourdogs.co.uk/members/breednotes/RetrieverLabradorMain.php"</w:t>
      </w:r>
      <w:r>
        <w:br/>
      </w:r>
      <w:r>
        <w:rPr>
          <w:b w:val="0"/>
          <w:i w:val="0"/>
        </w:rPr>
        <w:br/>
        <w:t>scraped_at: "2026-09-13T15:29:30"</w:t>
      </w:r>
      <w:r>
        <w:br/>
      </w:r>
      <w:r>
        <w:rPr>
          <w:b w:val="0"/>
          <w:i w:val="0"/>
        </w:rPr>
        <w:br/>
        <w:t>word_count: 1672</w:t>
      </w:r>
    </w:p>
    <w:p>
      <w:r>
        <w:t>――――――――――――――――――――――――――――――</w:t>
      </w:r>
    </w:p>
    <w:p>
      <w:r>
        <w:rPr>
          <w:b w:val="0"/>
          <w:i w:val="0"/>
        </w:rPr>
        <w:t>NEWS MEMBERS' AREA SHOP SUBSCRIBE UPCOMING SHOWS MORE</w:t>
      </w:r>
    </w:p>
    <w:p>
      <w:r>
        <w:rPr>
          <w:b w:val="0"/>
          <w:i w:val="0"/>
        </w:rPr>
        <w:t>RETRIEVER LABRADOR</w:t>
      </w:r>
    </w:p>
    <w:p>
      <w:r>
        <w:rPr>
          <w:b w:val="0"/>
          <w:i w:val="0"/>
        </w:rPr>
        <w:t>Issue: 12/02/2016</w:t>
      </w:r>
    </w:p>
    <w:p>
      <w:r>
        <w:rPr>
          <w:b w:val="0"/>
          <w:i w:val="0"/>
        </w:rPr>
        <w:t>Retriever Labrador</w:t>
      </w:r>
    </w:p>
    <w:p>
      <w:r>
        <w:rPr>
          <w:b w:val="0"/>
          <w:i w:val="0"/>
        </w:rPr>
        <w:t>The Labrador Retriever in Art exhibition will be on display at the Kennel Club Art Gallery, 10 Clarges Street, London W1J 8AB from February 11 - July 29. The Gallery is open to all by appointment Monday - Friday 9.30am - 4.30pm For further information on the exhibition please contact The KC Art Gallery on 02075181064 or email: artgallery@thekennelclub.org.uk</w:t>
      </w:r>
    </w:p>
    <w:p>
      <w:r>
        <w:rPr>
          <w:b w:val="0"/>
          <w:i w:val="0"/>
        </w:rPr>
        <w:t>Make a note of this must see exhibition in your Labrador diary; everything from original paintings, sculptures, stud books and numerous items of immense historical note loaned from private collections all arranged professionally in the new Kennel Club Art Gallery.</w:t>
      </w:r>
    </w:p>
    <w:p>
      <w:r>
        <w:rPr>
          <w:b w:val="0"/>
          <w:i w:val="0"/>
        </w:rPr>
        <w:t>A reminder that entries are closing for Three Ridings Championship Show on 19th March 2016. Postal entries close on: 09/02/2016 and online entries close on: 16/02/2016</w:t>
      </w:r>
    </w:p>
    <w:p>
      <w:r>
        <w:rPr>
          <w:b w:val="0"/>
          <w:i w:val="0"/>
        </w:rPr>
        <w:t>Brian Lowe has decided at the grand age of 81 that it is now time to call it a day with his Labrador judging and showing. He still has his much loved Labradors at home leading a happy contented pet life including his beloved yellow dog Raybooth Solo who won 2RCCs and saved Brian's life when he collapsed on a walk some years ago.</w:t>
      </w:r>
    </w:p>
    <w:p>
      <w:r>
        <w:rPr>
          <w:b w:val="0"/>
          <w:i w:val="0"/>
        </w:rPr>
        <w:t>Brian had his first Labrador in 1948. Luckily his mother owned a food shop and so when Brian bred his first litter as a 14 year old boy in post Second World War 1948, there was enough spare food for the 10 yellow pups. Brian showed Labradors with success at championship shows under his Raybooth affix and made up the yellow Sh Ch Raybooth Socks in the early 1980s. His Raybooth Cream Cracker also appears in very many show pedigrees. Brian was a long standing member of Midland Counties Labrador Club committee and acknowledges he has made some wonderful friends through his connections with the dog world. He thanks everyone for their kindness over the years and especially that shown to him during his dear wife Iris's long ongoing illness.</w:t>
      </w:r>
    </w:p>
    <w:p>
      <w:r>
        <w:rPr>
          <w:b w:val="0"/>
          <w:i w:val="0"/>
        </w:rPr>
        <w:t>When an established dog show venue is lost, an organising committee has a hard task ahead to find another equally good one, within their area of operation. After many years at Cardiff, prior to this year's Championship show, Labrador Club of Wales committee were informed that their usual venue would not be available, the proprietors of the Cardiff leisure centre evidently preferring only health connected events in future, which is a bit daft as dogs do keep their owners fit and healthy with all the exercising required.</w:t>
      </w:r>
    </w:p>
    <w:p>
      <w:r>
        <w:rPr>
          <w:b w:val="0"/>
          <w:i w:val="0"/>
        </w:rPr>
        <w:t>Luckily the Welsh Lab committee had found a new venue nearer to England, just over the river Severn into Wales at Chepstow Leisure Centre. Whilst sufficient on the day, to me did have its pros and cons, not helped by the vile weather; the wind and rain being so fierce that the nearby Severn Bridge crossing was temporarily closed during the day.</w:t>
      </w:r>
    </w:p>
    <w:p>
      <w:r>
        <w:rPr>
          <w:b w:val="0"/>
          <w:i w:val="0"/>
        </w:rPr>
        <w:t>The torrential rain lashed down all day and for me the journey to Chepstow was like being at sea with a fierce cross wind buffeting the car along the already deeply flooded backroads.</w:t>
      </w:r>
    </w:p>
    <w:p>
      <w:r>
        <w:rPr>
          <w:b w:val="0"/>
          <w:i w:val="0"/>
        </w:rPr>
        <w:t>The car park was adjacent to the hall but the shortest most direct way to the hall was up about twenty five very steep concrete steps and it was not at all easy for a senior citizen, with a hip replacement, in the pouring rain, .having to single-handedly carry heavy metal crates one by one up the steps, into the hall. As I have said on many an occasion, I hate unbenched shows.</w:t>
      </w:r>
    </w:p>
    <w:p>
      <w:r>
        <w:rPr>
          <w:b w:val="0"/>
          <w:i w:val="0"/>
        </w:rPr>
        <w:t>Unfortunately my crate-trolley had to be abandoned as it doesn't go up steps but for the home journey I did later find a flatter but longer route, sadly still in the pouring rain.</w:t>
      </w:r>
    </w:p>
    <w:p>
      <w:r>
        <w:rPr>
          <w:b w:val="0"/>
          <w:i w:val="0"/>
        </w:rPr>
        <w:t>So, several wet journeys were required to carry crates, bags and baggage plus a final trip to fetch my dogs into the show hall, by which time, like everyone else I was more or less soaked to the skin by 9am.</w:t>
      </w:r>
    </w:p>
    <w:p>
      <w:r>
        <w:rPr>
          <w:b w:val="0"/>
          <w:i w:val="0"/>
        </w:rPr>
        <w:t>Other than judging, this was my first show as an exhibitor since last June and I was determined to wear rose-tinted spectacles and have a happy day. Good to see old pals and new, but why oh why were so many there attending with serious colds and raging flu; spreading their germs on to everyone else. That is so mean. I know some of our respected older exhibitors are still battling at home with this current flu bout after a month of illness and have stayed away from shows throughout, so as to protect all the rest of us. Others just don't seem to care or be as considerate.  Several of our number have unpublished underlying health conditions. Do make sure you are not the one responsible for polishing them off by spreading your flu germs unnecessarily. Stay at home if you are infectious; are you that desperate to win a prize card?</w:t>
      </w:r>
    </w:p>
    <w:p>
      <w:r>
        <w:rPr>
          <w:b w:val="0"/>
          <w:i w:val="0"/>
        </w:rPr>
        <w:t>There were two large rings covered with excellent non slip matting and plenty of comfy ringside seating but sadly little room for necessary crates on such a wet day for the 233 dogs entered, except along just one wall. Whilst sufficient for KC requirements it was all a bit of a wet squash and tempers were severely frayed to say the least when all of the available wall space had run out. Luckily under the kind calming stewardship of Secretary Margaret Barker and Chairman Ronwein Phillips and their team of most helpful helpers, we coped but it crossed my mind that at this venue, it might be an idea to have just one ring going with dogs first, followed by bitches, thus leaving loads of space for crates. This way the problem of clashing, dog and bitch classes and having to wait for exhibitors to come from one ring to another, would also be removed. Certainly several judges have easily judged well over this number of dogs at championship shows in the past twelve months and finished in plenty of time, so a single experienced judge or two such judges, one after the other, that realise they have got to get a move on, might just be a possible consideration.</w:t>
      </w:r>
    </w:p>
    <w:p>
      <w:r>
        <w:rPr>
          <w:b w:val="0"/>
          <w:i w:val="0"/>
        </w:rPr>
        <w:t>Richard Morris judged the dogs and Penny Carpanini judged the Bitches. Two new Show Champions were made up on the day. Congratulations to Shaun Williamson making up another of his yellow dogs Sharouns Illusionist JW. (Sh.Ch. Linjor Valentino J.W./Lakemeadow Lets Dance With Sharouns). His CCs came from Anne Lavelle at Darlington 2014, Maxine Crocker Williams at LKA 2015 and Richard Morris at LRCW 2016. Also congratulations go to Maureen Rees making up her yellow bitch Ir Sh Ch Thurbajens Flighty Fennel at Eremos Sh CM.(Carpenny Austin x Thurbajen Whoops A Daisy) Her three CCs were won under Maureen Floyd at WELKS in 2011, Joy Venturi Rose at Bournemouth in 2014 and Penny Carpanini at LRCof Wales in 2016. Well done.</w:t>
      </w:r>
    </w:p>
    <w:p>
      <w:r>
        <w:rPr>
          <w:b w:val="0"/>
          <w:i w:val="0"/>
        </w:rPr>
        <w:t>Many thanks to club Secretary Margaret Barker for this report on the show: "The Labrador Retriever Club of Wales's 36th Championship Show was held on Saturday February 6th at a new venue in Chepstow. The Club is celebrating 40 years as a KC registered society and there was a display of photographs and other memorabilia covering the last 40 years. A decorated anniversary cake, made by Linda Harvey Major, was shared amongst the exhibitors. Dogs were judged by Mr. Richard Morris with Mrs. Penny Carpanini judging the Bitches. The referee was Mrs. Ronwein Phillips. A total of 233 dogs produced 285 class entries. In addition there was a Special Award Class, judged by Mrs. Sue Faulkner, in memory of founder member and, since 2008, president of the Club, Roger Watkins, who sadly passed away last year. This class attracted 42 entries.</w:t>
      </w:r>
    </w:p>
    <w:p>
      <w:r>
        <w:rPr>
          <w:b w:val="0"/>
          <w:i w:val="0"/>
        </w:rPr>
        <w:t>On the referee Ronwein Phillips decision B.I.S. was awarded to the Dog C.C. winner from the Limit class, Shaun Williamson's yellow, Sharouns Illusionist J.W.,Sh.C.M. (Sh.Ch. Linjor Valentino J.W./Lakemeadow Lets Dance With Sharouns). Reserve B.I.S. was awarded to the yellow Reserve Dog C.C. and Open Dog winner, Thierry Onkelinx-De Smedt's Leonardo Of Angel's Head (Ch. Loch Mor Romeo/Ch. Gitane Of Angel's Head) from Belgium. The Bitch C.C. and Best Opposite Sex under Penny Carpanini went to Maureen Rees's yellow Open Bitch winner Ir.Sh.Ch. Thurbajen's Flighty Fennel With Eremos Sh.C.M. (Carpenny Austin/Thurbajen Whoops A Daisy) with the Reserve Bitch C.C. going to the Wiles's black winner of Post Graduate Bitch Dolehamhalt Dazzler Of Richbourne (Mambrinos Thriller At Richbourne (Imp.Nor.)/Buckholt Willow). Best Puppy In Show was the Woodburn's yellow Minor Puppy Bitch winner Centenalee Bond Girl (Rocheby Town Crier/Centenalee Lady Latia). Best Veteran was taken by Leigh Lesley's 7 Â½ year old black bitch Steeleigh Hot To Handle J.W. (Brigglesbank Bon Jovi/Steeleigh Truly Tempting J.W.).</w:t>
      </w:r>
    </w:p>
    <w:p>
      <w:r>
        <w:rPr>
          <w:b w:val="0"/>
          <w:i w:val="0"/>
        </w:rPr>
        <w:t>'The Roger Watkins Special Memorial Award was won by Chris and Clare Mills's yellow dog Lembas Sweeney Todd J.W. (Sandylands Gentle Touch At Lembas/Carpenny Wonder With Lembas). They were presented with an engraved crystal bowl kindly given by Mrs. Mary Morris and Mr. Richard Morris.</w:t>
      </w:r>
    </w:p>
    <w:p>
      <w:r>
        <w:rPr>
          <w:b w:val="0"/>
          <w:i w:val="0"/>
        </w:rPr>
        <w:t>'The Committee would like to thank all the exhibitors who braved the teeming rain and howling gales to attend our show. We hope everyone got home safely.</w:t>
      </w:r>
    </w:p>
    <w:p>
      <w:r>
        <w:rPr>
          <w:b w:val="0"/>
          <w:i w:val="0"/>
        </w:rPr>
        <w:t>'Full results are available at www.labclubofwales.co.uk ."</w:t>
      </w:r>
    </w:p>
    <w:p>
      <w:r>
        <w:rPr>
          <w:b w:val="0"/>
          <w:i w:val="0"/>
        </w:rPr>
        <w:t>Ann Britton 01989720665</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