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- 16/12/2022 - ISSUE"</w:t>
      </w:r>
      <w:r>
        <w:br/>
      </w:r>
      <w:r>
        <w:rPr>
          <w:b w:val="0"/>
          <w:i w:val="0"/>
        </w:rPr>
        <w:br/>
        <w:t>date_original: "16/12/2022 - ISSUE"</w:t>
      </w:r>
      <w:r>
        <w:br/>
      </w:r>
      <w:r>
        <w:rPr>
          <w:b w:val="0"/>
          <w:i w:val="0"/>
        </w:rPr>
        <w:br/>
        <w:t>source_url: "https://www.ourdogs.co.uk/members/breednotes/RetrieverLabradorMain.php"</w:t>
      </w:r>
      <w:r>
        <w:br/>
      </w:r>
      <w:r>
        <w:rPr>
          <w:b w:val="0"/>
          <w:i w:val="0"/>
        </w:rPr>
        <w:br/>
        <w:t>scraped_at: "2026-09-13T15:11:02"</w:t>
      </w:r>
      <w:r>
        <w:br/>
      </w:r>
      <w:r>
        <w:rPr>
          <w:b w:val="0"/>
          <w:i w:val="0"/>
        </w:rPr>
        <w:br/>
        <w:t>word_count: 777</w:t>
      </w:r>
    </w:p>
    <w:p>
      <w:r>
        <w:t>――――――――――――――――――――――――――――――</w:t>
      </w:r>
    </w:p>
    <w:p>
      <w:r>
        <w:rPr>
          <w:b w:val="0"/>
          <w:i w:val="0"/>
        </w:rPr>
        <w:t>NEWS MEMBERS' AREA SHOP SUBSCRIBE UPCOMING SHOWS MORE</w:t>
      </w:r>
    </w:p>
    <w:p>
      <w:r>
        <w:rPr>
          <w:b w:val="0"/>
          <w:i w:val="0"/>
        </w:rPr>
        <w:t>RETRIEVER LABRADOR</w:t>
      </w:r>
    </w:p>
    <w:p>
      <w:r>
        <w:rPr>
          <w:b w:val="0"/>
          <w:i w:val="0"/>
        </w:rPr>
        <w:t>Issue: 16/12/2022</w:t>
      </w:r>
    </w:p>
    <w:p>
      <w:r>
        <w:rPr>
          <w:b w:val="0"/>
          <w:i w:val="0"/>
        </w:rPr>
        <w:t>Richard Morris had a good entry on paper for the LKA at the NEC. Sadly there were quite a lot of absentees as the weather on Gundog day meant that many exhibitors couldnÃ¢â‚¬â„¢t get there, being snowed in at home, including me.</w:t>
      </w:r>
    </w:p>
    <w:p>
      <w:r>
        <w:rPr>
          <w:b w:val="0"/>
          <w:i w:val="0"/>
        </w:rPr>
        <w:t xml:space="preserve">Having spent the previous afternoon meticulously grooming dogs for the show, Labradors and a Jack Russell, I went to bed that night really pleased they looked extra good, determined to get up early and drive to the NEC arriving in smart time to get a decent, already paid for, car parking space. </w:t>
      </w:r>
    </w:p>
    <w:p>
      <w:r>
        <w:rPr>
          <w:b w:val="0"/>
          <w:i w:val="0"/>
        </w:rPr>
        <w:t xml:space="preserve">Imagine my horror opening the bedroom curtains at 5.45am to 100% stillness, complete silence and overall blackness. It was weird. </w:t>
      </w:r>
    </w:p>
    <w:p>
      <w:r>
        <w:rPr>
          <w:b w:val="0"/>
          <w:i w:val="0"/>
        </w:rPr>
        <w:t xml:space="preserve">I dressed quickly and went downstairs to let the dogs out before setting off for the show. </w:t>
      </w:r>
    </w:p>
    <w:p>
      <w:r>
        <w:rPr>
          <w:b w:val="0"/>
          <w:i w:val="0"/>
        </w:rPr>
        <w:t xml:space="preserve">What a shock, when I shone the torch into the blackness, there was 6inches of ever deepening snow blowing everywhere, with more tumbling down fast and heavily, determinedly building up the depth even more. </w:t>
      </w:r>
    </w:p>
    <w:p>
      <w:r>
        <w:rPr>
          <w:b w:val="0"/>
          <w:i w:val="0"/>
        </w:rPr>
        <w:t xml:space="preserve">The dogs thought it was wonderful. I put the floodlights on and wished I had taken the camera out with me, there they were, even the Veterans charging around in the snow like hyperactive school kids. Running and dodging this way and that. Poor Mabel, the Jack Russell in her waterproof outdoor padded coat, a diminutive 10.5 inches to the shoulder, tried to keep up with them but kept disappearing into the deep snow. She looked so  astounded as she emerged from a snow drift, to find her pals had got away from her and were still busily enjoying their galloping game without her. </w:t>
      </w:r>
    </w:p>
    <w:p>
      <w:r>
        <w:rPr>
          <w:b w:val="0"/>
          <w:i w:val="0"/>
        </w:rPr>
        <w:t xml:space="preserve">I later saw messages on Facebook from LKA exhibitors from around here who had made it to the NEC but they live on main roads, I live only a mile from the motorway junction, but in weather like this thereÃ¢â‚¬â„¢s no way I can get out of the village, up two steep twisting hills. The distance might as well be a thousand miles. </w:t>
      </w:r>
    </w:p>
    <w:p>
      <w:r>
        <w:rPr>
          <w:b w:val="0"/>
          <w:i w:val="0"/>
        </w:rPr>
        <w:t>So I resigned myself to staying at home. I  cooked and enjoyed roast pork for my lunch, abandoning the cheese rolls I had already prepared and packed in my show bag the night before.</w:t>
      </w:r>
    </w:p>
    <w:p>
      <w:r>
        <w:rPr>
          <w:b w:val="0"/>
          <w:i w:val="0"/>
        </w:rPr>
        <w:t xml:space="preserve">The roast pork was tender and delicious and I knew I would enjoy it cold for the following few days. </w:t>
      </w:r>
    </w:p>
    <w:p>
      <w:r>
        <w:rPr>
          <w:b w:val="0"/>
          <w:i w:val="0"/>
        </w:rPr>
        <w:t>Sadly things  took an unexpected turn when my Labradors jointly put on a show of being heavily fast asleep next to the kitchen radiator. Unthinking, not waking them up, I quickly nipped into the next room to fetch a book . The fact that my Labradors are awful thieves where food is concerned, should have crossed my mind. It didnÃ¢â‚¬â„¢t!</w:t>
      </w:r>
    </w:p>
    <w:p>
      <w:r>
        <w:rPr>
          <w:b w:val="0"/>
          <w:i w:val="0"/>
        </w:rPr>
        <w:t>On returning about one minute later, I found them looking very happy but very guilty. The  delicious pork joint was nowhere to be seen. It  was no longer on its dish on the worktop and was clearly inside the dogs, who funnily enough did not call for their dinner later that day.</w:t>
      </w:r>
    </w:p>
    <w:p>
      <w:r>
        <w:rPr>
          <w:b w:val="0"/>
          <w:i w:val="0"/>
        </w:rPr>
        <w:t>I read recently in the press that Labrador research in America, has proved that as a breed, Labradors are genetically programmed to overeat. It is not their fault if they steal food, or are fat, they cannot help themselves. There is nothing to be done if they carry the overeating gene. Very clearly mine have it in spades!</w:t>
      </w:r>
    </w:p>
    <w:p>
      <w:r>
        <w:rPr>
          <w:b w:val="0"/>
          <w:i w:val="0"/>
        </w:rPr>
        <w:t xml:space="preserve">Luckily the LKA results were up via Highams website. </w:t>
      </w:r>
    </w:p>
    <w:p>
      <w:r>
        <w:rPr>
          <w:b w:val="0"/>
          <w:i w:val="0"/>
        </w:rPr>
        <w:t>Well done to all the winners.</w:t>
      </w:r>
    </w:p>
    <w:p>
      <w:r>
        <w:rPr>
          <w:b w:val="0"/>
          <w:i w:val="0"/>
        </w:rPr>
        <w:t>BEST OF BREED  Mr &amp; Mrs &amp; Miss ARV &amp; R Hodge Sh Ch Ir Sh Ch Naiken Elite Envoy (ai) JW Ir J Ch</w:t>
      </w:r>
    </w:p>
    <w:p>
      <w:r>
        <w:rPr>
          <w:b w:val="0"/>
          <w:i w:val="0"/>
        </w:rPr>
        <w:t>Dog CC : Mr &amp; Mrs &amp; Miss ARV &amp; R Hodge Sh Ch Ir Sh Ch Naiken Elite Envoy (ai) JW Ir J Ch</w:t>
      </w:r>
    </w:p>
    <w:p>
      <w:r>
        <w:rPr>
          <w:b w:val="0"/>
          <w:i w:val="0"/>
        </w:rPr>
        <w:t xml:space="preserve">Res Dog CC:  Miss Janice Climpson Othamcourt Heathcliff. Bitch CC: Mrs L Kent Chyanhal Trevose Of Trewinnard JW. Res Bitch CC: Mrs Lynda Harvetpy Major Jun Ch Hit if Hit Chiice Fir Vuts Solare Linjor. </w:t>
      </w:r>
    </w:p>
    <w:p>
      <w:r>
        <w:rPr>
          <w:b w:val="0"/>
          <w:i w:val="0"/>
        </w:rPr>
        <w:t>Best Puppy: Miss K Druggan Langanhoe Wild Hudson For Balladoole NAF. Best Veteran: Mrs L Park Sh Ch Ramsayville Rhubarb Rock At Kinchyle</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