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- 11/10/2002"</w:t>
      </w:r>
      <w:r>
        <w:br/>
      </w:r>
      <w:r>
        <w:rPr>
          <w:b w:val="0"/>
          <w:i w:val="0"/>
        </w:rPr>
        <w:br/>
        <w:t>date_original: "11/10/2002"</w:t>
      </w:r>
      <w:r>
        <w:br/>
      </w:r>
      <w:r>
        <w:rPr>
          <w:b w:val="0"/>
          <w:i w:val="0"/>
        </w:rPr>
        <w:br/>
        <w:t>source_url: "https://www.ourdogs.co.uk/members/breednotes/2002/RetrieverLabrador/October2002/RetrieverLabrador111002.htm"</w:t>
      </w:r>
      <w:r>
        <w:br/>
      </w:r>
      <w:r>
        <w:rPr>
          <w:b w:val="0"/>
          <w:i w:val="0"/>
        </w:rPr>
        <w:br/>
        <w:t>archive_type: "static_html"</w:t>
      </w:r>
      <w:r>
        <w:br/>
      </w:r>
      <w:r>
        <w:rPr>
          <w:b w:val="0"/>
          <w:i w:val="0"/>
        </w:rPr>
        <w:br/>
        <w:t>scraped_at: "2026-09-13T22:20:27"</w:t>
      </w:r>
      <w:r>
        <w:br/>
      </w:r>
      <w:r>
        <w:rPr>
          <w:b w:val="0"/>
          <w:i w:val="0"/>
        </w:rPr>
        <w:br/>
        <w:t>word_count: 1007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Short notes this week. I have been busy with Mary Rose, who continues her adventurous life, now trying her hand at mother-hood and nursing ten puppies. Those of you who have read of her exploits in the past will know she does not go in for half measures of anything and luckily she has decided that motherhood of such a large brood is rather an enjoyable pastime.</w:t>
      </w:r>
    </w:p>
    <w:p>
      <w:r>
        <w:rPr>
          <w:b w:val="0"/>
          <w:i w:val="0"/>
        </w:rPr>
        <w:t>As I have mentioned before, we live in a very quiet, rural village, a centre of calm and tranquillity, which is ideal for whelping bitches as there are no outside distractions to put the new mother off, whilst she is actually giving birth.</w:t>
      </w:r>
    </w:p>
    <w:p>
      <w:r>
        <w:rPr>
          <w:b w:val="0"/>
          <w:i w:val="0"/>
        </w:rPr>
        <w:t>Thus it was for Mary Rose. However, just as she was about to whelp her very first puppy, the soothing tranquillity of the village was shattered by the arrival of the County Highways Department, (not seen in these parts for years), complete with their pneumatic drills and a JCB.They then set to work and dug up the lane right outside the whelping room window for the next three hours. Being of stoical stuff MR was not affected at all, but I thought it somewhat ironic that as we never see the Highways Department in these parts normally, their arrival at this particular time, and subsequent din they produced, was certainly not what one would have ordered in an ideal situation.</w:t>
      </w:r>
    </w:p>
    <w:p>
      <w:r>
        <w:rPr>
          <w:b w:val="0"/>
          <w:i w:val="0"/>
        </w:rPr>
        <w:t>I am told there is the usual, early autumnal, Kennel Cough about at the shows once again, with owners persisting in bringing coughing dogs, against KC Rules, to canine events. One day someone will get fined and banned for such action. Perhaps then they might at last consider their selfish actions more carefully.</w:t>
      </w:r>
    </w:p>
    <w:p>
      <w:r>
        <w:rPr>
          <w:b w:val="0"/>
          <w:i w:val="0"/>
        </w:rPr>
        <w:t>I understand there was much coughing evident at Darlington. Why, oh why, won’t exhibitors stay at home, if their dogs have the cough, instead of brazening it out and spreading the infection around for everyone else to take home to their vulnerable oldies or the very young?</w:t>
      </w:r>
    </w:p>
    <w:p>
      <w:r>
        <w:rPr>
          <w:b w:val="0"/>
          <w:i w:val="0"/>
        </w:rPr>
        <w:t>The Yellow Labrador Club Ch Show was held at Coventry. The judges were Richard Wiles (Dogs) and Mrs Jean Allan (Bitches). Dog CC and Best of Breed was another for Erica Jayes and Garner Anthonys yellow Sh Ch Tapeatom Gadding Around to Sandylands. The Res Dog CC was won by Mrs Downey Tullochs black Sh Ch Tullochmohr Final Edition. In the Bitch ring the CC went to Miss C Jones black, Hafnau Taryn (Ch Cambremer Tom Cobbley of Charway ex Bryndafy Pyrrha of Hafnau), whilst the RCC was won by Fiona Braddons Trendlewood Catatonia (Trendlewood Rainstorm ex Trendlewood Blue Velvet).</w:t>
      </w:r>
    </w:p>
    <w:p>
      <w:r>
        <w:rPr>
          <w:b w:val="0"/>
          <w:i w:val="0"/>
        </w:rPr>
        <w:t>Belfast Championship Show was well attended by exhibitors from over the water, who from all reports had a jolly good weekend break in jovial company. The judge was Mr Peter Taylor and his winners were - CC and Best of Breed, Chris and Claire Mills’ yellow dog, Lembas Lets Get Serious (Sh Ch Sandylands Gadabout ex Jugaren Moonlight Melody at Lembas) RCC the Ellis family’s yellow dog Sh Ch. Dolwen Francis Henry (Trenow Lancelot ex Bugeilydd Anna Marie of Dolwen). The Bitch CC was won by Mrs Downey Tulloch’s yellow Tullochmohr Thespian ( Cricklecreek Commander at Kincrosse ex Tullochmohr Sheer Fantasy),whilst the Bitch RCC went to Fiona Braddon’s Trendlewood Catatonia (Trendlewood Rainstorm ex Trendlewood Blue Velvet)</w:t>
      </w:r>
    </w:p>
    <w:p>
      <w:r>
        <w:rPr>
          <w:b w:val="0"/>
          <w:i w:val="0"/>
        </w:rPr>
        <w:t>A request from Anne Johnson, Lab Club year Book Editor to please remind readers that Driffield is probably the last chance to use the recognised professional "Dog" photographers for their photos for the Year- book. John Jackson (Our Dogs Photographer) will be at Driffield and has asked that owners wishing to have their dogs photographed, mention on their orders that they require the photographs to be supplied in time for Year-books.</w:t>
      </w:r>
    </w:p>
    <w:p>
      <w:r>
        <w:rPr>
          <w:b w:val="0"/>
          <w:i w:val="0"/>
        </w:rPr>
        <w:t>Anne points out that as the closing date for the LRC Year-book is 2 days after the LRC Open Show on 16th Nov. review pages may be handed in there.</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