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- 01/09/2017 - ISSUE"</w:t>
      </w:r>
      <w:r>
        <w:br/>
      </w:r>
      <w:r>
        <w:rPr>
          <w:b w:val="0"/>
          <w:i w:val="0"/>
        </w:rPr>
        <w:br/>
        <w:t>date_original: "01/09/2017 - ISSUE"</w:t>
      </w:r>
      <w:r>
        <w:br/>
      </w:r>
      <w:r>
        <w:rPr>
          <w:b w:val="0"/>
          <w:i w:val="0"/>
        </w:rPr>
        <w:br/>
        <w:t>source_url: "https://www.ourdogs.co.uk/members/breednotes/RetrieverLabradorMain.php"</w:t>
      </w:r>
      <w:r>
        <w:br/>
      </w:r>
      <w:r>
        <w:rPr>
          <w:b w:val="0"/>
          <w:i w:val="0"/>
        </w:rPr>
        <w:br/>
        <w:t>scraped_at: "2026-09-13T15:25:13"</w:t>
      </w:r>
      <w:r>
        <w:br/>
      </w:r>
      <w:r>
        <w:rPr>
          <w:b w:val="0"/>
          <w:i w:val="0"/>
        </w:rPr>
        <w:br/>
        <w:t>word_count: 894</w:t>
      </w:r>
    </w:p>
    <w:p>
      <w:r>
        <w:t>――――――――――――――――――――――――――――――</w:t>
      </w:r>
    </w:p>
    <w:p>
      <w:r>
        <w:rPr>
          <w:b w:val="0"/>
          <w:i w:val="0"/>
        </w:rPr>
        <w:t>NEWS MEMBERS' AREA SHOP SUBSCRIBE UPCOMING SHOWS MORE</w:t>
      </w:r>
    </w:p>
    <w:p>
      <w:r>
        <w:rPr>
          <w:b w:val="0"/>
          <w:i w:val="0"/>
        </w:rPr>
        <w:t>RETRIEVER LABRADOR</w:t>
      </w:r>
    </w:p>
    <w:p>
      <w:r>
        <w:rPr>
          <w:b w:val="0"/>
          <w:i w:val="0"/>
        </w:rPr>
        <w:t>Issue: 01/09/2017</w:t>
      </w:r>
    </w:p>
    <w:p>
      <w:r>
        <w:rPr>
          <w:b w:val="0"/>
          <w:i w:val="0"/>
        </w:rPr>
        <w:t xml:space="preserve">Another Bank Holiday, so once again breed notes are scant as they had to be in early. </w:t>
      </w:r>
    </w:p>
    <w:p>
      <w:r>
        <w:rPr>
          <w:b w:val="0"/>
          <w:i w:val="0"/>
        </w:rPr>
        <w:t>Great news that Sharon Lamberts yellow, Ch Mattand Exodus is Top Labrador and Joint Current 4th Top Gundog in the 2017 Our Dogs/Arden Grange Leader Awards. Sharon is currently Top Labrador Breeder 2017. Well done Sharon! Remember the day when Sully was a puppy and I said "Have you ever thought of entering him in the Puppy Stakes? Hes got style and presence, so he should do really well?" Think I proved my point!</w:t>
      </w:r>
    </w:p>
    <w:p>
      <w:r>
        <w:rPr>
          <w:b w:val="0"/>
          <w:i w:val="0"/>
        </w:rPr>
        <w:t>Entry numbers are all over the place. There are 126 dogs and bitches entered for SKC under Mrs JA Ward (Mianja) With apologies if I am wrong, but surely a first time Labrador judge as this is a completely new name to me.</w:t>
      </w:r>
    </w:p>
    <w:p>
      <w:r>
        <w:rPr>
          <w:b w:val="0"/>
          <w:i w:val="0"/>
        </w:rPr>
        <w:t>The entry for City of Birmingham CA show on September 3nd this coming weekend, under breed specialist, Sue Marskell is 248.</w:t>
      </w:r>
    </w:p>
    <w:p>
      <w:r>
        <w:rPr>
          <w:b w:val="0"/>
          <w:i w:val="0"/>
        </w:rPr>
        <w:t>On the 10th September at Richmond in Loseley Park (with the ice-cream) near Guildford, the entry is 116 under another breed specialist, Karen Walsh.  These figures emphasise the fact that the central shows benefit with number of entries compared to others at more distant locations. Mind you it's easier to win a coveted CC out of 116 than 248 so well worth travelling if tempted!</w:t>
      </w:r>
    </w:p>
    <w:p>
      <w:r>
        <w:rPr>
          <w:b w:val="0"/>
          <w:i w:val="0"/>
        </w:rPr>
        <w:t xml:space="preserve">I was very sorry to read that Joan Tudor of the famous Camrose Golden Retriever Kennel had passed away. I have known Joan for many years but was amazed to read she was 98! </w:t>
      </w:r>
    </w:p>
    <w:p>
      <w:r>
        <w:rPr>
          <w:b w:val="0"/>
          <w:i w:val="0"/>
        </w:rPr>
        <w:t>Joan awarded CCs in Labradors and judged a huge entry of Labradors at Crufts in the 1990s. I recall when, late morning, everything came to a long halt, mid-class when the "Royals" visited the Labrador ring to chat at length with the judge, with exhibitors and to admire one of their favourite breeds, the Labradors. They stayed ages as we in the second half of that particular class waited, sent out of the ring until our class resumed.</w:t>
      </w:r>
    </w:p>
    <w:p>
      <w:r>
        <w:rPr>
          <w:b w:val="0"/>
          <w:i w:val="0"/>
        </w:rPr>
        <w:t>Imagine as a judge, you are half way through judging about 45 bitches, when you have to stop completely to do "Royal chat", and only forty minutes later can you return to the same class you had started earlier. It must have been frightful, remembering what you had done before, what you liked, and then have to recall and start the rest of the class entry, whom by then had mostly gone to sleep, gone to lunch or were absolutely bored to tears and didn't feel like showing any more. I recall the winners were unsurprisingly all out of the first half! No easy task though, and Joan did it.</w:t>
      </w:r>
    </w:p>
    <w:p>
      <w:r>
        <w:rPr>
          <w:b w:val="0"/>
          <w:i w:val="0"/>
        </w:rPr>
        <w:t>Our thoughts go to Rosemary Wilcock, who co-owned many of the dogs with Joan and for the latter years has been the driver and show handler of the Camrose Goldens.</w:t>
      </w:r>
    </w:p>
    <w:p>
      <w:r>
        <w:rPr>
          <w:b w:val="0"/>
          <w:i w:val="0"/>
        </w:rPr>
        <w:t>With reference to the above and Joan certainly not looking her age, this dog game keeps some people looking extremely young, many far younger than their actual years. I did object a bit, when judging in Germany recently accompanied by my pal Lynda Miles that I kept being called Mama and most thought she was my daughter! Grrrh! I put on a brave face. That really is a test of friendship!</w:t>
      </w:r>
    </w:p>
    <w:p>
      <w:r>
        <w:rPr>
          <w:b w:val="0"/>
          <w:i w:val="0"/>
        </w:rPr>
        <w:t>The Labrador Club of Wales are holding their Open Show on Saturday 21st October 2017, at Penyrheol Community Centre, Heol Aneurin, Caerphilly CF83 2PG. The Judge will be Mr John Essenhigh (Brynlluan) Schedules from Margaret Barker  01443 842585 email secretary@labclubofwales.co.uk entries close on 30th September 2017.</w:t>
      </w:r>
    </w:p>
    <w:p>
      <w:r>
        <w:rPr>
          <w:b w:val="0"/>
          <w:i w:val="0"/>
        </w:rPr>
        <w:t>One sage suggestion-list from a reader for dog-show exhibitors and reading it, possibly everyone else in general:-</w:t>
      </w:r>
    </w:p>
    <w:p>
      <w:r>
        <w:rPr>
          <w:b w:val="0"/>
          <w:i w:val="0"/>
        </w:rPr>
        <w:t xml:space="preserve">1) Make peace with your past so it won't screw up the present. </w:t>
      </w:r>
    </w:p>
    <w:p>
      <w:r>
        <w:rPr>
          <w:b w:val="0"/>
          <w:i w:val="0"/>
        </w:rPr>
        <w:t>2) What others think of you is none of your business.</w:t>
      </w:r>
    </w:p>
    <w:p>
      <w:r>
        <w:rPr>
          <w:b w:val="0"/>
          <w:i w:val="0"/>
        </w:rPr>
        <w:t>3) Time heals almost everything, give it time.</w:t>
      </w:r>
    </w:p>
    <w:p>
      <w:r>
        <w:rPr>
          <w:b w:val="0"/>
          <w:i w:val="0"/>
        </w:rPr>
        <w:t>4) Don't compare your life to others and don't judge them.  You have no idea what their journey is all about.</w:t>
      </w:r>
    </w:p>
    <w:p>
      <w:r>
        <w:rPr>
          <w:b w:val="0"/>
          <w:i w:val="0"/>
        </w:rPr>
        <w:t>5) Stop thinking too much, it's alright not to know the answers.  They will come to you when you least expect it.</w:t>
      </w:r>
    </w:p>
    <w:p>
      <w:r>
        <w:rPr>
          <w:b w:val="0"/>
          <w:i w:val="0"/>
        </w:rPr>
        <w:t>6) No one is in charge of your happiness, except you.</w:t>
      </w:r>
    </w:p>
    <w:p>
      <w:r>
        <w:rPr>
          <w:b w:val="0"/>
          <w:i w:val="0"/>
        </w:rPr>
        <w:t>7) Smile.  You don't own all the problems in the world.</w:t>
      </w:r>
    </w:p>
    <w:p>
      <w:r>
        <w:rPr>
          <w:b w:val="0"/>
          <w:i w:val="0"/>
        </w:rPr>
        <w:t>And a corny follow up to that serious one, to get you thinking, for maybe a couple of seconds:-</w:t>
      </w:r>
    </w:p>
    <w:p>
      <w:r>
        <w:rPr>
          <w:b w:val="0"/>
          <w:i w:val="0"/>
        </w:rPr>
        <w:t>A woman walked into the kitchen to find her husband stalking around with a fly swatter.</w:t>
      </w:r>
    </w:p>
    <w:p>
      <w:r>
        <w:rPr>
          <w:b w:val="0"/>
          <w:i w:val="0"/>
        </w:rPr>
        <w:t>"What are you doing?" she asked.</w:t>
      </w:r>
    </w:p>
    <w:p>
      <w:r>
        <w:rPr>
          <w:b w:val="0"/>
          <w:i w:val="0"/>
        </w:rPr>
        <w:t>"Hunting Flies" he responded.</w:t>
      </w:r>
    </w:p>
    <w:p>
      <w:r>
        <w:rPr>
          <w:b w:val="0"/>
          <w:i w:val="0"/>
        </w:rPr>
        <w:t>"Oh! Killing any?" she asked.</w:t>
      </w:r>
    </w:p>
    <w:p>
      <w:r>
        <w:rPr>
          <w:b w:val="0"/>
          <w:i w:val="0"/>
        </w:rPr>
        <w:t>"Yep. 3 males, 2 females" he replied.</w:t>
      </w:r>
    </w:p>
    <w:p>
      <w:r>
        <w:rPr>
          <w:b w:val="0"/>
          <w:i w:val="0"/>
        </w:rPr>
        <w:t>Intrigued. She asked,</w:t>
      </w:r>
    </w:p>
    <w:p>
      <w:r>
        <w:rPr>
          <w:b w:val="0"/>
          <w:i w:val="0"/>
        </w:rPr>
        <w:t>"How can you tell them apart?"</w:t>
      </w:r>
    </w:p>
    <w:p>
      <w:r>
        <w:rPr>
          <w:b w:val="0"/>
          <w:i w:val="0"/>
        </w:rPr>
        <w:t>He responded,</w:t>
      </w:r>
    </w:p>
    <w:p>
      <w:r>
        <w:rPr>
          <w:b w:val="0"/>
          <w:i w:val="0"/>
        </w:rPr>
        <w:t>"3 were on a beer can. 2 were on the phone."</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