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 Apr 2004"</w:t>
      </w:r>
      <w:r>
        <w:br/>
      </w:r>
      <w:r>
        <w:rPr>
          <w:b w:val="0"/>
          <w:i w:val="0"/>
        </w:rPr>
        <w:br/>
        <w:t>date_original: "09 Apr 2004"</w:t>
      </w:r>
      <w:r>
        <w:br/>
      </w:r>
      <w:r>
        <w:rPr>
          <w:b w:val="0"/>
          <w:i w:val="0"/>
        </w:rPr>
        <w:br/>
        <w:t>source_url: "https://www.ourdogs.co.uk/members/breednotes/2004/RetrieverLabrador/RetrieverLabrador-apr09.htm"</w:t>
      </w:r>
      <w:r>
        <w:br/>
      </w:r>
      <w:r>
        <w:rPr>
          <w:b w:val="0"/>
          <w:i w:val="0"/>
        </w:rPr>
        <w:br/>
        <w:t>archive_type: "static_html"</w:t>
      </w:r>
      <w:r>
        <w:br/>
      </w:r>
      <w:r>
        <w:rPr>
          <w:b w:val="0"/>
          <w:i w:val="0"/>
        </w:rPr>
        <w:br/>
        <w:t>scraped_at: "2026-09-13T22:12:50"</w:t>
      </w:r>
      <w:r>
        <w:br/>
      </w:r>
      <w:r>
        <w:rPr>
          <w:b w:val="0"/>
          <w:i w:val="0"/>
        </w:rPr>
        <w:br/>
        <w:t>word_count: 966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Yellow Labrador Club held their all-Yellow Open show at Southam on a gloriously sunny day recently. Mary OíDonoghue from Ireland was our judge and she drew an excellent entry of 158, however, this figure was sadly reduced by nearly one third who were absent, bringing the actual number of dogs present nearer the 100 mark. As ever, Erica Jayes and her team, put on a wonderful spread for us to enjoy at lunchtime.</w:t>
      </w:r>
    </w:p>
    <w:p>
      <w:r>
        <w:rPr>
          <w:b w:val="0"/>
          <w:i w:val="0"/>
        </w:rPr>
        <w:t>Best in Show was won by Vic and Janet Cole’s yellow dog Sh Ch Stajantors Robin, whilst Best Opposite sex went to Jenny Green’s yellow bitch Sh Ch Thurbajens Super Susie. Best Puppy in Show was Sheila Walton’s Gallybob Opus.</w:t>
      </w:r>
    </w:p>
    <w:p>
      <w:r>
        <w:rPr>
          <w:b w:val="0"/>
          <w:i w:val="0"/>
        </w:rPr>
        <w:t>The warm spring sunshine was a tonic on the day and the lawned gardens of the hall looked lovely, being filled with daffodils in full flower. Certainly, many exhibitors took advantage of the park benches provided and enjoyed sitting outside, chatting in the sunshine when they were not actually involved in showing.</w:t>
      </w:r>
    </w:p>
    <w:p>
      <w:r>
        <w:rPr>
          <w:b w:val="0"/>
          <w:i w:val="0"/>
        </w:rPr>
        <w:t>Sadly Di Mole became unwell during the afternoon and was taken by ambulance to Warwick hospital, where she spent a few hours undergoing tests, before being allowed to return home later that night. She rang me the next day, and was feeling much brighter. Touched by everyone’s kindness, through the column, Di would like to express her grateful thanks to all the people who cared for her, her car and her dogs at the show and afterwards, and also to those who sent good wishes, following her return home. She would also like to thank Anthony Allen for handling her bitch, Carromer Sara-Lena at Jodalu, so successfully in the ring, winning 1st prize in Graduate.</w:t>
      </w:r>
    </w:p>
    <w:p>
      <w:r>
        <w:rPr>
          <w:b w:val="0"/>
          <w:i w:val="0"/>
        </w:rPr>
        <w:t>Such an unfortunate occurrence once again emphasises the reason why show committees have a responsibility to maintain emergency access at all times to show venues, so that, as in this case, should there be an accident or someone is taken unwell, not a minute is lost by the emergency vehicles in gaining access.</w:t>
      </w:r>
    </w:p>
    <w:p>
      <w:r>
        <w:rPr>
          <w:b w:val="0"/>
          <w:i w:val="0"/>
        </w:rPr>
        <w:t>Good news from our Full Monty expert John George. He and his friends from work are still performing their routine and have now raised many, many thousands of pounds, all for charity. I gather they are now booked to appear in Scotland during this coming summer.</w:t>
      </w:r>
    </w:p>
    <w:p>
      <w:r>
        <w:rPr>
          <w:b w:val="0"/>
          <w:i w:val="0"/>
        </w:rPr>
        <w:t>The show schedules are piling through the letterbox thick and fast. I see that Paignton have increased their entry fee to £21 per dog plus £2 for parking the car. Others shows still remain at £20 per dog. Hopefully for a long time.</w:t>
      </w:r>
    </w:p>
    <w:p>
      <w:r>
        <w:rPr>
          <w:b w:val="0"/>
          <w:i w:val="0"/>
        </w:rPr>
        <w:t>Congratulations to Junior Warrant winners Carromers Too Hot to Handle owned by Mervyn and Carol Reynolds, Llanstinan Llewelyn owned by Lynda and Derek Miles, Bourbon Mist for Baileydale owned by Andy Metcalfe and James Hindley, Thurbajens No Excuse Needed owned by Jenny Green, Allenies Jezzabel owned by Anthony Allen, Eneleon Oak owned by Mrs Dodd Frewlings Four Leaf Clover owned by Mrs McCulloch and to Annesfarm Wild Flower owned by Mrs A Beal.</w:t>
      </w:r>
    </w:p>
    <w:p>
      <w:r>
        <w:rPr>
          <w:b w:val="0"/>
          <w:i w:val="0"/>
        </w:rPr>
        <w:t>More Judges for 2005 are gradually coming through. The following are all for 2005. Lab Club of Wales on Feb 5th Maxine Crocker Williams - Dogs and Mrs Helen Steven - Bitches. Lab Club of Scotland on April 2nd Mrs Denise Timms - Dogs Mrs K Luomanen (Finland) Bitches Midland Counties Lab Club on April 16th Lynn Minchella - Dogs and David Hopkinson - Bitches. National Gundog on August 6th David Craig - Dogs and Carole Coode ñ Bitches. The Yellow Labrador Club on Sept 28th Mr Shaun Williamson - Dogs and Mrs Ann Britton - Bitches. Northumberland and Durham LRC on October 1st - Mr Frank Kane Dogs and Mrs Pia Razera Brulin - Bitches.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