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Oct 2008"</w:t>
      </w:r>
      <w:r>
        <w:br/>
      </w:r>
      <w:r>
        <w:rPr>
          <w:b w:val="0"/>
          <w:i w:val="0"/>
        </w:rPr>
        <w:br/>
        <w:t>date_original: "31 Oct 2008"</w:t>
      </w:r>
      <w:r>
        <w:br/>
      </w:r>
      <w:r>
        <w:rPr>
          <w:b w:val="0"/>
          <w:i w:val="0"/>
        </w:rPr>
        <w:br/>
        <w:t>source_url: "https://www.ourdogs.co.uk/members/breednotes/2008/RetrieverLabrador/RetrieverLabrador-oct31.htm"</w:t>
      </w:r>
      <w:r>
        <w:br/>
      </w:r>
      <w:r>
        <w:rPr>
          <w:b w:val="0"/>
          <w:i w:val="0"/>
        </w:rPr>
        <w:br/>
        <w:t>archive_type: "static_html"</w:t>
      </w:r>
      <w:r>
        <w:br/>
      </w:r>
      <w:r>
        <w:rPr>
          <w:b w:val="0"/>
          <w:i w:val="0"/>
        </w:rPr>
        <w:br/>
        <w:t>scraped_at: "2026-09-13T22:06:01"</w:t>
      </w:r>
      <w:r>
        <w:br/>
      </w:r>
      <w:r>
        <w:rPr>
          <w:b w:val="0"/>
          <w:i w:val="0"/>
        </w:rPr>
        <w:br/>
        <w:t>word_count: 1764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championship show season is coming to an end with just West of England Lab Club at Clevedon on 1st November, Gundog Breeds of Scotland at Edinburgh on 8th November, and the LKA at the NEC on 12th December to look forward to.</w:t>
      </w:r>
    </w:p>
    <w:p>
      <w:r>
        <w:rPr>
          <w:b w:val="0"/>
          <w:i w:val="0"/>
        </w:rPr>
        <w:t>The year certainly seems to have flown by. At the start, in January everything looked so rosy, the economy appeared to be in fine fettle and the pound against the dollar was at a record high. What a difference the ten intervening months have made.</w:t>
      </w:r>
    </w:p>
    <w:p>
      <w:r>
        <w:rPr>
          <w:b w:val="0"/>
          <w:i w:val="0"/>
        </w:rPr>
        <w:t>Now the country faces recession and the pound is being squeezed to its lowest level in recent years against the dollar. What does the future hold for anyone wishing to breed a litter of puppies during the next couple of years?</w:t>
      </w:r>
    </w:p>
    <w:p>
      <w:r>
        <w:rPr>
          <w:b w:val="0"/>
          <w:i w:val="0"/>
        </w:rPr>
        <w:t>A great deal of worry I should imagine. Will there be enough customers out there to buy the puppies, or will the breeder have difficulty in finding enough desirable homes for their brood. Will the puppies eventually be placed in unsatisfactory homes, where the outlook could be questionable, because the breeder is so desperate to get them off his hands?</w:t>
      </w:r>
    </w:p>
    <w:p>
      <w:r>
        <w:rPr>
          <w:b w:val="0"/>
          <w:i w:val="0"/>
        </w:rPr>
        <w:t>If this happens I expect many a poor pup will eventually end up in rescue, which in turn will become overwhelmed. I think we have all got to think very seriously before breeding a litter at the moment and only go ahead if there are definite customers waiting for your pups.</w:t>
      </w:r>
    </w:p>
    <w:p>
      <w:r>
        <w:rPr>
          <w:b w:val="0"/>
          <w:i w:val="0"/>
        </w:rPr>
        <w:t>I have heard of several litters still waiting for homes at 15 weeks of age. Such a situation is no good for the pup who should be well settled in his permanent home by that age. Neither is it any good for the breeder who will have to pay out ever increasing amounts for puppy food to feed an unsold litter of seven or eight pups who, needing four meals a day, will be eating their heads off. My advice - do think long and hard about whether you really have to mate your bitch at this very unstable time.</w:t>
      </w:r>
    </w:p>
    <w:p>
      <w:r>
        <w:rPr>
          <w:b w:val="0"/>
          <w:i w:val="0"/>
        </w:rPr>
        <w:t>I called in at the local animal food store last week for sawdust for the kennels and runs. Stocks were very low and they didn’t know when the next delivery would be forthcoming. The reason given was that as the building industry was slowing down due to the economic situation, so the supplies of raw off-cuts of wood, from which the bales of dust extracted shavings are made, were also drying up. The price of the available bales of shavings was increased by £3 per bale on its price just a couple of weeks previously.</w:t>
      </w:r>
    </w:p>
    <w:p>
      <w:r>
        <w:rPr>
          <w:b w:val="0"/>
          <w:i w:val="0"/>
        </w:rPr>
        <w:t>With reference to the pound versus dollar rate, obviously the cost of the Optigen DNA test for PRA has now risen, the company being in America and the payment in dollars. When we were getting nearly 2 dollars to the pound the cost was expensive but bearable but now with the rate greatly reduced, we are all going to have to pay considerably more for our tests. Even so the Optigen test is well worth investing in, since it gives us the tool to eventually breed out PRA in Labradors just as the Irish Setter breeders have don over the years.</w:t>
      </w:r>
    </w:p>
    <w:p>
      <w:r>
        <w:rPr>
          <w:b w:val="0"/>
          <w:i w:val="0"/>
        </w:rPr>
        <w:t>Autumn is the time when Kennel Cough seems to spread rapidly around the shows and Labradors seems to pick up the complaint so easily. The dog coughs when he comes out of the kennel in the morning or he whoops and coughs when he is on the lead, as though his pulling is making him cough. The bad news is that, in all likelihood your dog has Kennel Cough. Do not under any circumstance be tempted to go to shows or any gatherings of dogs if your dog is coughing. There is an excellent product available from your Vet. Why not get all your Labs immunised with Nobivac KC; the modern kennel cough vaccine administered up one nostril only?</w:t>
      </w:r>
    </w:p>
    <w:p>
      <w:r>
        <w:rPr>
          <w:b w:val="0"/>
          <w:i w:val="0"/>
        </w:rPr>
        <w:t>It takes 7 days to become effective and really does work. After immunisation you can attend shows even where other selfish people have turned up with coughing dogs, andyou will know that your dog has got the best protection available. I am sure you will be pleased with the results.</w:t>
      </w:r>
    </w:p>
    <w:p>
      <w:r>
        <w:rPr>
          <w:b w:val="0"/>
          <w:i w:val="0"/>
        </w:rPr>
        <w:t>A lighter tale to end with; my pups have all gone to their new homes now and I have run on the ones I am keeping to show next year. At ten weeks of age, they have a large covered kennel and run to play in during the day filled with an assortment of toys. I was touched when some of our adult bitches excitedly admired the pups through the run fence. One was so keen, she even jumped right over the gate into the puppy run. How lovely, what friendly thing to do; to jump in just to say “Hello” to the pups. However, soon the penny dropped.</w:t>
      </w:r>
    </w:p>
    <w:p>
      <w:r>
        <w:rPr>
          <w:b w:val="0"/>
          <w:i w:val="0"/>
        </w:rPr>
        <w:t>The excitement wasn’t anything to do with introducing herself to the new youngsters, for as I watched she galloped down the run, straight past them, quickly picked up their bouncy ball, turned round and made a hasty retreat, jumping back out over the fence, with the ball in her mouth and without as much as a “Hello”or “Goodbye” in passing. Far from wishing to have social contact with the lovely, cuddly infants, all the other dogs had wanted was the pups ball!</w:t>
      </w:r>
    </w:p>
    <w:p>
      <w:r>
        <w:rPr>
          <w:b w:val="0"/>
          <w:i w:val="0"/>
        </w:rPr>
        <w:t>Ann Britton</w:t>
      </w:r>
      <w:r>
        <w:br/>
      </w:r>
      <w:r>
        <w:rPr>
          <w:b w:val="0"/>
          <w:i w:val="0"/>
        </w:rPr>
        <w:br/>
        <w:t>01989 720665</w:t>
      </w:r>
      <w:r>
        <w:br/>
      </w:r>
      <w:r>
        <w:rPr>
          <w:b w:val="0"/>
          <w:i w:val="0"/>
        </w:rPr>
        <w:br/>
        <w:t>bowstones@btinternet.com</w:t>
      </w:r>
    </w:p>
    <w:p>
      <w:r>
        <w:rPr>
          <w:b w:val="0"/>
          <w:i w:val="0"/>
        </w:rPr>
        <w:t>The Labrador Club of Scotland’s Open Show held in the Cochrane Hall, Alva, perhaps the best venue for this kind of Show in Scotland, was again very successful. On arrival we found the beautiful area completely sodden and dull. Inside the hall it seemed so dark even with the lights on, and the hall seemed so empty with few spectators. However, within a short space of time the sun came out, the folk arrived, and the atmosphere changed completely.</w:t>
      </w:r>
    </w:p>
    <w:p>
      <w:r>
        <w:rPr>
          <w:b w:val="0"/>
          <w:i w:val="0"/>
        </w:rPr>
        <w:t>With Malcolm Forsyth’s Peebles hot pies and bacon butties already early in the kitchen we soon got into the mood of things. Malcolm was once again on the door looking smart in his tartan waistcoat but his wife, Marjory, stayed at home still not quite well enough to make the long trip up. The club had its usual club clothing stall and what a range of products are available. The Guide Dogs for the Blind were once again present and made an excellent sum of just under £350.</w:t>
      </w:r>
    </w:p>
    <w:p>
      <w:r>
        <w:rPr>
          <w:b w:val="0"/>
          <w:i w:val="0"/>
        </w:rPr>
        <w:t>What an international show it turned out to be. With a dog from the USA and one from Russia we all looked forward to the showdown in Open Dog. Result: a win for the USA. Our judge, Helen Gilmour (Claychalk) put up the Brown‘s, Russell, Heim &amp; DaRoss's Am Ch Ghostone Hyspire Dressed To Impress and later BOB. Maurice Givan, handling his and Nesterova’s Int Ch Timantti Solid Davidson had to settle for second place. Who would ever have thought a little town like Alva would be the spot where the American’s and Russians competed at a dog show. How the world is changing!</w:t>
      </w:r>
    </w:p>
    <w:p>
      <w:r>
        <w:rPr>
          <w:b w:val="0"/>
          <w:i w:val="0"/>
        </w:rPr>
        <w:t>Best Bitch was Auld and Holliday’s Sh Ch Lindall Strawberry Cream With Farbrae JW, and Best Puppy, was Campbell’s Binnaig Star Anise, who was also RBBIS. Best Veteran was Campbell’s Antonine Harry Potter At Tullochmohr JW SH CM.</w:t>
      </w:r>
    </w:p>
    <w:p>
      <w:r>
        <w:rPr>
          <w:b w:val="0"/>
          <w:i w:val="0"/>
        </w:rPr>
        <w:t>The club are holding a joint Dinner Dance this year in the Tudor Hotel, Alexandra Street, Airdrie, on Saturday, 15th November at 7.30. Tickets, £20 are available from Margaret Gardner on 01555 751258. A good deal with the hotel is available with rooms at the reduced rate of |£79.50 less 20%, including full Scottish Breakfast.</w:t>
      </w:r>
    </w:p>
    <w:p>
      <w:r>
        <w:rPr>
          <w:b w:val="0"/>
          <w:i w:val="0"/>
        </w:rPr>
        <w:t>The Club Year Book for 2009 is gearing up for production and Mairi Brown, Forest Lodge, Slamannan, Limerigg, Falkirk, FK1 3BN, Tel. 01324 851312, email, raindance@tinyworld.co.uk., would be delighted to hear from you. Closing date for copy is November 30th.</w:t>
      </w:r>
    </w:p>
    <w:p>
      <w:r>
        <w:rPr>
          <w:b w:val="0"/>
          <w:i w:val="0"/>
        </w:rPr>
        <w:t>Congratulations to Gemma Bailey, one of Scotland’s youngest Labrador exhibitors, on getting her 4th CC and BOB at the Gundog Society of Wales with Sh Ch Cambremer Ocean Breeze by Kilstron, ShCM. Congratulations also to Linda McGillivray on winning the Minor Puppy Stakes at the Gundog Society of Wales with Binnaig Wild Thyme With Antonine, litter sister to Star Anise.</w:t>
      </w:r>
      <w:r>
        <w:br/>
      </w:r>
      <w:r>
        <w:rPr>
          <w:b w:val="0"/>
          <w:i w:val="0"/>
        </w:rPr>
        <w:br/>
        <w:t>I have been in Labradors since 1965 and don’t ever recall so many Ccs being won by Scots from so many different kennels.</w:t>
      </w:r>
    </w:p>
    <w:p>
      <w:r>
        <w:rPr>
          <w:b w:val="0"/>
          <w:i w:val="0"/>
        </w:rP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